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D396D4" w14:textId="5E2C1A63" w:rsidR="00994883" w:rsidRDefault="00460D0F">
      <w:r>
        <w:rPr>
          <w:noProof/>
        </w:rPr>
        <w:drawing>
          <wp:anchor distT="0" distB="0" distL="114300" distR="114300" simplePos="0" relativeHeight="251662336" behindDoc="0" locked="0" layoutInCell="1" allowOverlap="1" wp14:anchorId="5CFD38F5" wp14:editId="7D92C4F8">
            <wp:simplePos x="0" y="0"/>
            <wp:positionH relativeFrom="margin">
              <wp:posOffset>-924900</wp:posOffset>
            </wp:positionH>
            <wp:positionV relativeFrom="paragraph">
              <wp:posOffset>0</wp:posOffset>
            </wp:positionV>
            <wp:extent cx="10384119" cy="14687433"/>
            <wp:effectExtent l="0" t="0" r="0" b="635"/>
            <wp:wrapSquare wrapText="bothSides"/>
            <wp:docPr id="1058146443" name="Obrázek 2" descr="Obsah obrázku text, snímek obrazovky, Paralelní, číslo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146443" name="Obrázek 2" descr="Obsah obrázku text, snímek obrazovky, Paralelní, číslo&#10;&#10;Obsah generovaný pomocí AI může být nesprávný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384119" cy="146874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DE38EE" w14:textId="77777777" w:rsidR="00994883" w:rsidRDefault="00B75853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D3B460C" wp14:editId="1545A3E2">
            <wp:simplePos x="0" y="0"/>
            <wp:positionH relativeFrom="page">
              <wp:align>right</wp:align>
            </wp:positionH>
            <wp:positionV relativeFrom="paragraph">
              <wp:posOffset>2209800</wp:posOffset>
            </wp:positionV>
            <wp:extent cx="15106650" cy="10688955"/>
            <wp:effectExtent l="0" t="953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106650" cy="1068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E6464AB" w14:textId="77777777" w:rsidR="00994883" w:rsidRDefault="00B75853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C7F177C" wp14:editId="3EADA370">
            <wp:simplePos x="0" y="0"/>
            <wp:positionH relativeFrom="column">
              <wp:posOffset>-2203450</wp:posOffset>
            </wp:positionH>
            <wp:positionV relativeFrom="paragraph">
              <wp:posOffset>2213610</wp:posOffset>
            </wp:positionV>
            <wp:extent cx="15119350" cy="10688955"/>
            <wp:effectExtent l="5397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119350" cy="10688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987E1F" w14:textId="77A124CF" w:rsidR="00994883" w:rsidRDefault="00B75853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B280CDA" wp14:editId="22A781D4">
            <wp:simplePos x="0" y="0"/>
            <wp:positionH relativeFrom="column">
              <wp:posOffset>-2203450</wp:posOffset>
            </wp:positionH>
            <wp:positionV relativeFrom="paragraph">
              <wp:posOffset>2213610</wp:posOffset>
            </wp:positionV>
            <wp:extent cx="15119350" cy="10688955"/>
            <wp:effectExtent l="5397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119350" cy="10688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94883" w:rsidSect="00034616">
      <w:pgSz w:w="16838" w:h="23811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269628948">
    <w:abstractNumId w:val="8"/>
  </w:num>
  <w:num w:numId="2" w16cid:durableId="1790510095">
    <w:abstractNumId w:val="6"/>
  </w:num>
  <w:num w:numId="3" w16cid:durableId="1550188653">
    <w:abstractNumId w:val="5"/>
  </w:num>
  <w:num w:numId="4" w16cid:durableId="1878083002">
    <w:abstractNumId w:val="4"/>
  </w:num>
  <w:num w:numId="5" w16cid:durableId="624040283">
    <w:abstractNumId w:val="7"/>
  </w:num>
  <w:num w:numId="6" w16cid:durableId="1514298742">
    <w:abstractNumId w:val="3"/>
  </w:num>
  <w:num w:numId="7" w16cid:durableId="1959531350">
    <w:abstractNumId w:val="2"/>
  </w:num>
  <w:num w:numId="8" w16cid:durableId="1174884216">
    <w:abstractNumId w:val="1"/>
  </w:num>
  <w:num w:numId="9" w16cid:durableId="37770680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6063C"/>
    <w:rsid w:val="0015074B"/>
    <w:rsid w:val="0029639D"/>
    <w:rsid w:val="002C2C5D"/>
    <w:rsid w:val="00326F90"/>
    <w:rsid w:val="00395E09"/>
    <w:rsid w:val="00460D0F"/>
    <w:rsid w:val="00897165"/>
    <w:rsid w:val="00994883"/>
    <w:rsid w:val="00AA1D8D"/>
    <w:rsid w:val="00B47730"/>
    <w:rsid w:val="00B75853"/>
    <w:rsid w:val="00CB0664"/>
    <w:rsid w:val="00EB6F75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C5D19FF"/>
  <w14:defaultImageDpi w14:val="300"/>
  <w15:docId w15:val="{4A4D64C5-4986-47E8-849B-74F826E0CE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693F"/>
  </w:style>
  <w:style w:type="paragraph" w:styleId="Nadpis1">
    <w:name w:val="heading 1"/>
    <w:basedOn w:val="Normln"/>
    <w:next w:val="Normln"/>
    <w:link w:val="Nadpis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618BF"/>
  </w:style>
  <w:style w:type="paragraph" w:styleId="Zpat">
    <w:name w:val="footer"/>
    <w:basedOn w:val="Normln"/>
    <w:link w:val="Zpat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618BF"/>
  </w:style>
  <w:style w:type="paragraph" w:styleId="Bezmezer">
    <w:name w:val="No Spacing"/>
    <w:uiPriority w:val="1"/>
    <w:qFormat/>
    <w:rsid w:val="00FC693F"/>
    <w:pPr>
      <w:spacing w:after="0" w:line="240" w:lineRule="auto"/>
    </w:pPr>
  </w:style>
  <w:style w:type="character" w:customStyle="1" w:styleId="Nadpis1Char">
    <w:name w:val="Nadpis 1 Char"/>
    <w:basedOn w:val="Standardnpsmoodstavce"/>
    <w:link w:val="Nadpis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2Char">
    <w:name w:val="Nadpis 2 Char"/>
    <w:basedOn w:val="Standardnpsmoodstavce"/>
    <w:link w:val="Nadpis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zev">
    <w:name w:val="Title"/>
    <w:basedOn w:val="Normln"/>
    <w:next w:val="Normln"/>
    <w:link w:val="Nzev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nadpisChar">
    <w:name w:val="Podnadpis Char"/>
    <w:basedOn w:val="Standardnpsmoodstavce"/>
    <w:link w:val="Podnadpis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FC693F"/>
    <w:pPr>
      <w:ind w:left="720"/>
      <w:contextualSpacing/>
    </w:pPr>
  </w:style>
  <w:style w:type="paragraph" w:styleId="Zkladntext">
    <w:name w:val="Body Text"/>
    <w:basedOn w:val="Normln"/>
    <w:link w:val="ZkladntextChar"/>
    <w:uiPriority w:val="99"/>
    <w:unhideWhenUsed/>
    <w:rsid w:val="00AA1D8D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rsid w:val="00AA1D8D"/>
  </w:style>
  <w:style w:type="paragraph" w:styleId="Zkladntext2">
    <w:name w:val="Body Text 2"/>
    <w:basedOn w:val="Normln"/>
    <w:link w:val="Zkladntext2Char"/>
    <w:uiPriority w:val="99"/>
    <w:unhideWhenUsed/>
    <w:rsid w:val="00AA1D8D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rsid w:val="00AA1D8D"/>
  </w:style>
  <w:style w:type="paragraph" w:styleId="Zkladntext3">
    <w:name w:val="Body Text 3"/>
    <w:basedOn w:val="Normln"/>
    <w:link w:val="Zkladn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rsid w:val="00AA1D8D"/>
    <w:rPr>
      <w:sz w:val="16"/>
      <w:szCs w:val="16"/>
    </w:rPr>
  </w:style>
  <w:style w:type="paragraph" w:styleId="Seznam">
    <w:name w:val="List"/>
    <w:basedOn w:val="Normln"/>
    <w:uiPriority w:val="99"/>
    <w:unhideWhenUsed/>
    <w:rsid w:val="00AA1D8D"/>
    <w:pPr>
      <w:ind w:left="360" w:hanging="360"/>
      <w:contextualSpacing/>
    </w:pPr>
  </w:style>
  <w:style w:type="paragraph" w:styleId="Seznam2">
    <w:name w:val="List 2"/>
    <w:basedOn w:val="Normln"/>
    <w:uiPriority w:val="99"/>
    <w:unhideWhenUsed/>
    <w:rsid w:val="00326F90"/>
    <w:pPr>
      <w:ind w:left="720" w:hanging="360"/>
      <w:contextualSpacing/>
    </w:pPr>
  </w:style>
  <w:style w:type="paragraph" w:styleId="Seznam3">
    <w:name w:val="List 3"/>
    <w:basedOn w:val="Normln"/>
    <w:uiPriority w:val="99"/>
    <w:unhideWhenUsed/>
    <w:rsid w:val="00326F90"/>
    <w:pPr>
      <w:ind w:left="1080" w:hanging="360"/>
      <w:contextualSpacing/>
    </w:pPr>
  </w:style>
  <w:style w:type="paragraph" w:styleId="Seznamsodrkami">
    <w:name w:val="List Bullet"/>
    <w:basedOn w:val="Normln"/>
    <w:uiPriority w:val="99"/>
    <w:unhideWhenUsed/>
    <w:rsid w:val="00326F90"/>
    <w:pPr>
      <w:numPr>
        <w:numId w:val="1"/>
      </w:numPr>
      <w:contextualSpacing/>
    </w:pPr>
  </w:style>
  <w:style w:type="paragraph" w:styleId="Seznamsodrkami2">
    <w:name w:val="List Bullet 2"/>
    <w:basedOn w:val="Normln"/>
    <w:uiPriority w:val="99"/>
    <w:unhideWhenUsed/>
    <w:rsid w:val="00326F90"/>
    <w:pPr>
      <w:numPr>
        <w:numId w:val="2"/>
      </w:numPr>
      <w:contextualSpacing/>
    </w:pPr>
  </w:style>
  <w:style w:type="paragraph" w:styleId="Seznamsodrkami3">
    <w:name w:val="List Bullet 3"/>
    <w:basedOn w:val="Normln"/>
    <w:uiPriority w:val="99"/>
    <w:unhideWhenUsed/>
    <w:rsid w:val="00326F90"/>
    <w:pPr>
      <w:numPr>
        <w:numId w:val="3"/>
      </w:numPr>
      <w:contextualSpacing/>
    </w:pPr>
  </w:style>
  <w:style w:type="paragraph" w:styleId="slovanseznam">
    <w:name w:val="List Number"/>
    <w:basedOn w:val="Normln"/>
    <w:uiPriority w:val="99"/>
    <w:unhideWhenUsed/>
    <w:rsid w:val="00326F90"/>
    <w:pPr>
      <w:numPr>
        <w:numId w:val="5"/>
      </w:numPr>
      <w:contextualSpacing/>
    </w:pPr>
  </w:style>
  <w:style w:type="paragraph" w:styleId="slovanseznam2">
    <w:name w:val="List Number 2"/>
    <w:basedOn w:val="Normln"/>
    <w:uiPriority w:val="99"/>
    <w:unhideWhenUsed/>
    <w:rsid w:val="0029639D"/>
    <w:pPr>
      <w:numPr>
        <w:numId w:val="6"/>
      </w:numPr>
      <w:contextualSpacing/>
    </w:pPr>
  </w:style>
  <w:style w:type="paragraph" w:styleId="slovanseznam3">
    <w:name w:val="List Number 3"/>
    <w:basedOn w:val="Normln"/>
    <w:uiPriority w:val="99"/>
    <w:unhideWhenUsed/>
    <w:rsid w:val="0029639D"/>
    <w:pPr>
      <w:numPr>
        <w:numId w:val="7"/>
      </w:numPr>
      <w:contextualSpacing/>
    </w:pPr>
  </w:style>
  <w:style w:type="paragraph" w:styleId="Pokraovnseznamu">
    <w:name w:val="List Continue"/>
    <w:basedOn w:val="Normln"/>
    <w:uiPriority w:val="99"/>
    <w:unhideWhenUsed/>
    <w:rsid w:val="0029639D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unhideWhenUsed/>
    <w:rsid w:val="0029639D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unhideWhenUsed/>
    <w:rsid w:val="0029639D"/>
    <w:pPr>
      <w:spacing w:after="120"/>
      <w:ind w:left="1080"/>
      <w:contextualSpacing/>
    </w:pPr>
  </w:style>
  <w:style w:type="paragraph" w:styleId="Textmakra">
    <w:name w:val="macro"/>
    <w:link w:val="Textmakra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rsid w:val="0029639D"/>
    <w:rPr>
      <w:rFonts w:ascii="Courier" w:hAnsi="Courier"/>
      <w:sz w:val="20"/>
      <w:szCs w:val="20"/>
    </w:rPr>
  </w:style>
  <w:style w:type="paragraph" w:styleId="Citt">
    <w:name w:val="Quote"/>
    <w:basedOn w:val="Normln"/>
    <w:next w:val="Normln"/>
    <w:link w:val="CittChar"/>
    <w:uiPriority w:val="29"/>
    <w:qFormat/>
    <w:rsid w:val="00FC693F"/>
    <w:rPr>
      <w:i/>
      <w:iCs/>
      <w:color w:val="000000" w:themeColor="text1"/>
    </w:rPr>
  </w:style>
  <w:style w:type="character" w:customStyle="1" w:styleId="CittChar">
    <w:name w:val="Citát Char"/>
    <w:basedOn w:val="Standardnpsmoodstavce"/>
    <w:link w:val="Citt"/>
    <w:uiPriority w:val="29"/>
    <w:rsid w:val="00FC693F"/>
    <w:rPr>
      <w:i/>
      <w:iCs/>
      <w:color w:val="000000" w:themeColor="text1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iln">
    <w:name w:val="Strong"/>
    <w:basedOn w:val="Standardnpsmoodstavce"/>
    <w:uiPriority w:val="22"/>
    <w:qFormat/>
    <w:rsid w:val="00FC693F"/>
    <w:rPr>
      <w:b/>
      <w:bCs/>
    </w:rPr>
  </w:style>
  <w:style w:type="character" w:styleId="Zdraznn">
    <w:name w:val="Emphasis"/>
    <w:basedOn w:val="Standardnpsmoodstavce"/>
    <w:uiPriority w:val="20"/>
    <w:qFormat/>
    <w:rsid w:val="00FC693F"/>
    <w:rPr>
      <w:i/>
      <w:iCs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FC693F"/>
    <w:rPr>
      <w:b/>
      <w:bCs/>
      <w:i/>
      <w:iCs/>
      <w:color w:val="4F81BD" w:themeColor="accent1"/>
    </w:rPr>
  </w:style>
  <w:style w:type="character" w:styleId="Zdraznnjemn">
    <w:name w:val="Subtle Emphasis"/>
    <w:basedOn w:val="Standardnpsmoodstavce"/>
    <w:uiPriority w:val="19"/>
    <w:qFormat/>
    <w:rsid w:val="00FC693F"/>
    <w:rPr>
      <w:i/>
      <w:iCs/>
      <w:color w:val="808080" w:themeColor="text1" w:themeTint="7F"/>
    </w:rPr>
  </w:style>
  <w:style w:type="character" w:styleId="Zdraznnintenzivn">
    <w:name w:val="Intense Emphasis"/>
    <w:basedOn w:val="Standardnpsmoodstavce"/>
    <w:uiPriority w:val="21"/>
    <w:qFormat/>
    <w:rsid w:val="00FC693F"/>
    <w:rPr>
      <w:b/>
      <w:bCs/>
      <w:i/>
      <w:iCs/>
      <w:color w:val="4F81BD" w:themeColor="accent1"/>
    </w:rPr>
  </w:style>
  <w:style w:type="character" w:styleId="Odkazjemn">
    <w:name w:val="Subtle Reference"/>
    <w:basedOn w:val="Standardnpsmoodstavce"/>
    <w:uiPriority w:val="31"/>
    <w:qFormat/>
    <w:rsid w:val="00FC693F"/>
    <w:rPr>
      <w:smallCaps/>
      <w:color w:val="C0504D" w:themeColor="accent2"/>
      <w:u w:val="single"/>
    </w:rPr>
  </w:style>
  <w:style w:type="character" w:styleId="Odkazintenzivn">
    <w:name w:val="Intense Reference"/>
    <w:basedOn w:val="Standardnpsmoodstavce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Nzevknihy">
    <w:name w:val="Book Title"/>
    <w:basedOn w:val="Standardnpsmoodstavce"/>
    <w:uiPriority w:val="33"/>
    <w:qFormat/>
    <w:rsid w:val="00FC693F"/>
    <w:rPr>
      <w:b/>
      <w:bCs/>
      <w:smallCaps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FC693F"/>
    <w:pPr>
      <w:outlineLvl w:val="9"/>
    </w:pPr>
  </w:style>
  <w:style w:type="table" w:styleId="Mkatabulky">
    <w:name w:val="Table Grid"/>
    <w:basedOn w:val="Normlntabulka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vtlstnovn">
    <w:name w:val="Light Shading"/>
    <w:basedOn w:val="Normlntabulka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vtlstnovnzvraznn2">
    <w:name w:val="Light Shading Accent 2"/>
    <w:basedOn w:val="Normlntabulka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Svtlstnovnzvraznn3">
    <w:name w:val="Light Shading Accent 3"/>
    <w:basedOn w:val="Normlntabulka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vtlstnovnzvraznn4">
    <w:name w:val="Light Shading Accent 4"/>
    <w:basedOn w:val="Normlntabulka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Svtlstnovnzvraznn5">
    <w:name w:val="Light Shading Accent 5"/>
    <w:basedOn w:val="Normlntabulka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Svtlstnovnzvraznn6">
    <w:name w:val="Light Shading Accent 6"/>
    <w:basedOn w:val="Normlntabulka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Svtlseznam">
    <w:name w:val="Light List"/>
    <w:basedOn w:val="Normlntabulk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Svtlseznamzvraznn2">
    <w:name w:val="Light List Accent 2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Svtlseznamzvraznn3">
    <w:name w:val="Light List Accent 3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Svtlseznamzvraznn4">
    <w:name w:val="Light List Accent 4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Svtlseznamzvraznn5">
    <w:name w:val="Light List Accent 5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Svtlseznamzvraznn6">
    <w:name w:val="Light List Accent 6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Svtlmka">
    <w:name w:val="Light Grid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Svtlmkazvraznn2">
    <w:name w:val="Light Grid Accent 2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Svtlmkazvraznn3">
    <w:name w:val="Light Grid Accent 3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Svtlmkazvraznn4">
    <w:name w:val="Light Grid Accent 4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Svtlmkazvraznn5">
    <w:name w:val="Light Grid Accent 5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Svtlmkazvraznn6">
    <w:name w:val="Light Grid Accent 6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tednstnovn1">
    <w:name w:val="Medium Shading 1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eznam1">
    <w:name w:val="Medium List 1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Stednseznam1zvraznn2">
    <w:name w:val="Medium List 1 Accent 2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Stednseznam1zvraznn3">
    <w:name w:val="Medium List 1 Accent 3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Stednseznam1zvraznn4">
    <w:name w:val="Medium List 1 Accent 4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Stednseznam1zvraznn5">
    <w:name w:val="Medium List 1 Accent 5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Stednseznam1zvraznn6">
    <w:name w:val="Medium List 1 Accent 6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Stednseznam2">
    <w:name w:val="Medium List 2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mka1">
    <w:name w:val="Medium Grid 1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Stednmka1zvraznn2">
    <w:name w:val="Medium Grid 1 Accent 2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Stednmka1zvraznn3">
    <w:name w:val="Medium Grid 1 Accent 3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Stednmka1zvraznn4">
    <w:name w:val="Medium Grid 1 Accent 4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Stednmka1zvraznn5">
    <w:name w:val="Medium Grid 1 Accent 5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Stednmka1zvraznn6">
    <w:name w:val="Medium Grid 1 Accent 6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Stednmka2">
    <w:name w:val="Medium Grid 2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Stednmka3zvraznn2">
    <w:name w:val="Medium Grid 3 Accent 2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Stednmka3zvraznn3">
    <w:name w:val="Medium Grid 3 Accent 3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Stednmka3zvraznn4">
    <w:name w:val="Medium Grid 3 Accent 4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Stednmka3zvraznn5">
    <w:name w:val="Medium Grid 3 Accent 5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Stednmka3zvraznn6">
    <w:name w:val="Medium Grid 3 Accent 6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Tmavseznam">
    <w:name w:val="Dark List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Tmavseznamzvraznn2">
    <w:name w:val="Dark List Accent 2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Tmavseznamzvraznn3">
    <w:name w:val="Dark List Accent 3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Tmavseznamzvraznn4">
    <w:name w:val="Dark List Accent 4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Tmavseznamzvraznn5">
    <w:name w:val="Dark List Accent 5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Tmavseznamzvraznn6">
    <w:name w:val="Dark List Accent 6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Barevnstnovn">
    <w:name w:val="Colorful Shading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eznam">
    <w:name w:val="Colorful List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Barevnseznamzvraznn2">
    <w:name w:val="Colorful List Accent 2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Barevnseznamzvraznn3">
    <w:name w:val="Colorful List Accent 3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Barevnseznamzvraznn4">
    <w:name w:val="Colorful List Accent 4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Barevnseznamzvraznn5">
    <w:name w:val="Colorful List Accent 5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Barevnseznamzvraznn6">
    <w:name w:val="Colorful List Accent 6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Barevnmka">
    <w:name w:val="Colorful Grid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Barevnmkazvraznn2">
    <w:name w:val="Colorful Grid Accent 2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Barevnmkazvraznn3">
    <w:name w:val="Colorful Grid Accent 3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Barevnmkazvraznn4">
    <w:name w:val="Colorful Grid Accent 4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Barevnmkazvraznn5">
    <w:name w:val="Colorful Grid Accent 5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Barevnmkazvraznn6">
    <w:name w:val="Colorful Grid Accent 6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customXml" Target="../customXml/item3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customXml" Target="../customXml/item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36FEC76441EB8499E4ED526A2892697" ma:contentTypeVersion="18" ma:contentTypeDescription="Vytvoří nový dokument" ma:contentTypeScope="" ma:versionID="fa6f0a4b1d1eab32d84c91b471933567">
  <xsd:schema xmlns:xsd="http://www.w3.org/2001/XMLSchema" xmlns:xs="http://www.w3.org/2001/XMLSchema" xmlns:p="http://schemas.microsoft.com/office/2006/metadata/properties" xmlns:ns2="b62e15b6-40d6-4692-ae1a-0052fc993e14" xmlns:ns3="72108b79-8fff-470d-afdf-58fa27029092" targetNamespace="http://schemas.microsoft.com/office/2006/metadata/properties" ma:root="true" ma:fieldsID="b01effaddff7039decb010f7b9336c94" ns2:_="" ns3:_="">
    <xsd:import namespace="b62e15b6-40d6-4692-ae1a-0052fc993e14"/>
    <xsd:import namespace="72108b79-8fff-470d-afdf-58fa2702909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LengthInSeconds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2e15b6-40d6-4692-ae1a-0052fc993e1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108b79-8fff-470d-afdf-58fa27029092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117d7eb-4614-48fa-9b0d-b073d337db15}" ma:internalName="TaxCatchAll" ma:showField="CatchAllData" ma:web="72108b79-8fff-470d-afdf-58fa2702909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2108b79-8fff-470d-afdf-58fa27029092" xsi:nil="true"/>
    <lcf76f155ced4ddcb4097134ff3c332f xmlns="b62e15b6-40d6-4692-ae1a-0052fc993e14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DD0F87-62A0-4370-9C0E-04E0E5E60BCE}"/>
</file>

<file path=customXml/itemProps3.xml><?xml version="1.0" encoding="utf-8"?>
<ds:datastoreItem xmlns:ds="http://schemas.openxmlformats.org/officeDocument/2006/customXml" ds:itemID="{8F5427E7-88A2-4761-B305-24C362058E90}"/>
</file>

<file path=customXml/itemProps4.xml><?xml version="1.0" encoding="utf-8"?>
<ds:datastoreItem xmlns:ds="http://schemas.openxmlformats.org/officeDocument/2006/customXml" ds:itemID="{B2CE2BA4-61FA-4590-AF57-AFD3017FBB7C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Hrušková Tereza</cp:lastModifiedBy>
  <cp:revision>5</cp:revision>
  <dcterms:created xsi:type="dcterms:W3CDTF">2026-02-03T09:08:00Z</dcterms:created>
  <dcterms:modified xsi:type="dcterms:W3CDTF">2026-02-03T09:24:00Z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0x010100136FEC76441EB8499E4ED526A2892697</vt:lpwstr>
  </property>
</Properties>
</file>