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548A" w14:textId="77777777" w:rsidR="00AF3C7E" w:rsidRDefault="00E953BD">
      <w:pPr>
        <w:pStyle w:val="Nadpis1"/>
      </w:pPr>
      <w:r>
        <w:t>RÁMCOVÁ SMLOUVA O POSKYTOVÁNÍ GRAFICKÝCH A REKLAMNÍCH SLUŽEB A ZAJIŠTĚNÍ TISKU</w:t>
      </w:r>
    </w:p>
    <w:p w14:paraId="193716B0" w14:textId="77777777" w:rsidR="00AF3C7E" w:rsidRDefault="00E953BD">
      <w:proofErr w:type="spellStart"/>
      <w:r>
        <w:t>uzavřená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1746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zákona</w:t>
      </w:r>
      <w:proofErr w:type="spellEnd"/>
      <w:r>
        <w:t xml:space="preserve"> č. 89/2012 Sb., </w:t>
      </w:r>
      <w:proofErr w:type="spellStart"/>
      <w:r>
        <w:t>občanský</w:t>
      </w:r>
      <w:proofErr w:type="spellEnd"/>
      <w:r>
        <w:t xml:space="preserve"> </w:t>
      </w:r>
      <w:proofErr w:type="spellStart"/>
      <w:r>
        <w:t>zákoník</w:t>
      </w:r>
      <w:proofErr w:type="spellEnd"/>
      <w:r>
        <w:t xml:space="preserve">, v </w:t>
      </w:r>
      <w:proofErr w:type="spellStart"/>
      <w:r>
        <w:t>platném</w:t>
      </w:r>
      <w:proofErr w:type="spellEnd"/>
      <w:r>
        <w:t xml:space="preserve"> </w:t>
      </w:r>
      <w:proofErr w:type="spellStart"/>
      <w:r>
        <w:t>znění</w:t>
      </w:r>
      <w:proofErr w:type="spellEnd"/>
    </w:p>
    <w:p w14:paraId="716E2EA2" w14:textId="77777777" w:rsidR="00AF3C7E" w:rsidRDefault="00E953BD">
      <w:pPr>
        <w:pStyle w:val="Nadpis2"/>
      </w:pPr>
      <w:r>
        <w:t xml:space="preserve">1.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</w:p>
    <w:p w14:paraId="2AFFEEBF" w14:textId="421944E7" w:rsidR="00AF3C7E" w:rsidRDefault="00E953BD">
      <w:r>
        <w:br/>
      </w:r>
      <w:proofErr w:type="spellStart"/>
      <w:r>
        <w:t>Dodavatel</w:t>
      </w:r>
      <w:proofErr w:type="spellEnd"/>
      <w:r>
        <w:t>:</w:t>
      </w:r>
      <w:r>
        <w:br/>
      </w:r>
      <w:r w:rsidRPr="002B3B73">
        <w:rPr>
          <w:b/>
          <w:bCs/>
        </w:rPr>
        <w:t xml:space="preserve">MAXX Creative </w:t>
      </w:r>
      <w:proofErr w:type="spellStart"/>
      <w:r w:rsidRPr="002B3B73">
        <w:rPr>
          <w:b/>
          <w:bCs/>
        </w:rPr>
        <w:t>s.r.o.</w:t>
      </w:r>
      <w:proofErr w:type="spellEnd"/>
      <w:r w:rsidRPr="002B3B73">
        <w:rPr>
          <w:b/>
          <w:bCs/>
        </w:rPr>
        <w:br/>
      </w:r>
      <w:r>
        <w:t xml:space="preserve">se </w:t>
      </w:r>
      <w:proofErr w:type="spellStart"/>
      <w:r>
        <w:t>sídlem</w:t>
      </w:r>
      <w:proofErr w:type="spellEnd"/>
      <w:r>
        <w:t xml:space="preserve">: </w:t>
      </w:r>
      <w:proofErr w:type="spellStart"/>
      <w:r>
        <w:t>Jiráskova</w:t>
      </w:r>
      <w:proofErr w:type="spellEnd"/>
      <w:r>
        <w:t xml:space="preserve"> 1275, 530 02 Pardubice</w:t>
      </w:r>
      <w:r>
        <w:br/>
        <w:t>IČ: 25294393</w:t>
      </w:r>
      <w:r>
        <w:br/>
        <w:t>DIČ: CZ25294393</w:t>
      </w:r>
      <w:r>
        <w:br/>
      </w:r>
      <w:proofErr w:type="spellStart"/>
      <w:r>
        <w:t>zapsaná</w:t>
      </w:r>
      <w:proofErr w:type="spellEnd"/>
      <w:r>
        <w:t xml:space="preserve"> v </w:t>
      </w:r>
      <w:proofErr w:type="spellStart"/>
      <w:r>
        <w:t>obchodním</w:t>
      </w:r>
      <w:proofErr w:type="spellEnd"/>
      <w:r>
        <w:t xml:space="preserve"> </w:t>
      </w:r>
      <w:proofErr w:type="spellStart"/>
      <w:r>
        <w:t>rejstříku</w:t>
      </w:r>
      <w:proofErr w:type="spellEnd"/>
      <w:r>
        <w:t xml:space="preserve"> </w:t>
      </w:r>
      <w:proofErr w:type="spellStart"/>
      <w:r>
        <w:t>vedeném</w:t>
      </w:r>
      <w:proofErr w:type="spellEnd"/>
      <w:r>
        <w:t xml:space="preserve"> </w:t>
      </w:r>
      <w:proofErr w:type="spellStart"/>
      <w:r>
        <w:t>Krajským</w:t>
      </w:r>
      <w:proofErr w:type="spellEnd"/>
      <w:r>
        <w:t xml:space="preserve"> </w:t>
      </w:r>
      <w:proofErr w:type="spellStart"/>
      <w:r>
        <w:t>soudem</w:t>
      </w:r>
      <w:proofErr w:type="spellEnd"/>
      <w:r>
        <w:t xml:space="preserve"> v </w:t>
      </w:r>
      <w:proofErr w:type="spellStart"/>
      <w:r>
        <w:t>Hradci</w:t>
      </w:r>
      <w:proofErr w:type="spellEnd"/>
      <w:r>
        <w:t xml:space="preserve"> </w:t>
      </w:r>
      <w:proofErr w:type="spellStart"/>
      <w:r>
        <w:t>Králové</w:t>
      </w:r>
      <w:proofErr w:type="spellEnd"/>
      <w:r>
        <w:t xml:space="preserve">, </w:t>
      </w:r>
      <w:proofErr w:type="spellStart"/>
      <w:r>
        <w:t>oddíl</w:t>
      </w:r>
      <w:proofErr w:type="spellEnd"/>
      <w:r>
        <w:t xml:space="preserve"> C, </w:t>
      </w:r>
      <w:proofErr w:type="spellStart"/>
      <w:r>
        <w:t>vložka</w:t>
      </w:r>
      <w:proofErr w:type="spellEnd"/>
      <w:r>
        <w:t xml:space="preserve"> 13748</w:t>
      </w:r>
      <w:r>
        <w:br/>
      </w:r>
      <w:proofErr w:type="spellStart"/>
      <w:r>
        <w:t>zastoupená</w:t>
      </w:r>
      <w:proofErr w:type="spellEnd"/>
      <w:r>
        <w:t xml:space="preserve">: </w:t>
      </w:r>
      <w:r w:rsidR="00C80E54">
        <w:t>XXX</w:t>
      </w:r>
      <w:r>
        <w:br/>
        <w:t>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r>
        <w:t>Dodavatel</w:t>
      </w:r>
      <w:proofErr w:type="spellEnd"/>
      <w:r>
        <w:t>“)</w:t>
      </w:r>
      <w:r>
        <w:br/>
      </w:r>
      <w:r>
        <w:br/>
      </w:r>
      <w:proofErr w:type="spellStart"/>
      <w:r>
        <w:t>Objednatel</w:t>
      </w:r>
      <w:proofErr w:type="spellEnd"/>
      <w:r>
        <w:t>:</w:t>
      </w:r>
      <w:r>
        <w:br/>
      </w:r>
      <w:proofErr w:type="spellStart"/>
      <w:r w:rsidRPr="002B3B73">
        <w:rPr>
          <w:b/>
          <w:bCs/>
        </w:rPr>
        <w:t>E</w:t>
      </w:r>
      <w:r w:rsidR="002B3B73" w:rsidRPr="002B3B73">
        <w:rPr>
          <w:b/>
          <w:bCs/>
        </w:rPr>
        <w:t>xplosia</w:t>
      </w:r>
      <w:proofErr w:type="spellEnd"/>
      <w:r w:rsidRPr="002B3B73">
        <w:rPr>
          <w:b/>
          <w:bCs/>
        </w:rPr>
        <w:t xml:space="preserve"> </w:t>
      </w:r>
      <w:proofErr w:type="spellStart"/>
      <w:r w:rsidRPr="002B3B73">
        <w:rPr>
          <w:b/>
          <w:bCs/>
        </w:rPr>
        <w:t>a.s.</w:t>
      </w:r>
      <w:proofErr w:type="spellEnd"/>
      <w:r w:rsidRPr="002B3B73">
        <w:rPr>
          <w:b/>
          <w:bCs/>
        </w:rPr>
        <w:br/>
      </w:r>
      <w:r>
        <w:t xml:space="preserve">se </w:t>
      </w:r>
      <w:proofErr w:type="spellStart"/>
      <w:r>
        <w:t>sídlem</w:t>
      </w:r>
      <w:proofErr w:type="spellEnd"/>
      <w:r>
        <w:t xml:space="preserve">: </w:t>
      </w:r>
      <w:proofErr w:type="spellStart"/>
      <w:r>
        <w:t>Semtín</w:t>
      </w:r>
      <w:proofErr w:type="spellEnd"/>
      <w:r>
        <w:t xml:space="preserve"> 107, 530 02 Pardubice</w:t>
      </w:r>
      <w:r>
        <w:br/>
        <w:t>IČ: 25291581</w:t>
      </w:r>
      <w:r>
        <w:br/>
        <w:t>DIČ: CZ25291581</w:t>
      </w:r>
      <w:r>
        <w:br/>
      </w:r>
      <w:proofErr w:type="spellStart"/>
      <w:r>
        <w:t>zapsaná</w:t>
      </w:r>
      <w:proofErr w:type="spellEnd"/>
      <w:r>
        <w:t xml:space="preserve"> v </w:t>
      </w:r>
      <w:proofErr w:type="spellStart"/>
      <w:r>
        <w:t>obchodním</w:t>
      </w:r>
      <w:proofErr w:type="spellEnd"/>
      <w:r>
        <w:t xml:space="preserve"> </w:t>
      </w:r>
      <w:proofErr w:type="spellStart"/>
      <w:r>
        <w:t>rejstříku</w:t>
      </w:r>
      <w:proofErr w:type="spellEnd"/>
      <w:r>
        <w:t xml:space="preserve"> </w:t>
      </w:r>
      <w:proofErr w:type="spellStart"/>
      <w:r>
        <w:t>vedeném</w:t>
      </w:r>
      <w:proofErr w:type="spellEnd"/>
      <w:r>
        <w:t xml:space="preserve"> </w:t>
      </w:r>
      <w:proofErr w:type="spellStart"/>
      <w:r>
        <w:t>Krajským</w:t>
      </w:r>
      <w:proofErr w:type="spellEnd"/>
      <w:r>
        <w:t xml:space="preserve"> </w:t>
      </w:r>
      <w:proofErr w:type="spellStart"/>
      <w:r>
        <w:t>soudem</w:t>
      </w:r>
      <w:proofErr w:type="spellEnd"/>
      <w:r>
        <w:t xml:space="preserve"> v </w:t>
      </w:r>
      <w:proofErr w:type="spellStart"/>
      <w:r>
        <w:t>Hradci</w:t>
      </w:r>
      <w:proofErr w:type="spellEnd"/>
      <w:r>
        <w:t xml:space="preserve"> </w:t>
      </w:r>
      <w:proofErr w:type="spellStart"/>
      <w:r>
        <w:t>Králové</w:t>
      </w:r>
      <w:proofErr w:type="spellEnd"/>
      <w:r>
        <w:t xml:space="preserve">, </w:t>
      </w:r>
      <w:proofErr w:type="spellStart"/>
      <w:r>
        <w:t>oddíl</w:t>
      </w:r>
      <w:proofErr w:type="spellEnd"/>
      <w:r>
        <w:t xml:space="preserve"> B, </w:t>
      </w:r>
      <w:proofErr w:type="spellStart"/>
      <w:r>
        <w:t>vložka</w:t>
      </w:r>
      <w:proofErr w:type="spellEnd"/>
      <w:r>
        <w:t xml:space="preserve"> 1828</w:t>
      </w:r>
      <w:r>
        <w:br/>
      </w:r>
      <w:proofErr w:type="spellStart"/>
      <w:r>
        <w:t>zastoupená</w:t>
      </w:r>
      <w:proofErr w:type="spellEnd"/>
      <w:r>
        <w:t xml:space="preserve">: </w:t>
      </w:r>
      <w:r w:rsidR="006C0697">
        <w:t xml:space="preserve"> </w:t>
      </w:r>
      <w:proofErr w:type="spellStart"/>
      <w:r w:rsidR="006C0697">
        <w:t>Bc</w:t>
      </w:r>
      <w:proofErr w:type="spellEnd"/>
      <w:r w:rsidR="006C0697">
        <w:t xml:space="preserve">. </w:t>
      </w:r>
      <w:proofErr w:type="spellStart"/>
      <w:r w:rsidR="006C0697">
        <w:t>Tomášem</w:t>
      </w:r>
      <w:proofErr w:type="spellEnd"/>
      <w:r w:rsidR="006C0697">
        <w:t xml:space="preserve"> Rubáčkem, MBA, </w:t>
      </w:r>
      <w:proofErr w:type="spellStart"/>
      <w:r w:rsidR="006C0697">
        <w:t>předsedou</w:t>
      </w:r>
      <w:proofErr w:type="spellEnd"/>
      <w:r w:rsidR="006C0697">
        <w:t xml:space="preserve"> </w:t>
      </w:r>
      <w:proofErr w:type="spellStart"/>
      <w:r w:rsidR="006C0697">
        <w:t>představenstva</w:t>
      </w:r>
      <w:proofErr w:type="spellEnd"/>
      <w:r w:rsidR="006C0697">
        <w:br/>
        <w:t xml:space="preserve">                         Ing. </w:t>
      </w:r>
      <w:proofErr w:type="spellStart"/>
      <w:r w:rsidR="0040100D">
        <w:t>Ondřejem</w:t>
      </w:r>
      <w:proofErr w:type="spellEnd"/>
      <w:r w:rsidR="0040100D">
        <w:t xml:space="preserve"> </w:t>
      </w:r>
      <w:proofErr w:type="spellStart"/>
      <w:r w:rsidR="0040100D">
        <w:t>Havlíkem</w:t>
      </w:r>
      <w:proofErr w:type="spellEnd"/>
      <w:r w:rsidR="0040100D">
        <w:t xml:space="preserve">, </w:t>
      </w:r>
      <w:proofErr w:type="spellStart"/>
      <w:r w:rsidR="0040100D">
        <w:t>místopředsedou</w:t>
      </w:r>
      <w:proofErr w:type="spellEnd"/>
      <w:r w:rsidR="0040100D">
        <w:t xml:space="preserve"> </w:t>
      </w:r>
      <w:proofErr w:type="spellStart"/>
      <w:r w:rsidR="0040100D">
        <w:t>představenstva</w:t>
      </w:r>
      <w:proofErr w:type="spellEnd"/>
      <w:r w:rsidR="0040100D">
        <w:t xml:space="preserve"> </w:t>
      </w:r>
      <w:r>
        <w:t>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Objednatel</w:t>
      </w:r>
      <w:proofErr w:type="spellEnd"/>
      <w:r>
        <w:t>“</w:t>
      </w:r>
      <w:proofErr w:type="gramEnd"/>
      <w:r>
        <w:t>)</w:t>
      </w:r>
      <w:r>
        <w:br/>
      </w:r>
    </w:p>
    <w:p w14:paraId="3776CC76" w14:textId="77777777" w:rsidR="00AF3C7E" w:rsidRDefault="00E953BD">
      <w:pPr>
        <w:pStyle w:val="Nadpis2"/>
      </w:pPr>
      <w:r>
        <w:t xml:space="preserve">2.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1E746890" w14:textId="77777777" w:rsidR="002B3B73" w:rsidRDefault="00E953BD" w:rsidP="002B3B73">
      <w:pPr>
        <w:jc w:val="both"/>
      </w:pPr>
      <w:r>
        <w:br/>
      </w:r>
      <w:proofErr w:type="spellStart"/>
      <w:r>
        <w:t>Dodavatel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pro </w:t>
      </w:r>
      <w:proofErr w:type="spellStart"/>
      <w:r>
        <w:t>Objednatele</w:t>
      </w:r>
      <w:proofErr w:type="spellEnd"/>
      <w:r>
        <w:t xml:space="preserve"> </w:t>
      </w:r>
      <w:proofErr w:type="spellStart"/>
      <w:r>
        <w:t>zajišťovat</w:t>
      </w:r>
      <w:proofErr w:type="spellEnd"/>
      <w:r>
        <w:t xml:space="preserve"> </w:t>
      </w:r>
      <w:proofErr w:type="spellStart"/>
      <w:r>
        <w:t>grafické</w:t>
      </w:r>
      <w:proofErr w:type="spellEnd"/>
      <w:r>
        <w:t xml:space="preserve">, </w:t>
      </w:r>
      <w:proofErr w:type="spellStart"/>
      <w:r>
        <w:t>reklamní</w:t>
      </w:r>
      <w:proofErr w:type="spellEnd"/>
      <w:r>
        <w:t xml:space="preserve"> a </w:t>
      </w:r>
      <w:proofErr w:type="spellStart"/>
      <w:r>
        <w:t>propagační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>,</w:t>
      </w:r>
      <w:r>
        <w:br/>
      </w:r>
      <w:proofErr w:type="spellStart"/>
      <w:r>
        <w:t>včetně</w:t>
      </w:r>
      <w:proofErr w:type="spellEnd"/>
      <w:r>
        <w:t xml:space="preserve">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tisku</w:t>
      </w:r>
      <w:proofErr w:type="spellEnd"/>
      <w:r>
        <w:t xml:space="preserve"> a </w:t>
      </w:r>
      <w:proofErr w:type="spellStart"/>
      <w:r>
        <w:t>dodávek</w:t>
      </w:r>
      <w:proofErr w:type="spellEnd"/>
      <w:r>
        <w:t xml:space="preserve"> </w:t>
      </w:r>
      <w:proofErr w:type="spellStart"/>
      <w:r>
        <w:t>tištěných</w:t>
      </w:r>
      <w:proofErr w:type="spellEnd"/>
      <w:r>
        <w:t xml:space="preserve"> </w:t>
      </w:r>
      <w:proofErr w:type="spellStart"/>
      <w:r>
        <w:t>materiálů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dílčích</w:t>
      </w:r>
      <w:proofErr w:type="spellEnd"/>
      <w:r>
        <w:t xml:space="preserve"> </w:t>
      </w:r>
      <w:proofErr w:type="spellStart"/>
      <w:r>
        <w:t>objednávek</w:t>
      </w:r>
      <w:proofErr w:type="spellEnd"/>
      <w:r>
        <w:t xml:space="preserve"> </w:t>
      </w:r>
      <w:proofErr w:type="spellStart"/>
      <w:r>
        <w:t>Objednatele</w:t>
      </w:r>
      <w:proofErr w:type="spellEnd"/>
      <w:r>
        <w:t>.</w:t>
      </w:r>
      <w:r>
        <w:br/>
      </w:r>
      <w:proofErr w:type="spellStart"/>
      <w:r>
        <w:t>Objednatel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za </w:t>
      </w:r>
      <w:proofErr w:type="spellStart"/>
      <w:r>
        <w:t>poskytnuté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a </w:t>
      </w:r>
      <w:proofErr w:type="spellStart"/>
      <w:r>
        <w:t>dodávky</w:t>
      </w:r>
      <w:proofErr w:type="spellEnd"/>
      <w:r>
        <w:t xml:space="preserve"> </w:t>
      </w:r>
      <w:proofErr w:type="spellStart"/>
      <w:r>
        <w:t>zaplatit</w:t>
      </w:r>
      <w:proofErr w:type="spellEnd"/>
      <w:r>
        <w:t xml:space="preserve"> </w:t>
      </w:r>
      <w:proofErr w:type="spellStart"/>
      <w:r>
        <w:t>dohodnutou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podmínkami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>.</w:t>
      </w:r>
    </w:p>
    <w:p w14:paraId="638E91BF" w14:textId="72DC1F25" w:rsidR="00AF3C7E" w:rsidRDefault="00AF3C7E" w:rsidP="002B3B73">
      <w:pPr>
        <w:jc w:val="both"/>
      </w:pPr>
    </w:p>
    <w:p w14:paraId="6F7A4625" w14:textId="77777777" w:rsidR="00AF3C7E" w:rsidRDefault="00E953BD">
      <w:pPr>
        <w:pStyle w:val="Nadpis2"/>
      </w:pPr>
      <w:r>
        <w:t xml:space="preserve">3. </w:t>
      </w:r>
      <w:proofErr w:type="spellStart"/>
      <w:r>
        <w:t>Dílčí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a </w:t>
      </w:r>
      <w:proofErr w:type="spellStart"/>
      <w:r>
        <w:t>specifikace</w:t>
      </w:r>
      <w:proofErr w:type="spellEnd"/>
      <w:r>
        <w:t xml:space="preserve"> </w:t>
      </w:r>
      <w:proofErr w:type="spellStart"/>
      <w:r>
        <w:t>plnění</w:t>
      </w:r>
      <w:proofErr w:type="spellEnd"/>
    </w:p>
    <w:p w14:paraId="40E1D9A6" w14:textId="6CAF93DC" w:rsidR="00AF3C7E" w:rsidRDefault="00E953BD">
      <w:r>
        <w:br/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požadavky</w:t>
      </w:r>
      <w:proofErr w:type="spellEnd"/>
      <w:r>
        <w:t xml:space="preserve"> </w:t>
      </w:r>
      <w:proofErr w:type="spellStart"/>
      <w:r>
        <w:t>Objednatele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zadávány</w:t>
      </w:r>
      <w:proofErr w:type="spellEnd"/>
      <w:r>
        <w:t xml:space="preserve"> </w:t>
      </w:r>
      <w:proofErr w:type="spellStart"/>
      <w:r>
        <w:t>písemn</w:t>
      </w:r>
      <w:r w:rsidR="002B3B73">
        <w:t>ě</w:t>
      </w:r>
      <w:proofErr w:type="spellEnd"/>
      <w:r w:rsidR="002B3B73">
        <w:t xml:space="preserve"> </w:t>
      </w:r>
      <w:proofErr w:type="spellStart"/>
      <w:r w:rsidR="002B3B73">
        <w:t>formou</w:t>
      </w:r>
      <w:proofErr w:type="spellEnd"/>
      <w:r w:rsidR="002B3B73">
        <w:t xml:space="preserve"> </w:t>
      </w:r>
      <w:r>
        <w:t>e-</w:t>
      </w:r>
      <w:proofErr w:type="spellStart"/>
      <w:r>
        <w:t>mailu</w:t>
      </w:r>
      <w:proofErr w:type="spellEnd"/>
      <w:r w:rsidR="002B3B73">
        <w:t xml:space="preserve">, </w:t>
      </w:r>
      <w:proofErr w:type="spellStart"/>
      <w:r w:rsidR="002B3B73">
        <w:t>přičemž</w:t>
      </w:r>
      <w:proofErr w:type="spellEnd"/>
      <w:r w:rsidR="002B3B73">
        <w:t xml:space="preserve"> </w:t>
      </w:r>
      <w:proofErr w:type="spellStart"/>
      <w:r w:rsidR="002B3B73">
        <w:t>takto</w:t>
      </w:r>
      <w:proofErr w:type="spellEnd"/>
      <w:r w:rsidR="002B3B73">
        <w:t xml:space="preserve"> </w:t>
      </w:r>
      <w:proofErr w:type="spellStart"/>
      <w:r w:rsidR="002B3B73">
        <w:t>sdělené</w:t>
      </w:r>
      <w:proofErr w:type="spellEnd"/>
      <w:r w:rsidR="002B3B73">
        <w:t xml:space="preserve"> </w:t>
      </w:r>
      <w:proofErr w:type="spellStart"/>
      <w:r w:rsidR="002B3B73">
        <w:t>požadavky</w:t>
      </w:r>
      <w:proofErr w:type="spellEnd"/>
      <w:r w:rsidR="002B3B73">
        <w:t xml:space="preserve"> se pro </w:t>
      </w:r>
      <w:proofErr w:type="spellStart"/>
      <w:r w:rsidR="002B3B73">
        <w:t>účely</w:t>
      </w:r>
      <w:proofErr w:type="spellEnd"/>
      <w:r w:rsidR="002B3B73">
        <w:t xml:space="preserve"> </w:t>
      </w:r>
      <w:proofErr w:type="spellStart"/>
      <w:r w:rsidR="002B3B73">
        <w:t>této</w:t>
      </w:r>
      <w:proofErr w:type="spellEnd"/>
      <w:r w:rsidR="002B3B73">
        <w:t xml:space="preserve"> </w:t>
      </w:r>
      <w:proofErr w:type="spellStart"/>
      <w:r w:rsidR="002B3B73">
        <w:t>smlouyv</w:t>
      </w:r>
      <w:proofErr w:type="spellEnd"/>
      <w:r w:rsidR="002B3B73">
        <w:t xml:space="preserve"> </w:t>
      </w:r>
      <w:proofErr w:type="spellStart"/>
      <w:r w:rsidR="002B3B73">
        <w:t>považují</w:t>
      </w:r>
      <w:proofErr w:type="spellEnd"/>
      <w:r w:rsidR="002B3B73">
        <w:t xml:space="preserve"> za </w:t>
      </w:r>
      <w:proofErr w:type="spellStart"/>
      <w:r>
        <w:t>objednávky</w:t>
      </w:r>
      <w:proofErr w:type="spellEnd"/>
      <w:r>
        <w:t>.</w:t>
      </w:r>
      <w:r>
        <w:br/>
      </w:r>
      <w:proofErr w:type="spellStart"/>
      <w:r>
        <w:t>Objednávky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obsahovat</w:t>
      </w:r>
      <w:proofErr w:type="spellEnd"/>
      <w:r>
        <w:t xml:space="preserve"> </w:t>
      </w:r>
      <w:proofErr w:type="spellStart"/>
      <w:r>
        <w:t>specifikaci</w:t>
      </w:r>
      <w:proofErr w:type="spellEnd"/>
      <w:r>
        <w:t xml:space="preserve"> </w:t>
      </w:r>
      <w:proofErr w:type="spellStart"/>
      <w:r>
        <w:t>požadovaných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, </w:t>
      </w:r>
      <w:proofErr w:type="spellStart"/>
      <w:r>
        <w:t>termíny</w:t>
      </w:r>
      <w:proofErr w:type="spellEnd"/>
      <w:r>
        <w:t xml:space="preserve"> </w:t>
      </w:r>
      <w:proofErr w:type="spellStart"/>
      <w:r>
        <w:t>zhotovení</w:t>
      </w:r>
      <w:proofErr w:type="spellEnd"/>
      <w:r>
        <w:t xml:space="preserve">, </w:t>
      </w:r>
      <w:proofErr w:type="spellStart"/>
      <w:r w:rsidR="002B3B73">
        <w:t>případně</w:t>
      </w:r>
      <w:proofErr w:type="spellEnd"/>
      <w:r w:rsidR="002B3B73">
        <w:t xml:space="preserve"> </w:t>
      </w:r>
      <w:proofErr w:type="spellStart"/>
      <w:r>
        <w:t>parametry</w:t>
      </w:r>
      <w:proofErr w:type="spellEnd"/>
      <w:r>
        <w:t xml:space="preserve"> </w:t>
      </w:r>
      <w:proofErr w:type="spellStart"/>
      <w:r>
        <w:t>tisku</w:t>
      </w:r>
      <w:proofErr w:type="spellEnd"/>
      <w:r>
        <w:t xml:space="preserve"> a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dodání</w:t>
      </w:r>
      <w:proofErr w:type="spellEnd"/>
      <w:r>
        <w:t>.</w:t>
      </w:r>
      <w:r>
        <w:br/>
      </w:r>
      <w:proofErr w:type="spellStart"/>
      <w:r w:rsidR="002B3B73">
        <w:lastRenderedPageBreak/>
        <w:t>Dodavatel</w:t>
      </w:r>
      <w:proofErr w:type="spellEnd"/>
      <w:r w:rsidR="002B3B73">
        <w:t xml:space="preserve"> je </w:t>
      </w:r>
      <w:proofErr w:type="spellStart"/>
      <w:r w:rsidR="002B3B73">
        <w:t>povinen</w:t>
      </w:r>
      <w:proofErr w:type="spellEnd"/>
      <w:r w:rsidR="002B3B73">
        <w:t xml:space="preserve"> </w:t>
      </w:r>
      <w:proofErr w:type="spellStart"/>
      <w:r w:rsidR="002B3B73">
        <w:t>takto</w:t>
      </w:r>
      <w:proofErr w:type="spellEnd"/>
      <w:r w:rsidR="002B3B73">
        <w:t xml:space="preserve"> </w:t>
      </w:r>
      <w:proofErr w:type="spellStart"/>
      <w:r w:rsidR="002B3B73">
        <w:t>zaslanou</w:t>
      </w:r>
      <w:proofErr w:type="spellEnd"/>
      <w:r w:rsidR="002B3B73">
        <w:t xml:space="preserve"> </w:t>
      </w:r>
      <w:proofErr w:type="spellStart"/>
      <w:r w:rsidR="002B3B73">
        <w:t>Objdnávku</w:t>
      </w:r>
      <w:proofErr w:type="spellEnd"/>
      <w:r w:rsidR="002B3B73">
        <w:t xml:space="preserve"> </w:t>
      </w:r>
      <w:proofErr w:type="spellStart"/>
      <w:r w:rsidR="002B3B73">
        <w:t>písemně</w:t>
      </w:r>
      <w:proofErr w:type="spellEnd"/>
      <w:r w:rsidR="002B3B73">
        <w:t xml:space="preserve"> </w:t>
      </w:r>
      <w:proofErr w:type="spellStart"/>
      <w:r w:rsidR="002B3B73">
        <w:t>potvrdit</w:t>
      </w:r>
      <w:proofErr w:type="spellEnd"/>
      <w:r w:rsidR="002B3B73">
        <w:t xml:space="preserve"> </w:t>
      </w:r>
      <w:proofErr w:type="spellStart"/>
      <w:r w:rsidR="002B3B73">
        <w:t>nejpozději</w:t>
      </w:r>
      <w:proofErr w:type="spellEnd"/>
      <w:r w:rsidR="002B3B73">
        <w:t xml:space="preserve"> do </w:t>
      </w:r>
      <w:r w:rsidR="00B165AA">
        <w:t>XXX</w:t>
      </w:r>
      <w:r w:rsidR="002B3B73">
        <w:t xml:space="preserve"> </w:t>
      </w:r>
      <w:proofErr w:type="spellStart"/>
      <w:r w:rsidR="002B3B73">
        <w:t>pracovních</w:t>
      </w:r>
      <w:proofErr w:type="spellEnd"/>
      <w:r w:rsidR="002B3B73">
        <w:t xml:space="preserve"> </w:t>
      </w:r>
      <w:proofErr w:type="spellStart"/>
      <w:r w:rsidR="002B3B73">
        <w:t>dnů</w:t>
      </w:r>
      <w:proofErr w:type="spellEnd"/>
      <w:r w:rsidR="002B3B73">
        <w:t xml:space="preserve">. </w:t>
      </w:r>
      <w:proofErr w:type="spellStart"/>
      <w:r>
        <w:t>Objednávka</w:t>
      </w:r>
      <w:proofErr w:type="spellEnd"/>
      <w:r>
        <w:t xml:space="preserve"> se </w:t>
      </w:r>
      <w:proofErr w:type="spellStart"/>
      <w:r>
        <w:t>považuje</w:t>
      </w:r>
      <w:proofErr w:type="spellEnd"/>
      <w:r>
        <w:t xml:space="preserve"> za </w:t>
      </w:r>
      <w:proofErr w:type="spellStart"/>
      <w:r>
        <w:t>přijatou</w:t>
      </w:r>
      <w:proofErr w:type="spellEnd"/>
      <w:r>
        <w:t xml:space="preserve"> </w:t>
      </w:r>
      <w:proofErr w:type="spellStart"/>
      <w:r>
        <w:t>potvrzením</w:t>
      </w:r>
      <w:proofErr w:type="spellEnd"/>
      <w:r>
        <w:t xml:space="preserve"> </w:t>
      </w:r>
      <w:proofErr w:type="spellStart"/>
      <w:r>
        <w:t>Dodavatele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>.</w:t>
      </w:r>
      <w:r>
        <w:br/>
      </w:r>
    </w:p>
    <w:p w14:paraId="336797D6" w14:textId="77777777" w:rsidR="00AF3C7E" w:rsidRDefault="00E953BD">
      <w:pPr>
        <w:pStyle w:val="Nadpis2"/>
      </w:pPr>
      <w:r>
        <w:t xml:space="preserve">4. Cena a </w:t>
      </w:r>
      <w:proofErr w:type="spellStart"/>
      <w:r>
        <w:t>platební</w:t>
      </w:r>
      <w:proofErr w:type="spellEnd"/>
      <w:r>
        <w:t xml:space="preserve"> </w:t>
      </w:r>
      <w:proofErr w:type="spellStart"/>
      <w:r>
        <w:t>podmínky</w:t>
      </w:r>
      <w:proofErr w:type="spellEnd"/>
    </w:p>
    <w:p w14:paraId="7433C196" w14:textId="77777777" w:rsidR="002B3B73" w:rsidRDefault="002B3B73" w:rsidP="002B3B73">
      <w:pPr>
        <w:pStyle w:val="Kdoplnn"/>
        <w:numPr>
          <w:ilvl w:val="0"/>
          <w:numId w:val="0"/>
        </w:numPr>
        <w:ind w:left="397" w:hanging="397"/>
      </w:pPr>
    </w:p>
    <w:p w14:paraId="5C26A9B0" w14:textId="06AB6A8F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>
        <w:t>Dodavatel</w:t>
      </w:r>
      <w:r w:rsidRPr="002477A6">
        <w:t xml:space="preserve"> má nárok na úhradu odměny určené hodinovou sazbou za poskytované </w:t>
      </w:r>
      <w:r>
        <w:t xml:space="preserve">služby. Hodinová sazba činí Kč </w:t>
      </w:r>
      <w:proofErr w:type="gramStart"/>
      <w:r w:rsidR="00B165AA">
        <w:t>XXX</w:t>
      </w:r>
      <w:r w:rsidRPr="005563EC">
        <w:t>,-</w:t>
      </w:r>
      <w:proofErr w:type="gramEnd"/>
      <w:r>
        <w:t xml:space="preserve"> </w:t>
      </w:r>
      <w:r w:rsidRPr="005563EC">
        <w:t>bez DPH</w:t>
      </w:r>
      <w:r>
        <w:t xml:space="preserve"> a bude účtována měsíčně za skutečně poskytnuté služby v daném kalendářním měsíci. </w:t>
      </w:r>
      <w:r w:rsidRPr="002477A6">
        <w:t xml:space="preserve">Nebude-li </w:t>
      </w:r>
      <w:r>
        <w:t>s</w:t>
      </w:r>
      <w:r w:rsidRPr="002477A6">
        <w:t xml:space="preserve">lužba poskytována po celou hodinu, bude účtována odměna za každou započatou čtvrthodinu poskytování </w:t>
      </w:r>
      <w:r>
        <w:t>s</w:t>
      </w:r>
      <w:r w:rsidRPr="002477A6">
        <w:t>lužeb.</w:t>
      </w:r>
    </w:p>
    <w:p w14:paraId="48DA54A0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</w:p>
    <w:p w14:paraId="32F476E3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 w:rsidRPr="00DF0EC4">
        <w:t xml:space="preserve">Sjednaná </w:t>
      </w:r>
      <w:r>
        <w:t xml:space="preserve">odměna </w:t>
      </w:r>
      <w:r w:rsidRPr="00DF0EC4">
        <w:t xml:space="preserve">zahrnuje veškeré náklady </w:t>
      </w:r>
      <w:r>
        <w:t>Dodavatele</w:t>
      </w:r>
      <w:r w:rsidRPr="00DF0EC4">
        <w:t xml:space="preserve"> na plnění dle této </w:t>
      </w:r>
      <w:r>
        <w:t>s</w:t>
      </w:r>
      <w:r w:rsidRPr="00DF0EC4">
        <w:t xml:space="preserve">mlouvy, </w:t>
      </w:r>
      <w:r>
        <w:t>nebude-li v konkrétním případě dohodnuto jinak.</w:t>
      </w:r>
    </w:p>
    <w:p w14:paraId="74CEC8C6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</w:p>
    <w:p w14:paraId="78BA06BC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 w:rsidRPr="00DF0EC4">
        <w:t xml:space="preserve">K </w:t>
      </w:r>
      <w:r>
        <w:t>odměně</w:t>
      </w:r>
      <w:r w:rsidRPr="00DF0EC4">
        <w:t xml:space="preserve"> dle tohoto článku bude připočtena DPH podle právních předpisů platných </w:t>
      </w:r>
      <w:r>
        <w:br/>
      </w:r>
      <w:r w:rsidRPr="00DF0EC4">
        <w:t>a účinných v době uskutečnění zdanitelného plnění.</w:t>
      </w:r>
    </w:p>
    <w:p w14:paraId="2DD50C5F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</w:p>
    <w:p w14:paraId="76DBC4E1" w14:textId="573786B1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>
        <w:t>Dodavatel se zavazuje vést evidenci veškerých služeb poskytnutých Dodavatelem dle této smlouvy (dále též „</w:t>
      </w:r>
      <w:r w:rsidRPr="002477A6">
        <w:rPr>
          <w:b/>
          <w:bCs/>
        </w:rPr>
        <w:t>výkaz činností</w:t>
      </w:r>
      <w:r>
        <w:t xml:space="preserve">“). Dodavatel se zavazuje měsíčně, a to nejpozději do </w:t>
      </w:r>
      <w:r w:rsidR="00B165AA">
        <w:t>XXX</w:t>
      </w:r>
      <w:r>
        <w:t xml:space="preserve"> (</w:t>
      </w:r>
      <w:r w:rsidR="00B165AA">
        <w:t>XXX</w:t>
      </w:r>
      <w:r>
        <w:t xml:space="preserve">) pracovního dne ode dne ukončení příslušného kalendářního měsíce, předložit Objednateli výkaz činnosti za předchozí kalendářní měsíc.  </w:t>
      </w:r>
    </w:p>
    <w:p w14:paraId="681CD742" w14:textId="77777777" w:rsidR="002B3B73" w:rsidRDefault="002B3B73" w:rsidP="002B3B73">
      <w:pPr>
        <w:pStyle w:val="Kdoplnn"/>
        <w:numPr>
          <w:ilvl w:val="0"/>
          <w:numId w:val="0"/>
        </w:numPr>
        <w:ind w:left="397" w:hanging="397"/>
        <w:rPr>
          <w:b/>
          <w:bCs/>
        </w:rPr>
      </w:pPr>
      <w:r>
        <w:t xml:space="preserve">Výkaz činnosti bude obsahovat minimálně tyto údaje: </w:t>
      </w:r>
    </w:p>
    <w:p w14:paraId="357AF1FE" w14:textId="55117E19" w:rsidR="002B3B73" w:rsidRDefault="002B3B73" w:rsidP="002B3B73">
      <w:pPr>
        <w:pStyle w:val="Kdoplnn"/>
        <w:numPr>
          <w:ilvl w:val="1"/>
          <w:numId w:val="10"/>
        </w:numPr>
        <w:rPr>
          <w:b/>
          <w:bCs/>
        </w:rPr>
      </w:pPr>
      <w:r>
        <w:t xml:space="preserve">uvedení služeb, které v rámci realizace plnění dle této smlouvy Dodavatel vykonával,  </w:t>
      </w:r>
    </w:p>
    <w:p w14:paraId="48A27025" w14:textId="2DFE882D" w:rsidR="002B3B73" w:rsidRDefault="002B3B73" w:rsidP="002B3B73">
      <w:pPr>
        <w:pStyle w:val="Kdoplnn"/>
        <w:numPr>
          <w:ilvl w:val="1"/>
          <w:numId w:val="10"/>
        </w:numPr>
        <w:rPr>
          <w:b/>
          <w:bCs/>
        </w:rPr>
      </w:pPr>
      <w:r>
        <w:t xml:space="preserve">uvedení času, po který byly služby poskytovány,  </w:t>
      </w:r>
    </w:p>
    <w:p w14:paraId="2930B757" w14:textId="28174F46" w:rsidR="002B3B73" w:rsidRPr="002B3B73" w:rsidRDefault="002B3B73" w:rsidP="002B3B73">
      <w:pPr>
        <w:pStyle w:val="Kdoplnn"/>
        <w:numPr>
          <w:ilvl w:val="1"/>
          <w:numId w:val="10"/>
        </w:numPr>
        <w:rPr>
          <w:b/>
          <w:bCs/>
        </w:rPr>
      </w:pPr>
      <w:r>
        <w:t>uvedení dne, kdy byly služby poskytovány.</w:t>
      </w:r>
    </w:p>
    <w:p w14:paraId="059B1E9A" w14:textId="77777777" w:rsidR="002B3B73" w:rsidRPr="002B3B73" w:rsidRDefault="002B3B73" w:rsidP="002B3B73">
      <w:pPr>
        <w:pStyle w:val="Kdoplnn"/>
        <w:numPr>
          <w:ilvl w:val="0"/>
          <w:numId w:val="0"/>
        </w:numPr>
        <w:ind w:left="1080"/>
        <w:rPr>
          <w:b/>
          <w:bCs/>
        </w:rPr>
      </w:pPr>
    </w:p>
    <w:p w14:paraId="6E005F66" w14:textId="50593C34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>
        <w:t xml:space="preserve">Objednatel je oprávněn do </w:t>
      </w:r>
      <w:r w:rsidR="00B165AA">
        <w:t>XXX</w:t>
      </w:r>
      <w:r>
        <w:t xml:space="preserve"> (</w:t>
      </w:r>
      <w:r w:rsidR="00B165AA">
        <w:t>XXX</w:t>
      </w:r>
      <w:r>
        <w:t>) pracovních dnů ode dne doručení výkazu činnosti uplatnit písemně výhrady či připomínky k výkazu činnosti co do správnosti a úplnosti jeho obsahu. Neuplatní-li ve lhůtě uvedené v předchozí větě k výkazu činnosti Objednatel žádné výhrady či připomínky, má se za to, že s obsahem výkazu činnosti Objednatel souhlasí. Uplatní-li Objednatel k výkazu činnosti výhrady či připomínky co do správnosti a úplnosti jeho obsahu ve shora uvedené lhůtě, nemůže být výkaz činnosti podkladem pro vyúčtování dle tohoto čl. 4. smlouvy. Oprávněné výhrady a připomínky Objednatele je povinen Dodavatel zohlednit v opraveném výkazu činnosti.</w:t>
      </w:r>
    </w:p>
    <w:p w14:paraId="2A452CE2" w14:textId="77777777" w:rsid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</w:p>
    <w:p w14:paraId="70CD388D" w14:textId="4CDCAAF0" w:rsidR="002B3B73" w:rsidRPr="002B3B73" w:rsidRDefault="002B3B73" w:rsidP="002B3B73">
      <w:pPr>
        <w:pStyle w:val="Kdoplnn"/>
        <w:numPr>
          <w:ilvl w:val="0"/>
          <w:numId w:val="0"/>
        </w:numPr>
        <w:rPr>
          <w:b/>
          <w:bCs/>
        </w:rPr>
      </w:pPr>
      <w:r>
        <w:t xml:space="preserve">Odměna bude Dodavateli uhrazena na základě Dodavatelem vystavené </w:t>
      </w:r>
      <w:r w:rsidRPr="00DF0EC4">
        <w:t>faktur</w:t>
      </w:r>
      <w:r>
        <w:t>y</w:t>
      </w:r>
      <w:r w:rsidRPr="00DF0EC4">
        <w:t xml:space="preserve"> (daňov</w:t>
      </w:r>
      <w:r>
        <w:t>ého</w:t>
      </w:r>
      <w:r w:rsidRPr="00DF0EC4">
        <w:t xml:space="preserve"> doklad</w:t>
      </w:r>
      <w:r>
        <w:t>u</w:t>
      </w:r>
      <w:r w:rsidRPr="00DF0EC4">
        <w:t>)</w:t>
      </w:r>
      <w:r>
        <w:t xml:space="preserve"> se splatností </w:t>
      </w:r>
      <w:r w:rsidR="00B165AA">
        <w:t>XXX</w:t>
      </w:r>
      <w:r w:rsidRPr="00931767">
        <w:t xml:space="preserve"> kalendářních dní ode dne jejího vystavení</w:t>
      </w:r>
      <w:r>
        <w:t xml:space="preserve">. Přílohou faktury </w:t>
      </w:r>
      <w:r w:rsidRPr="00DF0EC4">
        <w:t>(daňového dokladu)</w:t>
      </w:r>
      <w:r>
        <w:t xml:space="preserve"> bude Objednatelem písemně potvrzený výkaz činnosti za příslušné období.</w:t>
      </w:r>
      <w:r w:rsidRPr="00DF0EC4">
        <w:t xml:space="preserve"> </w:t>
      </w:r>
    </w:p>
    <w:p w14:paraId="2838C11D" w14:textId="1F3677B9" w:rsidR="00AF3C7E" w:rsidRPr="00460494" w:rsidRDefault="00460494" w:rsidP="00460494">
      <w:pPr>
        <w:rPr>
          <w:lang w:val="cs-CZ"/>
        </w:rPr>
      </w:pPr>
      <w:r w:rsidRPr="00460494">
        <w:rPr>
          <w:lang w:val="cs-CZ"/>
        </w:rPr>
        <w:t>.</w:t>
      </w:r>
    </w:p>
    <w:p w14:paraId="24553D3E" w14:textId="77777777" w:rsidR="00AF3C7E" w:rsidRDefault="00E953BD">
      <w:pPr>
        <w:pStyle w:val="Nadpis2"/>
      </w:pPr>
      <w:r>
        <w:lastRenderedPageBreak/>
        <w:t xml:space="preserve">5. </w:t>
      </w:r>
      <w:proofErr w:type="spellStart"/>
      <w:r>
        <w:t>Dodací</w:t>
      </w:r>
      <w:proofErr w:type="spellEnd"/>
      <w:r>
        <w:t xml:space="preserve"> </w:t>
      </w:r>
      <w:proofErr w:type="spellStart"/>
      <w:r>
        <w:t>podmínky</w:t>
      </w:r>
      <w:proofErr w:type="spellEnd"/>
    </w:p>
    <w:p w14:paraId="014A3A0D" w14:textId="77777777" w:rsidR="00264869" w:rsidRDefault="00E953BD" w:rsidP="00264869">
      <w:pPr>
        <w:jc w:val="both"/>
      </w:pPr>
      <w:r>
        <w:br/>
      </w:r>
      <w:proofErr w:type="spellStart"/>
      <w:r>
        <w:t>Dodavatel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poskytovat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ř</w:t>
      </w:r>
      <w:r w:rsidR="006C0697">
        <w:t>ádně</w:t>
      </w:r>
      <w:proofErr w:type="spellEnd"/>
      <w:r w:rsidR="006C0697">
        <w:t xml:space="preserve"> a v </w:t>
      </w:r>
      <w:proofErr w:type="spellStart"/>
      <w:r w:rsidR="006C0697">
        <w:t>dohodnutých</w:t>
      </w:r>
      <w:proofErr w:type="spellEnd"/>
      <w:r w:rsidR="006C0697">
        <w:t xml:space="preserve"> </w:t>
      </w:r>
      <w:proofErr w:type="spellStart"/>
      <w:r w:rsidR="006C0697">
        <w:t>termínech</w:t>
      </w:r>
      <w:proofErr w:type="spellEnd"/>
      <w:r w:rsidR="006C0697">
        <w:t xml:space="preserve">. </w:t>
      </w:r>
      <w:proofErr w:type="spellStart"/>
      <w:r>
        <w:t>Tištěné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předány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 w:rsidR="006C0697">
        <w:t>doručeny</w:t>
      </w:r>
      <w:proofErr w:type="spellEnd"/>
      <w:r w:rsidR="006C0697">
        <w:t xml:space="preserve"> </w:t>
      </w:r>
      <w:proofErr w:type="spellStart"/>
      <w:r w:rsidR="006C0697">
        <w:t>na</w:t>
      </w:r>
      <w:proofErr w:type="spellEnd"/>
      <w:r w:rsidR="006C0697">
        <w:t xml:space="preserve"> </w:t>
      </w:r>
      <w:proofErr w:type="spellStart"/>
      <w:r w:rsidR="006C0697">
        <w:t>adresu</w:t>
      </w:r>
      <w:proofErr w:type="spellEnd"/>
      <w:r w:rsidR="006C0697">
        <w:t xml:space="preserve"> </w:t>
      </w:r>
      <w:proofErr w:type="spellStart"/>
      <w:r w:rsidR="006C0697">
        <w:t>Objednatele</w:t>
      </w:r>
      <w:proofErr w:type="spellEnd"/>
      <w:r w:rsidR="006C0697">
        <w:t xml:space="preserve">. </w:t>
      </w:r>
      <w:proofErr w:type="spellStart"/>
      <w:r>
        <w:t>Riziko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 </w:t>
      </w:r>
      <w:proofErr w:type="spellStart"/>
      <w:r>
        <w:t>přechází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Objednatele</w:t>
      </w:r>
      <w:proofErr w:type="spellEnd"/>
      <w:r>
        <w:t xml:space="preserve"> </w:t>
      </w:r>
      <w:proofErr w:type="spellStart"/>
      <w:r>
        <w:t>okamžikem</w:t>
      </w:r>
      <w:proofErr w:type="spellEnd"/>
      <w:r>
        <w:t xml:space="preserve"> </w:t>
      </w:r>
      <w:proofErr w:type="spellStart"/>
      <w:r>
        <w:t>převzetí</w:t>
      </w:r>
      <w:proofErr w:type="spellEnd"/>
      <w:r w:rsidR="00264869">
        <w:t>.</w:t>
      </w:r>
    </w:p>
    <w:p w14:paraId="751B46D7" w14:textId="17A1B428" w:rsidR="00AF3C7E" w:rsidRDefault="00AF3C7E" w:rsidP="00264869">
      <w:pPr>
        <w:jc w:val="both"/>
      </w:pPr>
    </w:p>
    <w:p w14:paraId="3279A5B6" w14:textId="77777777" w:rsidR="00AF3C7E" w:rsidRDefault="00E953BD">
      <w:pPr>
        <w:pStyle w:val="Nadpis2"/>
      </w:pPr>
      <w:r>
        <w:t xml:space="preserve">6. </w:t>
      </w:r>
      <w:proofErr w:type="spellStart"/>
      <w:r>
        <w:t>Odpovědnost</w:t>
      </w:r>
      <w:proofErr w:type="spellEnd"/>
      <w:r>
        <w:t xml:space="preserve"> a </w:t>
      </w:r>
      <w:proofErr w:type="spellStart"/>
      <w:r>
        <w:t>záruka</w:t>
      </w:r>
      <w:proofErr w:type="spellEnd"/>
    </w:p>
    <w:p w14:paraId="218ECED0" w14:textId="0B7D0437" w:rsidR="00264869" w:rsidRDefault="00E953BD" w:rsidP="00264869">
      <w:pPr>
        <w:jc w:val="both"/>
      </w:pPr>
      <w:r>
        <w:br/>
      </w:r>
      <w:proofErr w:type="spellStart"/>
      <w:r>
        <w:t>Dodavatel</w:t>
      </w:r>
      <w:proofErr w:type="spellEnd"/>
      <w:r>
        <w:t xml:space="preserve"> </w:t>
      </w:r>
      <w:proofErr w:type="spellStart"/>
      <w:r>
        <w:t>odpovídá</w:t>
      </w:r>
      <w:proofErr w:type="spellEnd"/>
      <w:r>
        <w:t xml:space="preserve"> za </w:t>
      </w:r>
      <w:proofErr w:type="spellStart"/>
      <w:r>
        <w:t>kvalitu</w:t>
      </w:r>
      <w:proofErr w:type="spellEnd"/>
      <w:r>
        <w:t xml:space="preserve"> a </w:t>
      </w:r>
      <w:proofErr w:type="spellStart"/>
      <w:r>
        <w:t>shodu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s </w:t>
      </w:r>
      <w:proofErr w:type="spellStart"/>
      <w:r>
        <w:t>dohodnutými</w:t>
      </w:r>
      <w:proofErr w:type="spellEnd"/>
      <w:r>
        <w:t xml:space="preserve"> </w:t>
      </w:r>
      <w:proofErr w:type="spellStart"/>
      <w:r>
        <w:t>specifikacemi</w:t>
      </w:r>
      <w:proofErr w:type="spellEnd"/>
      <w:r>
        <w:t>.</w:t>
      </w:r>
      <w:r>
        <w:br/>
      </w:r>
      <w:proofErr w:type="spellStart"/>
      <w:r>
        <w:t>Objednatel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reklamaci</w:t>
      </w:r>
      <w:proofErr w:type="spellEnd"/>
      <w:r>
        <w:t xml:space="preserve"> </w:t>
      </w:r>
      <w:proofErr w:type="spellStart"/>
      <w:r>
        <w:t>uplatnit</w:t>
      </w:r>
      <w:proofErr w:type="spellEnd"/>
      <w:r>
        <w:t xml:space="preserve"> bez </w:t>
      </w:r>
      <w:proofErr w:type="spellStart"/>
      <w:r>
        <w:t>zbytečného</w:t>
      </w:r>
      <w:proofErr w:type="spellEnd"/>
      <w:r>
        <w:t xml:space="preserve"> </w:t>
      </w:r>
      <w:proofErr w:type="spellStart"/>
      <w:r>
        <w:t>odkladu</w:t>
      </w:r>
      <w:proofErr w:type="spellEnd"/>
      <w:r>
        <w:t xml:space="preserve">, </w:t>
      </w:r>
      <w:proofErr w:type="spellStart"/>
      <w:r>
        <w:t>nejpozději</w:t>
      </w:r>
      <w:proofErr w:type="spellEnd"/>
      <w:r>
        <w:t xml:space="preserve"> do </w:t>
      </w:r>
      <w:r w:rsidR="00B165AA">
        <w:t>XXX</w:t>
      </w:r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převzetí</w:t>
      </w:r>
      <w:proofErr w:type="spellEnd"/>
      <w:r>
        <w:t>.</w:t>
      </w:r>
    </w:p>
    <w:p w14:paraId="6564CFD1" w14:textId="6C635AA1" w:rsidR="00264869" w:rsidRDefault="00264869" w:rsidP="00264869">
      <w:pPr>
        <w:jc w:val="both"/>
      </w:pPr>
      <w:proofErr w:type="spellStart"/>
      <w:r>
        <w:t>Veškeré</w:t>
      </w:r>
      <w:proofErr w:type="spellEnd"/>
      <w:r>
        <w:t xml:space="preserve"> </w:t>
      </w:r>
      <w:proofErr w:type="spellStart"/>
      <w:r>
        <w:t>podklady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byly</w:t>
      </w:r>
      <w:proofErr w:type="spellEnd"/>
      <w:r>
        <w:t xml:space="preserve"> </w:t>
      </w:r>
      <w:proofErr w:type="spellStart"/>
      <w:r>
        <w:t>Objednatelem</w:t>
      </w:r>
      <w:proofErr w:type="spellEnd"/>
      <w:r>
        <w:t xml:space="preserve"> </w:t>
      </w:r>
      <w:proofErr w:type="spellStart"/>
      <w:r>
        <w:t>Dodavateli</w:t>
      </w:r>
      <w:proofErr w:type="spellEnd"/>
      <w:r>
        <w:t xml:space="preserve"> </w:t>
      </w:r>
      <w:proofErr w:type="spellStart"/>
      <w:r>
        <w:t>předány</w:t>
      </w:r>
      <w:proofErr w:type="spellEnd"/>
      <w:r>
        <w:t xml:space="preserve">, </w:t>
      </w:r>
      <w:proofErr w:type="spellStart"/>
      <w:r>
        <w:t>zůstávají</w:t>
      </w:r>
      <w:proofErr w:type="spellEnd"/>
      <w:r>
        <w:t xml:space="preserve"> v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vlastnictví</w:t>
      </w:r>
      <w:proofErr w:type="spellEnd"/>
      <w:r>
        <w:t xml:space="preserve"> a </w:t>
      </w:r>
      <w:proofErr w:type="spellStart"/>
      <w:r>
        <w:t>Dodavatel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je </w:t>
      </w:r>
      <w:proofErr w:type="spellStart"/>
      <w:r>
        <w:t>vrátit</w:t>
      </w:r>
      <w:proofErr w:type="spellEnd"/>
      <w:r>
        <w:t xml:space="preserve"> </w:t>
      </w:r>
      <w:proofErr w:type="spellStart"/>
      <w:r>
        <w:t>Objednali</w:t>
      </w:r>
      <w:proofErr w:type="spellEnd"/>
      <w:r>
        <w:t xml:space="preserve"> po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svého</w:t>
      </w:r>
      <w:proofErr w:type="spellEnd"/>
      <w:r>
        <w:t xml:space="preserve"> </w:t>
      </w:r>
      <w:proofErr w:type="spellStart"/>
      <w:r>
        <w:t>závazku</w:t>
      </w:r>
      <w:proofErr w:type="spellEnd"/>
      <w:r>
        <w:t xml:space="preserve">. </w:t>
      </w:r>
      <w:proofErr w:type="spellStart"/>
      <w:r>
        <w:t>Vznikne</w:t>
      </w:r>
      <w:proofErr w:type="spellEnd"/>
      <w:r>
        <w:t xml:space="preserve">-li v </w:t>
      </w:r>
      <w:proofErr w:type="spellStart"/>
      <w:r>
        <w:t>rámci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autorské</w:t>
      </w:r>
      <w:proofErr w:type="spellEnd"/>
      <w:r>
        <w:t xml:space="preserve"> </w:t>
      </w:r>
      <w:proofErr w:type="spellStart"/>
      <w:r>
        <w:t>dílo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</w:t>
      </w:r>
      <w:proofErr w:type="spellEnd"/>
      <w:r>
        <w:t xml:space="preserve"> </w:t>
      </w:r>
      <w:proofErr w:type="spellStart"/>
      <w:r>
        <w:t>výstup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zcela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zčásti</w:t>
      </w:r>
      <w:proofErr w:type="spellEnd"/>
      <w:r>
        <w:t xml:space="preserve"> </w:t>
      </w:r>
      <w:proofErr w:type="spellStart"/>
      <w:r>
        <w:t>podléhá</w:t>
      </w:r>
      <w:proofErr w:type="spellEnd"/>
      <w:r>
        <w:t xml:space="preserve"> </w:t>
      </w:r>
      <w:proofErr w:type="spellStart"/>
      <w:r>
        <w:t>ochraně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121/2000 Sb., o </w:t>
      </w:r>
      <w:proofErr w:type="spellStart"/>
      <w:r>
        <w:t>právu</w:t>
      </w:r>
      <w:proofErr w:type="spellEnd"/>
      <w:r>
        <w:t xml:space="preserve"> </w:t>
      </w:r>
      <w:proofErr w:type="spellStart"/>
      <w:r>
        <w:t>autorském</w:t>
      </w:r>
      <w:proofErr w:type="spellEnd"/>
      <w:r>
        <w:t xml:space="preserve">, o </w:t>
      </w:r>
      <w:proofErr w:type="spellStart"/>
      <w:r>
        <w:t>právech</w:t>
      </w:r>
      <w:proofErr w:type="spellEnd"/>
      <w:r>
        <w:t xml:space="preserve"> </w:t>
      </w:r>
      <w:proofErr w:type="spellStart"/>
      <w:r>
        <w:t>souvisejících</w:t>
      </w:r>
      <w:proofErr w:type="spellEnd"/>
      <w:r>
        <w:t xml:space="preserve"> s </w:t>
      </w:r>
      <w:proofErr w:type="spellStart"/>
      <w:r>
        <w:t>právem</w:t>
      </w:r>
      <w:proofErr w:type="spellEnd"/>
      <w:r>
        <w:t xml:space="preserve"> </w:t>
      </w:r>
      <w:proofErr w:type="spellStart"/>
      <w:r>
        <w:t>autorským</w:t>
      </w:r>
      <w:proofErr w:type="spellEnd"/>
      <w:r>
        <w:t xml:space="preserve"> a o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některých</w:t>
      </w:r>
      <w:proofErr w:type="spellEnd"/>
      <w:r>
        <w:t xml:space="preserve"> </w:t>
      </w:r>
      <w:proofErr w:type="spellStart"/>
      <w:r>
        <w:t>zákonů</w:t>
      </w:r>
      <w:proofErr w:type="spellEnd"/>
      <w:r>
        <w:t xml:space="preserve"> (</w:t>
      </w:r>
      <w:proofErr w:type="spellStart"/>
      <w:r>
        <w:t>autorský</w:t>
      </w:r>
      <w:proofErr w:type="spellEnd"/>
      <w:r>
        <w:t xml:space="preserve"> </w:t>
      </w:r>
      <w:proofErr w:type="spellStart"/>
      <w:r>
        <w:t>zákon</w:t>
      </w:r>
      <w:proofErr w:type="spellEnd"/>
      <w:r>
        <w:t xml:space="preserve">),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r>
        <w:t>autorské</w:t>
      </w:r>
      <w:proofErr w:type="spellEnd"/>
      <w:r>
        <w:t xml:space="preserve"> </w:t>
      </w:r>
      <w:proofErr w:type="spellStart"/>
      <w:r>
        <w:t>dílo</w:t>
      </w:r>
      <w:proofErr w:type="spellEnd"/>
      <w:r>
        <w:t xml:space="preserve">“), </w:t>
      </w:r>
      <w:proofErr w:type="spellStart"/>
      <w:r>
        <w:t>poskytuje</w:t>
      </w:r>
      <w:proofErr w:type="spellEnd"/>
      <w:r>
        <w:t xml:space="preserve"> </w:t>
      </w:r>
      <w:proofErr w:type="spellStart"/>
      <w:r>
        <w:t>Dodavatel</w:t>
      </w:r>
      <w:proofErr w:type="spellEnd"/>
      <w:r>
        <w:t xml:space="preserve"> </w:t>
      </w:r>
      <w:proofErr w:type="spellStart"/>
      <w:r>
        <w:t>Objednateli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protokolárního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a </w:t>
      </w:r>
      <w:proofErr w:type="spellStart"/>
      <w:r>
        <w:t>převzetí</w:t>
      </w:r>
      <w:proofErr w:type="spellEnd"/>
      <w:r>
        <w:t xml:space="preserve"> </w:t>
      </w:r>
      <w:proofErr w:type="spellStart"/>
      <w:r>
        <w:t>příslušného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obsahující</w:t>
      </w:r>
      <w:proofErr w:type="spellEnd"/>
      <w:r>
        <w:t xml:space="preserve">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autorské</w:t>
      </w:r>
      <w:proofErr w:type="spellEnd"/>
      <w:r>
        <w:t xml:space="preserve"> </w:t>
      </w:r>
      <w:proofErr w:type="spellStart"/>
      <w:r>
        <w:t>dílo</w:t>
      </w:r>
      <w:proofErr w:type="spellEnd"/>
      <w:r>
        <w:t xml:space="preserve"> </w:t>
      </w:r>
      <w:proofErr w:type="spellStart"/>
      <w:r>
        <w:t>tímto</w:t>
      </w:r>
      <w:proofErr w:type="spellEnd"/>
      <w:r>
        <w:t xml:space="preserve"> </w:t>
      </w:r>
      <w:proofErr w:type="spellStart"/>
      <w:r>
        <w:t>výhradní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k </w:t>
      </w:r>
      <w:proofErr w:type="spellStart"/>
      <w:r>
        <w:t>takovému</w:t>
      </w:r>
      <w:proofErr w:type="spellEnd"/>
      <w:r>
        <w:t xml:space="preserve"> </w:t>
      </w:r>
      <w:proofErr w:type="spellStart"/>
      <w:r>
        <w:t>autorskému</w:t>
      </w:r>
      <w:proofErr w:type="spellEnd"/>
      <w:r>
        <w:t xml:space="preserve"> </w:t>
      </w:r>
      <w:proofErr w:type="spellStart"/>
      <w:r>
        <w:t>dílu</w:t>
      </w:r>
      <w:proofErr w:type="spellEnd"/>
      <w:r>
        <w:t xml:space="preserve">, a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majetkových</w:t>
      </w:r>
      <w:proofErr w:type="spellEnd"/>
      <w:r>
        <w:t xml:space="preserve"> </w:t>
      </w:r>
      <w:proofErr w:type="spellStart"/>
      <w:r>
        <w:t>práv</w:t>
      </w:r>
      <w:proofErr w:type="spellEnd"/>
      <w:r>
        <w:t xml:space="preserve"> k </w:t>
      </w:r>
      <w:proofErr w:type="spellStart"/>
      <w:r>
        <w:t>takovému</w:t>
      </w:r>
      <w:proofErr w:type="spellEnd"/>
      <w:r>
        <w:t xml:space="preserve"> </w:t>
      </w:r>
      <w:proofErr w:type="spellStart"/>
      <w:r>
        <w:t>dílu</w:t>
      </w:r>
      <w:proofErr w:type="spellEnd"/>
      <w:r>
        <w:t xml:space="preserve">, pro </w:t>
      </w:r>
      <w:proofErr w:type="spellStart"/>
      <w:r>
        <w:t>území</w:t>
      </w:r>
      <w:proofErr w:type="spellEnd"/>
      <w:r>
        <w:t xml:space="preserve"> </w:t>
      </w:r>
      <w:proofErr w:type="spellStart"/>
      <w:r>
        <w:t>České</w:t>
      </w:r>
      <w:proofErr w:type="spellEnd"/>
      <w:r>
        <w:t xml:space="preserve"> </w:t>
      </w:r>
      <w:proofErr w:type="spellStart"/>
      <w:r>
        <w:t>republiky</w:t>
      </w:r>
      <w:proofErr w:type="spellEnd"/>
      <w:r>
        <w:t xml:space="preserve">, pro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způsoby</w:t>
      </w:r>
      <w:proofErr w:type="spellEnd"/>
      <w:r>
        <w:t xml:space="preserve"> </w:t>
      </w:r>
      <w:proofErr w:type="spellStart"/>
      <w:r>
        <w:t>užití</w:t>
      </w:r>
      <w:proofErr w:type="spellEnd"/>
      <w:r>
        <w:t xml:space="preserve"> a v </w:t>
      </w:r>
      <w:proofErr w:type="spellStart"/>
      <w:r>
        <w:t>neomezeném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. </w:t>
      </w:r>
      <w:proofErr w:type="spellStart"/>
      <w:r>
        <w:t>Objednatel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autorské</w:t>
      </w:r>
      <w:proofErr w:type="spellEnd"/>
      <w:r>
        <w:t xml:space="preserve"> </w:t>
      </w:r>
      <w:proofErr w:type="spellStart"/>
      <w:r>
        <w:t>dílo</w:t>
      </w:r>
      <w:proofErr w:type="spellEnd"/>
      <w:r>
        <w:t xml:space="preserve"> </w:t>
      </w:r>
      <w:proofErr w:type="spellStart"/>
      <w:r>
        <w:t>upravit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měnit</w:t>
      </w:r>
      <w:proofErr w:type="spellEnd"/>
      <w:r>
        <w:t xml:space="preserve">,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název</w:t>
      </w:r>
      <w:proofErr w:type="spellEnd"/>
      <w:r>
        <w:t xml:space="preserve">, </w:t>
      </w:r>
      <w:proofErr w:type="spellStart"/>
      <w:r>
        <w:t>spojit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s </w:t>
      </w:r>
      <w:proofErr w:type="spellStart"/>
      <w:r>
        <w:t>jiným</w:t>
      </w:r>
      <w:proofErr w:type="spellEnd"/>
      <w:r>
        <w:t xml:space="preserve"> </w:t>
      </w:r>
      <w:proofErr w:type="spellStart"/>
      <w:r>
        <w:t>dílem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zařadit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do </w:t>
      </w:r>
      <w:proofErr w:type="spellStart"/>
      <w:r>
        <w:t>díla</w:t>
      </w:r>
      <w:proofErr w:type="spellEnd"/>
      <w:r>
        <w:t xml:space="preserve"> </w:t>
      </w:r>
      <w:proofErr w:type="spellStart"/>
      <w:r>
        <w:t>souborného</w:t>
      </w:r>
      <w:proofErr w:type="spellEnd"/>
      <w:r>
        <w:t xml:space="preserve">, a </w:t>
      </w:r>
      <w:proofErr w:type="spellStart"/>
      <w:r>
        <w:t>zároveň</w:t>
      </w:r>
      <w:proofErr w:type="spellEnd"/>
      <w:r>
        <w:t xml:space="preserve"> je </w:t>
      </w:r>
      <w:proofErr w:type="spellStart"/>
      <w:r>
        <w:t>objednatel</w:t>
      </w:r>
      <w:proofErr w:type="spellEnd"/>
      <w:r>
        <w:t xml:space="preserve">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autorské</w:t>
      </w:r>
      <w:proofErr w:type="spellEnd"/>
      <w:r>
        <w:t xml:space="preserve"> </w:t>
      </w:r>
      <w:proofErr w:type="spellStart"/>
      <w:r>
        <w:t>dílo</w:t>
      </w:r>
      <w:proofErr w:type="spellEnd"/>
      <w:r>
        <w:t xml:space="preserve"> </w:t>
      </w:r>
      <w:proofErr w:type="spellStart"/>
      <w:r>
        <w:t>užít</w:t>
      </w:r>
      <w:proofErr w:type="spellEnd"/>
      <w:r>
        <w:t xml:space="preserve"> v </w:t>
      </w:r>
      <w:proofErr w:type="spellStart"/>
      <w:r>
        <w:t>původní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jím</w:t>
      </w:r>
      <w:proofErr w:type="spellEnd"/>
      <w:r>
        <w:t xml:space="preserve"> </w:t>
      </w:r>
      <w:proofErr w:type="spellStart"/>
      <w:r>
        <w:t>zpracované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změněné</w:t>
      </w:r>
      <w:proofErr w:type="spellEnd"/>
      <w:r>
        <w:t xml:space="preserve"> </w:t>
      </w:r>
      <w:proofErr w:type="spellStart"/>
      <w:r>
        <w:t>podobě</w:t>
      </w:r>
      <w:proofErr w:type="spellEnd"/>
      <w:r>
        <w:t xml:space="preserve">,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v </w:t>
      </w:r>
      <w:proofErr w:type="spellStart"/>
      <w:r>
        <w:t>souboru</w:t>
      </w:r>
      <w:proofErr w:type="spellEnd"/>
      <w:r>
        <w:t xml:space="preserve"> </w:t>
      </w:r>
      <w:proofErr w:type="spellStart"/>
      <w:r>
        <w:t>anebo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spojení</w:t>
      </w:r>
      <w:proofErr w:type="spellEnd"/>
      <w:r>
        <w:t xml:space="preserve"> s </w:t>
      </w:r>
      <w:proofErr w:type="spellStart"/>
      <w:r>
        <w:t>jiným</w:t>
      </w:r>
      <w:proofErr w:type="spellEnd"/>
      <w:r>
        <w:t xml:space="preserve"> </w:t>
      </w:r>
      <w:proofErr w:type="spellStart"/>
      <w:r>
        <w:t>dílem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prvky</w:t>
      </w:r>
      <w:proofErr w:type="spellEnd"/>
      <w:r>
        <w:t xml:space="preserve">. </w:t>
      </w:r>
      <w:proofErr w:type="spellStart"/>
      <w:r>
        <w:t>Licence</w:t>
      </w:r>
      <w:proofErr w:type="spellEnd"/>
      <w:r>
        <w:t xml:space="preserve"> je bez </w:t>
      </w:r>
      <w:proofErr w:type="spellStart"/>
      <w:r>
        <w:t>nutnosti</w:t>
      </w:r>
      <w:proofErr w:type="spellEnd"/>
      <w:r>
        <w:t xml:space="preserve"> </w:t>
      </w:r>
      <w:proofErr w:type="spellStart"/>
      <w:r>
        <w:t>jakéhokoliv</w:t>
      </w:r>
      <w:proofErr w:type="spellEnd"/>
      <w:r>
        <w:t xml:space="preserve"> </w:t>
      </w:r>
      <w:proofErr w:type="spellStart"/>
      <w:r>
        <w:t>dalšího</w:t>
      </w:r>
      <w:proofErr w:type="spellEnd"/>
      <w:r>
        <w:t xml:space="preserve"> </w:t>
      </w:r>
      <w:proofErr w:type="spellStart"/>
      <w:r>
        <w:t>svolení</w:t>
      </w:r>
      <w:proofErr w:type="spellEnd"/>
      <w:r>
        <w:t xml:space="preserve"> </w:t>
      </w:r>
      <w:proofErr w:type="spellStart"/>
      <w:r>
        <w:t>Dodavatele</w:t>
      </w:r>
      <w:proofErr w:type="spellEnd"/>
      <w:r>
        <w:t xml:space="preserve"> </w:t>
      </w:r>
      <w:proofErr w:type="spellStart"/>
      <w:r>
        <w:t>poskytnuta</w:t>
      </w:r>
      <w:proofErr w:type="spellEnd"/>
      <w:r>
        <w:t xml:space="preserve"> </w:t>
      </w:r>
      <w:proofErr w:type="spellStart"/>
      <w:r>
        <w:t>Objednateli</w:t>
      </w:r>
      <w:proofErr w:type="spellEnd"/>
      <w:r>
        <w:t xml:space="preserve"> s </w:t>
      </w:r>
      <w:proofErr w:type="spellStart"/>
      <w:r>
        <w:t>právem</w:t>
      </w:r>
      <w:proofErr w:type="spellEnd"/>
      <w:r>
        <w:t xml:space="preserve">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podlicence</w:t>
      </w:r>
      <w:proofErr w:type="spellEnd"/>
      <w:r>
        <w:t xml:space="preserve"> </w:t>
      </w:r>
      <w:proofErr w:type="spellStart"/>
      <w:r>
        <w:t>třetí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 a s </w:t>
      </w:r>
      <w:proofErr w:type="spellStart"/>
      <w:r>
        <w:t>právem</w:t>
      </w:r>
      <w:proofErr w:type="spellEnd"/>
      <w:r>
        <w:t xml:space="preserve"> </w:t>
      </w:r>
      <w:proofErr w:type="spellStart"/>
      <w:r>
        <w:t>jejího</w:t>
      </w:r>
      <w:proofErr w:type="spellEnd"/>
      <w:r>
        <w:t xml:space="preserve"> </w:t>
      </w:r>
      <w:proofErr w:type="spellStart"/>
      <w:r>
        <w:t>postoupení</w:t>
      </w:r>
      <w:proofErr w:type="spellEnd"/>
      <w:r>
        <w:t xml:space="preserve"> (</w:t>
      </w:r>
      <w:proofErr w:type="spellStart"/>
      <w:r>
        <w:t>převodu</w:t>
      </w:r>
      <w:proofErr w:type="spellEnd"/>
      <w:r>
        <w:t xml:space="preserve">) </w:t>
      </w:r>
      <w:proofErr w:type="spellStart"/>
      <w:r>
        <w:t>jakékoliv</w:t>
      </w:r>
      <w:proofErr w:type="spellEnd"/>
      <w:r>
        <w:t xml:space="preserve"> </w:t>
      </w:r>
      <w:proofErr w:type="spellStart"/>
      <w:r>
        <w:t>třetí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, a to </w:t>
      </w:r>
      <w:proofErr w:type="spellStart"/>
      <w:r>
        <w:t>zejména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autorského</w:t>
      </w:r>
      <w:proofErr w:type="spellEnd"/>
      <w:r>
        <w:t xml:space="preserve"> </w:t>
      </w:r>
      <w:proofErr w:type="spellStart"/>
      <w:r>
        <w:t>díla</w:t>
      </w:r>
      <w:proofErr w:type="spellEnd"/>
      <w:r>
        <w:t xml:space="preserve"> </w:t>
      </w:r>
      <w:proofErr w:type="spellStart"/>
      <w:r>
        <w:t>třetí</w:t>
      </w:r>
      <w:proofErr w:type="spellEnd"/>
      <w:r>
        <w:t xml:space="preserve"> </w:t>
      </w:r>
      <w:proofErr w:type="spellStart"/>
      <w:r>
        <w:t>osobou</w:t>
      </w:r>
      <w:proofErr w:type="spellEnd"/>
      <w:r>
        <w:t xml:space="preserve">. </w:t>
      </w:r>
      <w:proofErr w:type="spellStart"/>
      <w:r>
        <w:t>Objednatel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využít</w:t>
      </w:r>
      <w:proofErr w:type="spellEnd"/>
      <w:r>
        <w:t xml:space="preserve">. </w:t>
      </w:r>
      <w:proofErr w:type="spellStart"/>
      <w:r>
        <w:t>Odměna</w:t>
      </w:r>
      <w:proofErr w:type="spellEnd"/>
      <w:r>
        <w:t xml:space="preserve"> za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je </w:t>
      </w:r>
      <w:proofErr w:type="spellStart"/>
      <w:r>
        <w:t>obsažena</w:t>
      </w:r>
      <w:proofErr w:type="spellEnd"/>
      <w:r>
        <w:t xml:space="preserve"> v </w:t>
      </w:r>
      <w:proofErr w:type="spellStart"/>
      <w:r>
        <w:t>ceně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. </w:t>
      </w:r>
    </w:p>
    <w:p w14:paraId="2F3DA976" w14:textId="77777777" w:rsidR="00264869" w:rsidRDefault="00264869" w:rsidP="00264869">
      <w:pPr>
        <w:jc w:val="both"/>
      </w:pPr>
      <w:proofErr w:type="spellStart"/>
      <w:r>
        <w:t>Dodavatel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plněním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nezasahuje</w:t>
      </w:r>
      <w:proofErr w:type="spellEnd"/>
      <w:r>
        <w:t xml:space="preserve"> a </w:t>
      </w:r>
      <w:proofErr w:type="spellStart"/>
      <w:r>
        <w:t>nezasáhne</w:t>
      </w:r>
      <w:proofErr w:type="spellEnd"/>
      <w:r>
        <w:t xml:space="preserve"> do </w:t>
      </w:r>
      <w:proofErr w:type="spellStart"/>
      <w:r>
        <w:t>práv</w:t>
      </w:r>
      <w:proofErr w:type="spellEnd"/>
      <w:r>
        <w:t xml:space="preserve"> </w:t>
      </w:r>
      <w:proofErr w:type="spellStart"/>
      <w:r>
        <w:t>třetích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.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třetí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uplatní</w:t>
      </w:r>
      <w:proofErr w:type="spellEnd"/>
      <w:r>
        <w:t xml:space="preserve">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vůči</w:t>
      </w:r>
      <w:proofErr w:type="spellEnd"/>
      <w:r>
        <w:t xml:space="preserve"> </w:t>
      </w:r>
      <w:proofErr w:type="spellStart"/>
      <w:r>
        <w:t>Objednateli</w:t>
      </w:r>
      <w:proofErr w:type="spellEnd"/>
      <w:r>
        <w:t xml:space="preserve"> z </w:t>
      </w:r>
      <w:proofErr w:type="spellStart"/>
      <w:r>
        <w:t>titulu</w:t>
      </w:r>
      <w:proofErr w:type="spellEnd"/>
      <w:r>
        <w:t xml:space="preserve"> </w:t>
      </w:r>
      <w:proofErr w:type="spellStart"/>
      <w:r>
        <w:t>zásahu</w:t>
      </w:r>
      <w:proofErr w:type="spellEnd"/>
      <w:r>
        <w:t xml:space="preserve"> do </w:t>
      </w:r>
      <w:proofErr w:type="spellStart"/>
      <w:r>
        <w:t>jejích</w:t>
      </w:r>
      <w:proofErr w:type="spellEnd"/>
      <w:r>
        <w:t xml:space="preserve"> </w:t>
      </w:r>
      <w:proofErr w:type="spellStart"/>
      <w:r>
        <w:t>práv</w:t>
      </w:r>
      <w:proofErr w:type="spellEnd"/>
      <w:r>
        <w:t xml:space="preserve"> </w:t>
      </w:r>
      <w:proofErr w:type="spellStart"/>
      <w:r>
        <w:t>duševního</w:t>
      </w:r>
      <w:proofErr w:type="spellEnd"/>
      <w:r>
        <w:t xml:space="preserve"> </w:t>
      </w:r>
      <w:proofErr w:type="spellStart"/>
      <w:r>
        <w:t>vlastnictví</w:t>
      </w:r>
      <w:proofErr w:type="spellEnd"/>
      <w:r>
        <w:t xml:space="preserve"> </w:t>
      </w:r>
      <w:proofErr w:type="spellStart"/>
      <w:r>
        <w:t>plněním</w:t>
      </w:r>
      <w:proofErr w:type="spellEnd"/>
      <w:r>
        <w:t xml:space="preserve"> </w:t>
      </w:r>
      <w:proofErr w:type="spellStart"/>
      <w:r>
        <w:t>poskytnutým</w:t>
      </w:r>
      <w:proofErr w:type="spellEnd"/>
      <w:r>
        <w:t xml:space="preserve"> </w:t>
      </w:r>
      <w:proofErr w:type="spellStart"/>
      <w:r>
        <w:t>Dodavateli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, </w:t>
      </w:r>
      <w:proofErr w:type="spellStart"/>
      <w:r>
        <w:t>zavazuje</w:t>
      </w:r>
      <w:proofErr w:type="spellEnd"/>
      <w:r>
        <w:t xml:space="preserve"> se </w:t>
      </w:r>
      <w:proofErr w:type="spellStart"/>
      <w:r>
        <w:t>Dodavatel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Objednateli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užívat</w:t>
      </w:r>
      <w:proofErr w:type="spellEnd"/>
      <w:r>
        <w:t xml:space="preserve"> </w:t>
      </w:r>
      <w:proofErr w:type="spellStart"/>
      <w:r>
        <w:t>výsledky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a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nároky</w:t>
      </w:r>
      <w:proofErr w:type="spellEnd"/>
      <w:r>
        <w:t xml:space="preserve"> </w:t>
      </w:r>
      <w:proofErr w:type="spellStart"/>
      <w:r>
        <w:t>třetích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narovnat</w:t>
      </w:r>
      <w:proofErr w:type="spellEnd"/>
      <w:r>
        <w:t>.</w:t>
      </w:r>
    </w:p>
    <w:p w14:paraId="7FD6F77A" w14:textId="6B9AE490" w:rsidR="00AF3C7E" w:rsidRDefault="00AF3C7E" w:rsidP="00264869">
      <w:pPr>
        <w:jc w:val="both"/>
      </w:pPr>
    </w:p>
    <w:p w14:paraId="74E104A5" w14:textId="77777777" w:rsidR="00AF3C7E" w:rsidRDefault="00E953BD">
      <w:pPr>
        <w:pStyle w:val="Nadpis2"/>
      </w:pPr>
      <w:r>
        <w:t xml:space="preserve">7. Doba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777C1B8F" w14:textId="5D18066A" w:rsidR="00AF3C7E" w:rsidRDefault="00E953BD">
      <w:r>
        <w:br/>
      </w:r>
      <w:proofErr w:type="spellStart"/>
      <w:r>
        <w:t>Smlouva</w:t>
      </w:r>
      <w:proofErr w:type="spellEnd"/>
      <w:r>
        <w:t xml:space="preserve"> se </w:t>
      </w:r>
      <w:proofErr w:type="spellStart"/>
      <w:r>
        <w:t>uzavírá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neurčitou</w:t>
      </w:r>
      <w:proofErr w:type="spellEnd"/>
      <w:r>
        <w:t xml:space="preserve"> a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podpisu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>.</w:t>
      </w:r>
      <w:r>
        <w:br/>
      </w:r>
      <w:proofErr w:type="spellStart"/>
      <w:r>
        <w:t>Každá</w:t>
      </w:r>
      <w:proofErr w:type="spellEnd"/>
      <w:r>
        <w:t xml:space="preserve"> ze </w:t>
      </w:r>
      <w:proofErr w:type="spellStart"/>
      <w:r>
        <w:t>stran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vypovědět</w:t>
      </w:r>
      <w:proofErr w:type="spellEnd"/>
      <w:r>
        <w:t xml:space="preserve"> s </w:t>
      </w:r>
      <w:proofErr w:type="spellStart"/>
      <w:r w:rsidR="005E3116">
        <w:t>XXX</w:t>
      </w:r>
      <w:r>
        <w:t>měsíční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lhůtou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začíná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r w:rsidR="005E3116">
        <w:t>XXX</w:t>
      </w:r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  <w:r>
        <w:br/>
      </w:r>
    </w:p>
    <w:p w14:paraId="6F3A3342" w14:textId="77777777" w:rsidR="00AF3C7E" w:rsidRDefault="00E953BD">
      <w:pPr>
        <w:pStyle w:val="Nadpis2"/>
      </w:pPr>
      <w:r>
        <w:lastRenderedPageBreak/>
        <w:t xml:space="preserve">8.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ujednání</w:t>
      </w:r>
      <w:proofErr w:type="spellEnd"/>
    </w:p>
    <w:p w14:paraId="223CBC14" w14:textId="77777777" w:rsidR="00264869" w:rsidRDefault="00E953BD">
      <w:r>
        <w:br/>
      </w:r>
      <w:proofErr w:type="spellStart"/>
      <w:r>
        <w:t>Komunikace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probíhat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elektronicky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>.</w:t>
      </w:r>
      <w:r>
        <w:br/>
      </w:r>
      <w:proofErr w:type="spellStart"/>
      <w:r>
        <w:t>Změny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provedeny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 </w:t>
      </w:r>
      <w:proofErr w:type="spellStart"/>
      <w:r>
        <w:t>dodatku</w:t>
      </w:r>
      <w:proofErr w:type="spellEnd"/>
      <w:r>
        <w:t>.</w:t>
      </w:r>
      <w:r>
        <w:br/>
      </w:r>
      <w:proofErr w:type="spellStart"/>
      <w:r>
        <w:t>Smlouva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právním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</w:t>
      </w:r>
      <w:proofErr w:type="spellStart"/>
      <w:r>
        <w:t>České</w:t>
      </w:r>
      <w:proofErr w:type="spellEnd"/>
      <w:r>
        <w:t xml:space="preserve"> </w:t>
      </w:r>
      <w:proofErr w:type="spellStart"/>
      <w:r>
        <w:t>republiky</w:t>
      </w:r>
      <w:proofErr w:type="spellEnd"/>
      <w:r>
        <w:t xml:space="preserve"> a </w:t>
      </w:r>
      <w:proofErr w:type="spellStart"/>
      <w:r>
        <w:t>spory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řešeny</w:t>
      </w:r>
      <w:proofErr w:type="spellEnd"/>
      <w:r>
        <w:t xml:space="preserve"> u </w:t>
      </w:r>
      <w:proofErr w:type="spellStart"/>
      <w:r>
        <w:t>příslušného</w:t>
      </w:r>
      <w:proofErr w:type="spellEnd"/>
      <w:r>
        <w:t xml:space="preserve"> </w:t>
      </w:r>
      <w:proofErr w:type="spellStart"/>
      <w:r>
        <w:t>soudu</w:t>
      </w:r>
      <w:proofErr w:type="spellEnd"/>
      <w:r>
        <w:t xml:space="preserve"> v ČR.</w:t>
      </w:r>
    </w:p>
    <w:p w14:paraId="71074529" w14:textId="77777777" w:rsidR="00264869" w:rsidRDefault="00264869" w:rsidP="00264869">
      <w:pPr>
        <w:jc w:val="both"/>
      </w:pPr>
      <w:proofErr w:type="spellStart"/>
      <w:r>
        <w:t>Dodavatel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fyzickou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právnickou</w:t>
      </w:r>
      <w:proofErr w:type="spellEnd"/>
      <w:r>
        <w:t xml:space="preserve"> </w:t>
      </w:r>
      <w:proofErr w:type="spellStart"/>
      <w:r>
        <w:t>osobou</w:t>
      </w:r>
      <w:proofErr w:type="spellEnd"/>
      <w:r>
        <w:t xml:space="preserve">, </w:t>
      </w:r>
      <w:proofErr w:type="spellStart"/>
      <w:r>
        <w:t>subjektem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orgánem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fyzickou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právnickou</w:t>
      </w:r>
      <w:proofErr w:type="spellEnd"/>
      <w:r>
        <w:t xml:space="preserve"> </w:t>
      </w:r>
      <w:proofErr w:type="spellStart"/>
      <w:r>
        <w:t>osobou</w:t>
      </w:r>
      <w:proofErr w:type="spellEnd"/>
      <w:r>
        <w:t xml:space="preserve">, </w:t>
      </w:r>
      <w:proofErr w:type="spellStart"/>
      <w:r>
        <w:t>subjektem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orgánem</w:t>
      </w:r>
      <w:proofErr w:type="spellEnd"/>
      <w:r>
        <w:t xml:space="preserve"> s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spojeným</w:t>
      </w:r>
      <w:proofErr w:type="spellEnd"/>
      <w:r>
        <w:t xml:space="preserve"> </w:t>
      </w:r>
      <w:proofErr w:type="spellStart"/>
      <w:r>
        <w:t>uvedeným</w:t>
      </w:r>
      <w:proofErr w:type="spellEnd"/>
      <w:r>
        <w:t xml:space="preserve"> v </w:t>
      </w:r>
      <w:proofErr w:type="spellStart"/>
      <w:r>
        <w:t>příloze</w:t>
      </w:r>
      <w:proofErr w:type="spellEnd"/>
      <w:r>
        <w:t xml:space="preserve"> I </w:t>
      </w:r>
      <w:proofErr w:type="spellStart"/>
      <w:r>
        <w:t>Nařízení</w:t>
      </w:r>
      <w:proofErr w:type="spellEnd"/>
      <w:r>
        <w:t xml:space="preserve"> Rady (EU) č. 269/2014, </w:t>
      </w:r>
      <w:proofErr w:type="spellStart"/>
      <w:r>
        <w:t>Nařízení</w:t>
      </w:r>
      <w:proofErr w:type="spellEnd"/>
      <w:r>
        <w:t xml:space="preserve"> Rady (EU) č. 208/2014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Nařízení</w:t>
      </w:r>
      <w:proofErr w:type="spellEnd"/>
      <w:r>
        <w:t xml:space="preserve"> Rady (EU) č. 765/2006. </w:t>
      </w:r>
      <w:proofErr w:type="spellStart"/>
      <w:r>
        <w:t>Dodavatel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 a </w:t>
      </w:r>
      <w:proofErr w:type="spellStart"/>
      <w:r>
        <w:t>zavazuje</w:t>
      </w:r>
      <w:proofErr w:type="spellEnd"/>
      <w:r>
        <w:t xml:space="preserve"> se,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žádné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prostředky</w:t>
      </w:r>
      <w:proofErr w:type="spellEnd"/>
      <w:r>
        <w:t xml:space="preserve"> ani </w:t>
      </w:r>
      <w:proofErr w:type="spellStart"/>
      <w:r>
        <w:t>hospodářské</w:t>
      </w:r>
      <w:proofErr w:type="spellEnd"/>
      <w:r>
        <w:t xml:space="preserve"> </w:t>
      </w:r>
      <w:proofErr w:type="spellStart"/>
      <w:r>
        <w:t>zdroje</w:t>
      </w:r>
      <w:proofErr w:type="spellEnd"/>
      <w:r>
        <w:t xml:space="preserve"> </w:t>
      </w:r>
      <w:proofErr w:type="spellStart"/>
      <w:r>
        <w:t>nebudou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, </w:t>
      </w:r>
      <w:proofErr w:type="spellStart"/>
      <w:r>
        <w:t>přímo</w:t>
      </w:r>
      <w:proofErr w:type="spellEnd"/>
      <w:r>
        <w:t xml:space="preserve"> ani </w:t>
      </w:r>
      <w:proofErr w:type="spellStart"/>
      <w:r>
        <w:t>nepřímo</w:t>
      </w:r>
      <w:proofErr w:type="spellEnd"/>
      <w:r>
        <w:t xml:space="preserve"> </w:t>
      </w:r>
      <w:proofErr w:type="spellStart"/>
      <w:r>
        <w:t>zpřístupněny</w:t>
      </w:r>
      <w:proofErr w:type="spellEnd"/>
      <w:r>
        <w:t xml:space="preserve"> </w:t>
      </w:r>
      <w:proofErr w:type="spellStart"/>
      <w:r>
        <w:t>fyzickým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právnickým</w:t>
      </w:r>
      <w:proofErr w:type="spellEnd"/>
      <w:r>
        <w:t xml:space="preserve"> </w:t>
      </w:r>
      <w:proofErr w:type="spellStart"/>
      <w:r>
        <w:t>osobám</w:t>
      </w:r>
      <w:proofErr w:type="spellEnd"/>
      <w:r>
        <w:t xml:space="preserve">, </w:t>
      </w:r>
      <w:proofErr w:type="spellStart"/>
      <w:r>
        <w:t>subjektům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orgánům</w:t>
      </w:r>
      <w:proofErr w:type="spellEnd"/>
      <w:r>
        <w:t xml:space="preserve"> </w:t>
      </w:r>
      <w:proofErr w:type="spellStart"/>
      <w:r>
        <w:t>uvedeným</w:t>
      </w:r>
      <w:proofErr w:type="spellEnd"/>
      <w:r>
        <w:t xml:space="preserve"> v </w:t>
      </w:r>
      <w:proofErr w:type="spellStart"/>
      <w:r>
        <w:t>příloze</w:t>
      </w:r>
      <w:proofErr w:type="spellEnd"/>
      <w:r>
        <w:t xml:space="preserve"> I </w:t>
      </w:r>
      <w:proofErr w:type="spellStart"/>
      <w:r>
        <w:t>Nařízení</w:t>
      </w:r>
      <w:proofErr w:type="spellEnd"/>
      <w:r>
        <w:t xml:space="preserve"> Rady (EU) č. 269/2014, </w:t>
      </w:r>
      <w:proofErr w:type="spellStart"/>
      <w:r>
        <w:t>Nařízení</w:t>
      </w:r>
      <w:proofErr w:type="spellEnd"/>
      <w:r>
        <w:t xml:space="preserve"> Rady (EU) č. 208/2014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Nařízení</w:t>
      </w:r>
      <w:proofErr w:type="spellEnd"/>
      <w:r>
        <w:t xml:space="preserve"> Rady (EU) č. 765/2006 </w:t>
      </w:r>
      <w:proofErr w:type="spellStart"/>
      <w:r>
        <w:t>nebo</w:t>
      </w:r>
      <w:proofErr w:type="spellEnd"/>
      <w:r>
        <w:t xml:space="preserve"> v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prospěch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by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platnosti</w:t>
      </w:r>
      <w:proofErr w:type="spellEnd"/>
      <w:r>
        <w:t xml:space="preserve"> a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mělo</w:t>
      </w:r>
      <w:proofErr w:type="spellEnd"/>
      <w:r>
        <w:t xml:space="preserve"> </w:t>
      </w:r>
      <w:proofErr w:type="spellStart"/>
      <w:r>
        <w:t>dojít</w:t>
      </w:r>
      <w:proofErr w:type="spellEnd"/>
      <w:r>
        <w:t xml:space="preserve"> k </w:t>
      </w:r>
      <w:proofErr w:type="spellStart"/>
      <w:r>
        <w:t>nedodržení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gramStart"/>
      <w:r>
        <w:t xml:space="preserve">v  </w:t>
      </w:r>
      <w:proofErr w:type="spellStart"/>
      <w:r>
        <w:t>tomto</w:t>
      </w:r>
      <w:proofErr w:type="spellEnd"/>
      <w:proofErr w:type="gramEnd"/>
      <w:r>
        <w:t xml:space="preserve"> </w:t>
      </w:r>
      <w:proofErr w:type="spellStart"/>
      <w:r>
        <w:t>odstavci</w:t>
      </w:r>
      <w:proofErr w:type="spellEnd"/>
      <w:r>
        <w:t xml:space="preserve">, </w:t>
      </w:r>
      <w:proofErr w:type="spellStart"/>
      <w:r>
        <w:t>zavazuje</w:t>
      </w:r>
      <w:proofErr w:type="spellEnd"/>
      <w:r>
        <w:t xml:space="preserve"> se </w:t>
      </w:r>
      <w:proofErr w:type="spellStart"/>
      <w:r>
        <w:t>Dodavatel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poté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se o </w:t>
      </w:r>
      <w:proofErr w:type="spellStart"/>
      <w:r>
        <w:t>dané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okolností</w:t>
      </w:r>
      <w:proofErr w:type="spellEnd"/>
      <w:r>
        <w:t xml:space="preserve"> </w:t>
      </w:r>
      <w:proofErr w:type="spellStart"/>
      <w:r>
        <w:t>dozví</w:t>
      </w:r>
      <w:proofErr w:type="spellEnd"/>
      <w:r>
        <w:t xml:space="preserve">, o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skutečnosti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Objednatele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.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je </w:t>
      </w:r>
      <w:proofErr w:type="spellStart"/>
      <w:r>
        <w:t>považováno</w:t>
      </w:r>
      <w:proofErr w:type="spellEnd"/>
      <w:r>
        <w:t xml:space="preserve"> za </w:t>
      </w:r>
      <w:proofErr w:type="spellStart"/>
      <w:r>
        <w:t>podstatné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>.</w:t>
      </w:r>
    </w:p>
    <w:p w14:paraId="26CD63FD" w14:textId="3EF517E7" w:rsidR="00AF3C7E" w:rsidRDefault="00AF3C7E" w:rsidP="00264869">
      <w:pPr>
        <w:jc w:val="both"/>
      </w:pPr>
    </w:p>
    <w:p w14:paraId="3081A1E0" w14:textId="77777777" w:rsidR="00AF3C7E" w:rsidRDefault="00E953BD">
      <w:pPr>
        <w:pStyle w:val="Nadpis2"/>
      </w:pPr>
      <w:r>
        <w:t xml:space="preserve">9. </w:t>
      </w: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5A3C802C" w14:textId="77777777" w:rsidR="00264869" w:rsidRDefault="00E953BD">
      <w:r>
        <w:br/>
        <w:t xml:space="preserve">Tato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vyhotovena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stejnopisech</w:t>
      </w:r>
      <w:proofErr w:type="spellEnd"/>
      <w:r>
        <w:t xml:space="preserve">, </w:t>
      </w:r>
      <w:proofErr w:type="spellStart"/>
      <w:r>
        <w:t>každá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vyhotovení</w:t>
      </w:r>
      <w:proofErr w:type="spellEnd"/>
      <w:r>
        <w:t>.</w:t>
      </w:r>
    </w:p>
    <w:p w14:paraId="1D699986" w14:textId="662BC36A" w:rsidR="00E01484" w:rsidRDefault="00E01484">
      <w:r>
        <w:t xml:space="preserve">Tato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nahrazuje</w:t>
      </w:r>
      <w:proofErr w:type="spellEnd"/>
      <w:r>
        <w:t xml:space="preserve"> </w:t>
      </w:r>
      <w:proofErr w:type="spellStart"/>
      <w:r>
        <w:t>dosud</w:t>
      </w:r>
      <w:proofErr w:type="spellEnd"/>
      <w:r>
        <w:t xml:space="preserve"> </w:t>
      </w:r>
      <w:proofErr w:type="spellStart"/>
      <w:r>
        <w:t>platnou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o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grafických</w:t>
      </w:r>
      <w:proofErr w:type="spellEnd"/>
      <w:r>
        <w:t xml:space="preserve"> a </w:t>
      </w:r>
      <w:proofErr w:type="spellStart"/>
      <w:r>
        <w:t>reklamních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 a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tisku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>.</w:t>
      </w:r>
    </w:p>
    <w:p w14:paraId="12AF6D03" w14:textId="7962D768" w:rsidR="006C0697" w:rsidRDefault="00264869" w:rsidP="00264869">
      <w:pPr>
        <w:jc w:val="both"/>
      </w:pPr>
      <w:proofErr w:type="spellStart"/>
      <w:r w:rsidRPr="00264869">
        <w:t>Objednatel</w:t>
      </w:r>
      <w:proofErr w:type="spellEnd"/>
      <w:r w:rsidRPr="00264869">
        <w:t xml:space="preserve"> </w:t>
      </w:r>
      <w:proofErr w:type="spellStart"/>
      <w:r w:rsidRPr="00264869">
        <w:t>prohlašuje</w:t>
      </w:r>
      <w:proofErr w:type="spellEnd"/>
      <w:r w:rsidRPr="00264869">
        <w:t xml:space="preserve">, </w:t>
      </w:r>
      <w:proofErr w:type="spellStart"/>
      <w:r w:rsidRPr="00264869">
        <w:t>že</w:t>
      </w:r>
      <w:proofErr w:type="spellEnd"/>
      <w:r w:rsidRPr="00264869">
        <w:t xml:space="preserve"> je </w:t>
      </w:r>
      <w:proofErr w:type="spellStart"/>
      <w:r w:rsidRPr="00264869">
        <w:t>povinným</w:t>
      </w:r>
      <w:proofErr w:type="spellEnd"/>
      <w:r w:rsidRPr="00264869">
        <w:t xml:space="preserve"> </w:t>
      </w:r>
      <w:proofErr w:type="spellStart"/>
      <w:r w:rsidRPr="00264869">
        <w:t>subjektem</w:t>
      </w:r>
      <w:proofErr w:type="spellEnd"/>
      <w:r w:rsidRPr="00264869">
        <w:t xml:space="preserve"> </w:t>
      </w:r>
      <w:proofErr w:type="spellStart"/>
      <w:r w:rsidRPr="00264869">
        <w:t>ve</w:t>
      </w:r>
      <w:proofErr w:type="spellEnd"/>
      <w:r w:rsidRPr="00264869">
        <w:t xml:space="preserve"> </w:t>
      </w:r>
      <w:proofErr w:type="spellStart"/>
      <w:r w:rsidRPr="00264869">
        <w:t>smyslu</w:t>
      </w:r>
      <w:proofErr w:type="spellEnd"/>
      <w:r w:rsidRPr="00264869">
        <w:t xml:space="preserve"> § 2 </w:t>
      </w:r>
      <w:proofErr w:type="spellStart"/>
      <w:r w:rsidRPr="00264869">
        <w:t>odst</w:t>
      </w:r>
      <w:proofErr w:type="spellEnd"/>
      <w:r w:rsidRPr="00264869">
        <w:t xml:space="preserve">. 1 </w:t>
      </w:r>
      <w:proofErr w:type="spellStart"/>
      <w:r w:rsidRPr="00264869">
        <w:t>písm</w:t>
      </w:r>
      <w:proofErr w:type="spellEnd"/>
      <w:r w:rsidRPr="00264869">
        <w:t xml:space="preserve">. n) </w:t>
      </w:r>
      <w:proofErr w:type="spellStart"/>
      <w:r w:rsidRPr="00264869">
        <w:t>zákona</w:t>
      </w:r>
      <w:proofErr w:type="spellEnd"/>
      <w:r w:rsidRPr="00264869">
        <w:t xml:space="preserve"> č. 340/2015 Sb., o </w:t>
      </w:r>
      <w:proofErr w:type="spellStart"/>
      <w:r w:rsidRPr="00264869">
        <w:t>zvláštních</w:t>
      </w:r>
      <w:proofErr w:type="spellEnd"/>
      <w:r w:rsidRPr="00264869">
        <w:t xml:space="preserve"> </w:t>
      </w:r>
      <w:proofErr w:type="spellStart"/>
      <w:r w:rsidRPr="00264869">
        <w:t>podmínkách</w:t>
      </w:r>
      <w:proofErr w:type="spellEnd"/>
      <w:r w:rsidRPr="00264869">
        <w:t xml:space="preserve"> </w:t>
      </w:r>
      <w:proofErr w:type="spellStart"/>
      <w:r w:rsidRPr="00264869">
        <w:t>účinnosti</w:t>
      </w:r>
      <w:proofErr w:type="spellEnd"/>
      <w:r w:rsidRPr="00264869">
        <w:t xml:space="preserve"> </w:t>
      </w:r>
      <w:proofErr w:type="spellStart"/>
      <w:r w:rsidRPr="00264869">
        <w:t>některých</w:t>
      </w:r>
      <w:proofErr w:type="spellEnd"/>
      <w:r w:rsidRPr="00264869">
        <w:t xml:space="preserve"> </w:t>
      </w:r>
      <w:proofErr w:type="spellStart"/>
      <w:r w:rsidRPr="00264869">
        <w:t>smluv</w:t>
      </w:r>
      <w:proofErr w:type="spellEnd"/>
      <w:r w:rsidRPr="00264869">
        <w:t xml:space="preserve">, </w:t>
      </w:r>
      <w:proofErr w:type="spellStart"/>
      <w:r w:rsidRPr="00264869">
        <w:t>uveřejňování</w:t>
      </w:r>
      <w:proofErr w:type="spellEnd"/>
      <w:r w:rsidRPr="00264869">
        <w:t xml:space="preserve"> </w:t>
      </w:r>
      <w:proofErr w:type="spellStart"/>
      <w:r w:rsidRPr="00264869">
        <w:t>těchto</w:t>
      </w:r>
      <w:proofErr w:type="spellEnd"/>
      <w:r w:rsidRPr="00264869">
        <w:t xml:space="preserve"> </w:t>
      </w:r>
      <w:proofErr w:type="spellStart"/>
      <w:r w:rsidRPr="00264869">
        <w:t>smluv</w:t>
      </w:r>
      <w:proofErr w:type="spellEnd"/>
      <w:r w:rsidRPr="00264869">
        <w:t xml:space="preserve"> a o </w:t>
      </w:r>
      <w:proofErr w:type="spellStart"/>
      <w:r w:rsidRPr="00264869">
        <w:t>registru</w:t>
      </w:r>
      <w:proofErr w:type="spellEnd"/>
      <w:r w:rsidRPr="00264869">
        <w:t xml:space="preserve"> </w:t>
      </w:r>
      <w:proofErr w:type="spellStart"/>
      <w:r w:rsidRPr="00264869">
        <w:t>smluv</w:t>
      </w:r>
      <w:proofErr w:type="spellEnd"/>
      <w:r w:rsidRPr="00264869">
        <w:t xml:space="preserve"> (</w:t>
      </w:r>
      <w:proofErr w:type="spellStart"/>
      <w:r w:rsidRPr="00264869">
        <w:t>zákon</w:t>
      </w:r>
      <w:proofErr w:type="spellEnd"/>
      <w:r w:rsidRPr="00264869">
        <w:t xml:space="preserve"> o </w:t>
      </w:r>
      <w:proofErr w:type="spellStart"/>
      <w:r w:rsidRPr="00264869">
        <w:t>registru</w:t>
      </w:r>
      <w:proofErr w:type="spellEnd"/>
      <w:r w:rsidRPr="00264869">
        <w:t xml:space="preserve"> </w:t>
      </w:r>
      <w:proofErr w:type="spellStart"/>
      <w:r w:rsidRPr="00264869">
        <w:t>smluv</w:t>
      </w:r>
      <w:proofErr w:type="spellEnd"/>
      <w:r w:rsidRPr="00264869">
        <w:t xml:space="preserve">), </w:t>
      </w:r>
      <w:proofErr w:type="spellStart"/>
      <w:r w:rsidRPr="00264869">
        <w:t>ve</w:t>
      </w:r>
      <w:proofErr w:type="spellEnd"/>
      <w:r w:rsidRPr="00264869">
        <w:t xml:space="preserve"> </w:t>
      </w:r>
      <w:proofErr w:type="spellStart"/>
      <w:r w:rsidRPr="00264869">
        <w:t>znění</w:t>
      </w:r>
      <w:proofErr w:type="spellEnd"/>
      <w:r w:rsidRPr="00264869">
        <w:t xml:space="preserve"> </w:t>
      </w:r>
      <w:proofErr w:type="spellStart"/>
      <w:r w:rsidRPr="00264869">
        <w:t>pozdějších</w:t>
      </w:r>
      <w:proofErr w:type="spellEnd"/>
      <w:r w:rsidRPr="00264869">
        <w:t xml:space="preserve"> </w:t>
      </w:r>
      <w:proofErr w:type="spellStart"/>
      <w:r w:rsidRPr="00264869">
        <w:t>předpisů</w:t>
      </w:r>
      <w:proofErr w:type="spellEnd"/>
      <w:r w:rsidRPr="00264869">
        <w:t xml:space="preserve">. Pro </w:t>
      </w:r>
      <w:proofErr w:type="spellStart"/>
      <w:r w:rsidRPr="00264869">
        <w:t>případ</w:t>
      </w:r>
      <w:proofErr w:type="spellEnd"/>
      <w:r w:rsidRPr="00264869">
        <w:t xml:space="preserve"> </w:t>
      </w:r>
      <w:proofErr w:type="spellStart"/>
      <w:r w:rsidRPr="00264869">
        <w:t>předejití</w:t>
      </w:r>
      <w:proofErr w:type="spellEnd"/>
      <w:r w:rsidRPr="00264869">
        <w:t xml:space="preserve"> </w:t>
      </w:r>
      <w:proofErr w:type="spellStart"/>
      <w:r w:rsidRPr="00264869">
        <w:t>pochybnostem</w:t>
      </w:r>
      <w:proofErr w:type="spellEnd"/>
      <w:r w:rsidRPr="00264869">
        <w:t xml:space="preserve"> </w:t>
      </w:r>
      <w:proofErr w:type="spellStart"/>
      <w:r>
        <w:t>Dodavatel</w:t>
      </w:r>
      <w:proofErr w:type="spellEnd"/>
      <w:r w:rsidRPr="00264869">
        <w:t xml:space="preserve"> </w:t>
      </w:r>
      <w:proofErr w:type="spellStart"/>
      <w:r w:rsidRPr="00264869">
        <w:t>prohlašuje</w:t>
      </w:r>
      <w:proofErr w:type="spellEnd"/>
      <w:r w:rsidRPr="00264869">
        <w:t xml:space="preserve">, </w:t>
      </w:r>
      <w:proofErr w:type="spellStart"/>
      <w:r w:rsidRPr="00264869">
        <w:t>že</w:t>
      </w:r>
      <w:proofErr w:type="spellEnd"/>
      <w:r w:rsidRPr="00264869">
        <w:t xml:space="preserve"> je </w:t>
      </w:r>
      <w:proofErr w:type="spellStart"/>
      <w:r w:rsidRPr="00264869">
        <w:t>Objednatel</w:t>
      </w:r>
      <w:proofErr w:type="spellEnd"/>
      <w:r w:rsidRPr="00264869">
        <w:t xml:space="preserve"> </w:t>
      </w:r>
      <w:proofErr w:type="spellStart"/>
      <w:r w:rsidRPr="00264869">
        <w:t>oprávněn</w:t>
      </w:r>
      <w:proofErr w:type="spellEnd"/>
      <w:r w:rsidRPr="00264869">
        <w:t xml:space="preserve"> </w:t>
      </w:r>
      <w:proofErr w:type="spellStart"/>
      <w:r w:rsidRPr="00264869">
        <w:t>uveřejnit</w:t>
      </w:r>
      <w:proofErr w:type="spellEnd"/>
      <w:r w:rsidRPr="00264869">
        <w:t xml:space="preserve"> </w:t>
      </w:r>
      <w:proofErr w:type="spellStart"/>
      <w:r w:rsidRPr="00264869">
        <w:t>veškerý</w:t>
      </w:r>
      <w:proofErr w:type="spellEnd"/>
      <w:r w:rsidRPr="00264869">
        <w:t xml:space="preserve"> </w:t>
      </w:r>
      <w:proofErr w:type="spellStart"/>
      <w:r w:rsidRPr="00264869">
        <w:t>obsah</w:t>
      </w:r>
      <w:proofErr w:type="spellEnd"/>
      <w:r w:rsidRPr="00264869">
        <w:t xml:space="preserve"> </w:t>
      </w:r>
      <w:proofErr w:type="spellStart"/>
      <w:r w:rsidRPr="00264869">
        <w:t>smlouvy</w:t>
      </w:r>
      <w:proofErr w:type="spellEnd"/>
      <w:r w:rsidRPr="00264869">
        <w:t xml:space="preserve"> a </w:t>
      </w:r>
      <w:proofErr w:type="spellStart"/>
      <w:r w:rsidRPr="00264869">
        <w:t>že</w:t>
      </w:r>
      <w:proofErr w:type="spellEnd"/>
      <w:r w:rsidRPr="00264869">
        <w:t xml:space="preserve"> </w:t>
      </w:r>
      <w:proofErr w:type="spellStart"/>
      <w:r w:rsidRPr="00264869">
        <w:t>není</w:t>
      </w:r>
      <w:proofErr w:type="spellEnd"/>
      <w:r w:rsidRPr="00264869">
        <w:t xml:space="preserve"> v </w:t>
      </w:r>
      <w:proofErr w:type="spellStart"/>
      <w:r w:rsidRPr="00264869">
        <w:t>tomto</w:t>
      </w:r>
      <w:proofErr w:type="spellEnd"/>
      <w:r w:rsidRPr="00264869">
        <w:t xml:space="preserve"> </w:t>
      </w:r>
      <w:proofErr w:type="spellStart"/>
      <w:r w:rsidRPr="00264869">
        <w:t>směru</w:t>
      </w:r>
      <w:proofErr w:type="spellEnd"/>
      <w:r w:rsidRPr="00264869">
        <w:t xml:space="preserve"> </w:t>
      </w:r>
      <w:proofErr w:type="spellStart"/>
      <w:r w:rsidRPr="00264869">
        <w:t>vázán</w:t>
      </w:r>
      <w:proofErr w:type="spellEnd"/>
      <w:r w:rsidRPr="00264869">
        <w:t xml:space="preserve"> </w:t>
      </w:r>
      <w:proofErr w:type="spellStart"/>
      <w:r w:rsidRPr="00264869">
        <w:t>žádnými</w:t>
      </w:r>
      <w:proofErr w:type="spellEnd"/>
      <w:r w:rsidRPr="00264869">
        <w:t xml:space="preserve"> </w:t>
      </w:r>
      <w:proofErr w:type="spellStart"/>
      <w:r w:rsidRPr="00264869">
        <w:t>pokyny</w:t>
      </w:r>
      <w:proofErr w:type="spellEnd"/>
      <w:r w:rsidRPr="00264869">
        <w:t xml:space="preserve"> </w:t>
      </w:r>
      <w:proofErr w:type="spellStart"/>
      <w:r>
        <w:t>Dodavatele</w:t>
      </w:r>
      <w:proofErr w:type="spellEnd"/>
      <w:r w:rsidRPr="00264869">
        <w:t xml:space="preserve">. </w:t>
      </w:r>
      <w:proofErr w:type="spellStart"/>
      <w:r w:rsidRPr="00264869">
        <w:t>Všechna</w:t>
      </w:r>
      <w:proofErr w:type="spellEnd"/>
      <w:r w:rsidRPr="00264869">
        <w:t xml:space="preserve"> </w:t>
      </w:r>
      <w:proofErr w:type="spellStart"/>
      <w:r w:rsidRPr="00264869">
        <w:t>ujednání</w:t>
      </w:r>
      <w:proofErr w:type="spellEnd"/>
      <w:r w:rsidRPr="00264869">
        <w:t xml:space="preserve"> </w:t>
      </w:r>
      <w:proofErr w:type="spellStart"/>
      <w:r w:rsidRPr="00264869">
        <w:t>tohoto</w:t>
      </w:r>
      <w:proofErr w:type="spellEnd"/>
      <w:r w:rsidRPr="00264869">
        <w:t xml:space="preserve"> </w:t>
      </w:r>
      <w:proofErr w:type="spellStart"/>
      <w:r w:rsidRPr="00264869">
        <w:t>odstavce</w:t>
      </w:r>
      <w:proofErr w:type="spellEnd"/>
      <w:r w:rsidRPr="00264869">
        <w:t xml:space="preserve"> se </w:t>
      </w:r>
      <w:proofErr w:type="spellStart"/>
      <w:r w:rsidRPr="00264869">
        <w:t>uplatní</w:t>
      </w:r>
      <w:proofErr w:type="spellEnd"/>
      <w:r w:rsidRPr="00264869">
        <w:t xml:space="preserve"> </w:t>
      </w:r>
      <w:proofErr w:type="spellStart"/>
      <w:r w:rsidRPr="00264869">
        <w:t>i</w:t>
      </w:r>
      <w:proofErr w:type="spellEnd"/>
      <w:r w:rsidRPr="00264869">
        <w:t xml:space="preserve"> pro </w:t>
      </w:r>
      <w:proofErr w:type="spellStart"/>
      <w:r w:rsidRPr="00264869">
        <w:t>případné</w:t>
      </w:r>
      <w:proofErr w:type="spellEnd"/>
      <w:r w:rsidRPr="00264869">
        <w:t xml:space="preserve"> </w:t>
      </w:r>
      <w:proofErr w:type="spellStart"/>
      <w:r w:rsidRPr="00264869">
        <w:t>přílohy</w:t>
      </w:r>
      <w:proofErr w:type="spellEnd"/>
      <w:r w:rsidRPr="00264869">
        <w:t xml:space="preserve"> </w:t>
      </w:r>
      <w:proofErr w:type="spellStart"/>
      <w:r w:rsidRPr="00264869">
        <w:t>smlouvy</w:t>
      </w:r>
      <w:proofErr w:type="spellEnd"/>
      <w:r w:rsidRPr="00264869">
        <w:t xml:space="preserve">, </w:t>
      </w:r>
      <w:proofErr w:type="spellStart"/>
      <w:r w:rsidRPr="00264869">
        <w:t>její</w:t>
      </w:r>
      <w:proofErr w:type="spellEnd"/>
      <w:r w:rsidRPr="00264869">
        <w:t xml:space="preserve"> </w:t>
      </w:r>
      <w:proofErr w:type="spellStart"/>
      <w:r w:rsidRPr="00264869">
        <w:t>dodatky</w:t>
      </w:r>
      <w:proofErr w:type="spellEnd"/>
      <w:r w:rsidRPr="00264869">
        <w:t xml:space="preserve"> </w:t>
      </w:r>
      <w:proofErr w:type="spellStart"/>
      <w:r w:rsidRPr="00264869">
        <w:t>i</w:t>
      </w:r>
      <w:proofErr w:type="spellEnd"/>
      <w:r w:rsidRPr="00264869">
        <w:t xml:space="preserve"> pro </w:t>
      </w:r>
      <w:proofErr w:type="spellStart"/>
      <w:r w:rsidRPr="00264869">
        <w:t>smlouvy</w:t>
      </w:r>
      <w:proofErr w:type="spellEnd"/>
      <w:r w:rsidRPr="00264869">
        <w:t xml:space="preserve"> </w:t>
      </w:r>
      <w:proofErr w:type="spellStart"/>
      <w:r w:rsidRPr="00264869">
        <w:t>uzavřené</w:t>
      </w:r>
      <w:proofErr w:type="spellEnd"/>
      <w:r w:rsidRPr="00264869">
        <w:t xml:space="preserve"> </w:t>
      </w:r>
      <w:proofErr w:type="spellStart"/>
      <w:r w:rsidRPr="00264869">
        <w:t>na</w:t>
      </w:r>
      <w:proofErr w:type="spellEnd"/>
      <w:r w:rsidRPr="00264869">
        <w:t xml:space="preserve"> </w:t>
      </w:r>
      <w:proofErr w:type="spellStart"/>
      <w:r w:rsidRPr="00264869">
        <w:t>jejím</w:t>
      </w:r>
      <w:proofErr w:type="spellEnd"/>
      <w:r w:rsidRPr="00264869">
        <w:t xml:space="preserve"> </w:t>
      </w:r>
      <w:proofErr w:type="spellStart"/>
      <w:r w:rsidRPr="00264869">
        <w:t>základě</w:t>
      </w:r>
      <w:proofErr w:type="spellEnd"/>
      <w:r w:rsidRPr="00264869">
        <w:t>.</w:t>
      </w:r>
      <w:r w:rsidR="00E953BD">
        <w:br/>
      </w:r>
      <w:proofErr w:type="spellStart"/>
      <w:r w:rsidR="00E953BD">
        <w:t>Smlouva</w:t>
      </w:r>
      <w:proofErr w:type="spellEnd"/>
      <w:r w:rsidR="00E953BD">
        <w:t xml:space="preserve"> </w:t>
      </w:r>
      <w:proofErr w:type="spellStart"/>
      <w:r w:rsidR="00E953BD">
        <w:t>nabývá</w:t>
      </w:r>
      <w:proofErr w:type="spellEnd"/>
      <w:r w:rsidR="00E953BD">
        <w:t xml:space="preserve"> </w:t>
      </w:r>
      <w:proofErr w:type="spellStart"/>
      <w:r w:rsidR="00E953BD">
        <w:t>účinnosti</w:t>
      </w:r>
      <w:proofErr w:type="spellEnd"/>
      <w:r w:rsidR="00E953BD">
        <w:t xml:space="preserve"> </w:t>
      </w:r>
      <w:proofErr w:type="spellStart"/>
      <w:r w:rsidR="00E953BD">
        <w:t>dnem</w:t>
      </w:r>
      <w:proofErr w:type="spellEnd"/>
      <w:r w:rsidR="00E953BD">
        <w:t xml:space="preserve"> </w:t>
      </w:r>
      <w:proofErr w:type="spellStart"/>
      <w:r>
        <w:t>zveřejnění</w:t>
      </w:r>
      <w:proofErr w:type="spellEnd"/>
      <w:r>
        <w:t xml:space="preserve"> v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 w:rsidR="00E953BD">
        <w:t xml:space="preserve"> </w:t>
      </w:r>
      <w:r>
        <w:t xml:space="preserve">po </w:t>
      </w:r>
      <w:proofErr w:type="spellStart"/>
      <w:r>
        <w:t>jejím</w:t>
      </w:r>
      <w:proofErr w:type="spellEnd"/>
      <w:r>
        <w:t xml:space="preserve"> </w:t>
      </w:r>
      <w:proofErr w:type="spellStart"/>
      <w:r>
        <w:t>podpisu</w:t>
      </w:r>
      <w:proofErr w:type="spellEnd"/>
      <w:r>
        <w:t xml:space="preserve"> </w:t>
      </w:r>
      <w:proofErr w:type="spellStart"/>
      <w:r w:rsidR="00E953BD">
        <w:t>oběma</w:t>
      </w:r>
      <w:proofErr w:type="spellEnd"/>
      <w:r w:rsidR="00E953BD">
        <w:t xml:space="preserve"> </w:t>
      </w:r>
      <w:proofErr w:type="spellStart"/>
      <w:r w:rsidR="00E953BD">
        <w:t>smluvními</w:t>
      </w:r>
      <w:proofErr w:type="spellEnd"/>
      <w:r w:rsidR="00E953BD">
        <w:t xml:space="preserve"> </w:t>
      </w:r>
      <w:proofErr w:type="spellStart"/>
      <w:r w:rsidR="00E953BD">
        <w:t>stranami</w:t>
      </w:r>
      <w:proofErr w:type="spellEnd"/>
      <w:r w:rsidR="00E953BD">
        <w:t>.</w:t>
      </w:r>
      <w:r w:rsidR="00E953BD">
        <w:br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C0697" w:rsidRPr="006D06AD" w14:paraId="05BF9EA2" w14:textId="77777777" w:rsidTr="00542114">
        <w:trPr>
          <w:trHeight w:val="779"/>
        </w:trPr>
        <w:tc>
          <w:tcPr>
            <w:tcW w:w="4606" w:type="dxa"/>
            <w:vAlign w:val="center"/>
          </w:tcPr>
          <w:p w14:paraId="6EF5C51C" w14:textId="77777777" w:rsidR="006C0697" w:rsidRPr="006D06AD" w:rsidRDefault="006C0697" w:rsidP="00542114">
            <w:pPr>
              <w:pStyle w:val="Text"/>
              <w:ind w:left="0"/>
              <w:jc w:val="left"/>
            </w:pPr>
            <w:r w:rsidRPr="006D06AD">
              <w:t>V Pardubicích dne:</w:t>
            </w:r>
          </w:p>
        </w:tc>
        <w:tc>
          <w:tcPr>
            <w:tcW w:w="4606" w:type="dxa"/>
            <w:vAlign w:val="center"/>
          </w:tcPr>
          <w:p w14:paraId="6597A5C7" w14:textId="6B809592" w:rsidR="006C0697" w:rsidRPr="006D06AD" w:rsidRDefault="006C0697" w:rsidP="00542114">
            <w:pPr>
              <w:pStyle w:val="Text"/>
              <w:ind w:left="0"/>
              <w:jc w:val="left"/>
            </w:pPr>
            <w:r w:rsidRPr="000B10F8">
              <w:rPr>
                <w:shd w:val="clear" w:color="auto" w:fill="FFFFFF" w:themeFill="background1"/>
              </w:rPr>
              <w:t>V Pardubicích dne</w:t>
            </w:r>
            <w:r w:rsidRPr="006D06AD">
              <w:t>:</w:t>
            </w:r>
            <w:r>
              <w:t xml:space="preserve"> </w:t>
            </w:r>
            <w:r w:rsidR="0040100D">
              <w:t>18. 12. 2025</w:t>
            </w:r>
          </w:p>
        </w:tc>
      </w:tr>
      <w:tr w:rsidR="006C0697" w:rsidRPr="006D06AD" w14:paraId="0FD32964" w14:textId="77777777" w:rsidTr="00542114">
        <w:trPr>
          <w:trHeight w:val="1657"/>
        </w:trPr>
        <w:tc>
          <w:tcPr>
            <w:tcW w:w="4606" w:type="dxa"/>
            <w:vAlign w:val="center"/>
          </w:tcPr>
          <w:p w14:paraId="23357070" w14:textId="77777777" w:rsidR="006C0697" w:rsidRPr="006D06AD" w:rsidRDefault="006C0697" w:rsidP="00542114">
            <w:pPr>
              <w:pStyle w:val="Text"/>
              <w:ind w:left="0"/>
            </w:pPr>
          </w:p>
          <w:p w14:paraId="54274C62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02AA2153" w14:textId="77777777" w:rsidR="006C0697" w:rsidRPr="006D06AD" w:rsidRDefault="006C0697" w:rsidP="00542114">
            <w:pPr>
              <w:pStyle w:val="Text"/>
              <w:ind w:left="0"/>
              <w:jc w:val="center"/>
            </w:pPr>
            <w:r w:rsidRPr="006D06AD">
              <w:t>………………………..</w:t>
            </w:r>
          </w:p>
          <w:p w14:paraId="53CD18D6" w14:textId="77777777" w:rsidR="006C0697" w:rsidRPr="006D06AD" w:rsidRDefault="006C0697" w:rsidP="00542114">
            <w:pPr>
              <w:pStyle w:val="Text"/>
              <w:ind w:left="0"/>
              <w:jc w:val="center"/>
            </w:pPr>
            <w:r>
              <w:t xml:space="preserve">Bc. Tomáš </w:t>
            </w:r>
            <w:proofErr w:type="spellStart"/>
            <w:r>
              <w:t>Rubáček</w:t>
            </w:r>
            <w:proofErr w:type="spellEnd"/>
          </w:p>
          <w:p w14:paraId="7E3E9F9C" w14:textId="77777777" w:rsidR="006C0697" w:rsidRPr="006D06AD" w:rsidRDefault="006C0697" w:rsidP="00542114">
            <w:pPr>
              <w:pStyle w:val="Text"/>
              <w:ind w:left="0"/>
              <w:jc w:val="center"/>
            </w:pPr>
            <w:r w:rsidRPr="006D06AD">
              <w:t>předseda představenstva</w:t>
            </w:r>
          </w:p>
          <w:p w14:paraId="437E1AA8" w14:textId="77777777" w:rsidR="006C0697" w:rsidRPr="006D06AD" w:rsidRDefault="006C0697" w:rsidP="00542114">
            <w:pPr>
              <w:pStyle w:val="Text"/>
              <w:ind w:left="0"/>
              <w:jc w:val="center"/>
            </w:pPr>
            <w:proofErr w:type="spellStart"/>
            <w:r w:rsidRPr="006D06AD">
              <w:t>Explosia</w:t>
            </w:r>
            <w:proofErr w:type="spellEnd"/>
            <w:r w:rsidRPr="006D06AD">
              <w:t xml:space="preserve"> a.s.</w:t>
            </w:r>
          </w:p>
        </w:tc>
        <w:tc>
          <w:tcPr>
            <w:tcW w:w="4606" w:type="dxa"/>
            <w:vAlign w:val="center"/>
          </w:tcPr>
          <w:p w14:paraId="57D189F4" w14:textId="77777777" w:rsidR="006C0697" w:rsidRDefault="006C0697" w:rsidP="00542114">
            <w:pPr>
              <w:pStyle w:val="Text"/>
              <w:ind w:left="0"/>
              <w:jc w:val="center"/>
              <w:rPr>
                <w:noProof/>
              </w:rPr>
            </w:pPr>
          </w:p>
          <w:p w14:paraId="1CA63733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2FA06609" w14:textId="77777777" w:rsidR="006C0697" w:rsidRPr="006D06AD" w:rsidRDefault="006C0697" w:rsidP="00542114">
            <w:pPr>
              <w:pStyle w:val="Text"/>
              <w:ind w:left="0"/>
              <w:jc w:val="center"/>
            </w:pPr>
            <w:r w:rsidRPr="006D06AD">
              <w:t>………………………..</w:t>
            </w:r>
          </w:p>
          <w:p w14:paraId="40B2361F" w14:textId="5B24517A" w:rsidR="006C0697" w:rsidRPr="006D06AD" w:rsidRDefault="005E3116" w:rsidP="00542114">
            <w:pPr>
              <w:pStyle w:val="Text"/>
              <w:ind w:left="0"/>
              <w:jc w:val="center"/>
            </w:pPr>
            <w:r>
              <w:t>XXX</w:t>
            </w:r>
          </w:p>
        </w:tc>
      </w:tr>
      <w:tr w:rsidR="006C0697" w:rsidRPr="006D06AD" w14:paraId="204033B8" w14:textId="77777777" w:rsidTr="00542114">
        <w:tc>
          <w:tcPr>
            <w:tcW w:w="4606" w:type="dxa"/>
            <w:vAlign w:val="center"/>
          </w:tcPr>
          <w:p w14:paraId="32E7AAE9" w14:textId="77777777" w:rsidR="006C0697" w:rsidRPr="006D06AD" w:rsidRDefault="006C0697" w:rsidP="00542114">
            <w:pPr>
              <w:pStyle w:val="Text"/>
              <w:ind w:left="0"/>
            </w:pPr>
          </w:p>
          <w:p w14:paraId="7C946E5A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655A7E5C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5BAE7F70" w14:textId="77777777" w:rsidR="006C0697" w:rsidRPr="006D06AD" w:rsidRDefault="006C0697" w:rsidP="00542114">
            <w:pPr>
              <w:pStyle w:val="Text"/>
              <w:ind w:left="0"/>
              <w:jc w:val="center"/>
            </w:pPr>
            <w:r w:rsidRPr="006D06AD">
              <w:t>………………………..</w:t>
            </w:r>
          </w:p>
          <w:p w14:paraId="6EE3191D" w14:textId="0C111002" w:rsidR="006C0697" w:rsidRDefault="00187038" w:rsidP="00542114">
            <w:pPr>
              <w:pStyle w:val="Text"/>
              <w:ind w:left="0"/>
              <w:jc w:val="center"/>
            </w:pPr>
            <w:r>
              <w:t>Ing. Ondřej Havlík</w:t>
            </w:r>
          </w:p>
          <w:p w14:paraId="60CF17DE" w14:textId="244BFFCA" w:rsidR="00187038" w:rsidRPr="006D06AD" w:rsidRDefault="0040100D" w:rsidP="00542114">
            <w:pPr>
              <w:pStyle w:val="Text"/>
              <w:ind w:left="0"/>
              <w:jc w:val="center"/>
            </w:pPr>
            <w:r>
              <w:t>m</w:t>
            </w:r>
            <w:r w:rsidR="00187038">
              <w:t>ístopředseda představenstva</w:t>
            </w:r>
          </w:p>
          <w:p w14:paraId="19475DEE" w14:textId="77777777" w:rsidR="006C0697" w:rsidRPr="006D06AD" w:rsidRDefault="006C0697" w:rsidP="00542114">
            <w:pPr>
              <w:pStyle w:val="Text"/>
              <w:ind w:left="0"/>
              <w:jc w:val="center"/>
            </w:pPr>
            <w:proofErr w:type="spellStart"/>
            <w:r w:rsidRPr="006D06AD">
              <w:t>Explosia</w:t>
            </w:r>
            <w:proofErr w:type="spellEnd"/>
            <w:r w:rsidRPr="006D06AD">
              <w:t xml:space="preserve"> a.s.</w:t>
            </w:r>
          </w:p>
        </w:tc>
        <w:tc>
          <w:tcPr>
            <w:tcW w:w="4606" w:type="dxa"/>
            <w:vAlign w:val="center"/>
          </w:tcPr>
          <w:p w14:paraId="61EB389E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17E7F857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392EED82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  <w:p w14:paraId="585A6E24" w14:textId="77777777" w:rsidR="006C0697" w:rsidRPr="006D06AD" w:rsidRDefault="006C0697" w:rsidP="00542114">
            <w:pPr>
              <w:pStyle w:val="Text"/>
              <w:ind w:left="0"/>
              <w:jc w:val="center"/>
            </w:pPr>
          </w:p>
        </w:tc>
      </w:tr>
    </w:tbl>
    <w:p w14:paraId="0BCC96D1" w14:textId="446931FC" w:rsidR="00AF3C7E" w:rsidRDefault="00AF3C7E" w:rsidP="006C0697"/>
    <w:sectPr w:rsidR="00AF3C7E" w:rsidSect="006C0697"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FA4BE7"/>
    <w:multiLevelType w:val="hybridMultilevel"/>
    <w:tmpl w:val="F0A6C35C"/>
    <w:lvl w:ilvl="0" w:tplc="0BB6C532">
      <w:start w:val="1"/>
      <w:numFmt w:val="decimal"/>
      <w:pStyle w:val="Kdoplnn"/>
      <w:lvlText w:val="%1."/>
      <w:lvlJc w:val="left"/>
      <w:pPr>
        <w:ind w:left="397" w:hanging="397"/>
      </w:pPr>
      <w:rPr>
        <w:rFonts w:hint="default"/>
        <w:b w:val="0"/>
      </w:rPr>
    </w:lvl>
    <w:lvl w:ilvl="1" w:tplc="232E0714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099535">
    <w:abstractNumId w:val="8"/>
  </w:num>
  <w:num w:numId="2" w16cid:durableId="1820338661">
    <w:abstractNumId w:val="6"/>
  </w:num>
  <w:num w:numId="3" w16cid:durableId="786966518">
    <w:abstractNumId w:val="5"/>
  </w:num>
  <w:num w:numId="4" w16cid:durableId="1943681757">
    <w:abstractNumId w:val="4"/>
  </w:num>
  <w:num w:numId="5" w16cid:durableId="2124376343">
    <w:abstractNumId w:val="7"/>
  </w:num>
  <w:num w:numId="6" w16cid:durableId="687760824">
    <w:abstractNumId w:val="3"/>
  </w:num>
  <w:num w:numId="7" w16cid:durableId="639960129">
    <w:abstractNumId w:val="2"/>
  </w:num>
  <w:num w:numId="8" w16cid:durableId="1836261436">
    <w:abstractNumId w:val="1"/>
  </w:num>
  <w:num w:numId="9" w16cid:durableId="910237994">
    <w:abstractNumId w:val="0"/>
  </w:num>
  <w:num w:numId="10" w16cid:durableId="953444282">
    <w:abstractNumId w:val="9"/>
  </w:num>
  <w:num w:numId="11" w16cid:durableId="1138230063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038"/>
    <w:rsid w:val="00264869"/>
    <w:rsid w:val="0029639D"/>
    <w:rsid w:val="002B3B73"/>
    <w:rsid w:val="00326F90"/>
    <w:rsid w:val="0040100D"/>
    <w:rsid w:val="00460494"/>
    <w:rsid w:val="004705A7"/>
    <w:rsid w:val="004B5A12"/>
    <w:rsid w:val="005033C4"/>
    <w:rsid w:val="005554BF"/>
    <w:rsid w:val="005E3116"/>
    <w:rsid w:val="006C0697"/>
    <w:rsid w:val="007A6AA7"/>
    <w:rsid w:val="00AA1D8D"/>
    <w:rsid w:val="00AF3C7E"/>
    <w:rsid w:val="00B165AA"/>
    <w:rsid w:val="00B47730"/>
    <w:rsid w:val="00C16CDF"/>
    <w:rsid w:val="00C80E54"/>
    <w:rsid w:val="00CB0664"/>
    <w:rsid w:val="00DD65E7"/>
    <w:rsid w:val="00E01484"/>
    <w:rsid w:val="00E953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D61EB"/>
  <w14:defaultImageDpi w14:val="300"/>
  <w15:docId w15:val="{23428F58-8968-5043-A3E9-F163A8F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6C0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0697"/>
    <w:rPr>
      <w:rFonts w:ascii="Segoe UI" w:hAnsi="Segoe UI" w:cs="Segoe UI"/>
      <w:sz w:val="18"/>
      <w:szCs w:val="18"/>
    </w:rPr>
  </w:style>
  <w:style w:type="paragraph" w:customStyle="1" w:styleId="Text">
    <w:name w:val="Text"/>
    <w:basedOn w:val="Normln"/>
    <w:link w:val="TextChar"/>
    <w:qFormat/>
    <w:rsid w:val="006C0697"/>
    <w:pPr>
      <w:spacing w:after="0"/>
      <w:ind w:left="360"/>
      <w:jc w:val="both"/>
    </w:pPr>
    <w:rPr>
      <w:rFonts w:ascii="Times New Roman" w:eastAsiaTheme="minorHAnsi" w:hAnsi="Times New Roman" w:cs="Times New Roman"/>
      <w:szCs w:val="24"/>
      <w:lang w:val="cs-CZ"/>
    </w:rPr>
  </w:style>
  <w:style w:type="character" w:customStyle="1" w:styleId="TextChar">
    <w:name w:val="Text Char"/>
    <w:basedOn w:val="Standardnpsmoodstavce"/>
    <w:link w:val="Text"/>
    <w:rsid w:val="006C0697"/>
    <w:rPr>
      <w:rFonts w:ascii="Times New Roman" w:eastAsiaTheme="minorHAnsi" w:hAnsi="Times New Roman" w:cs="Times New Roman"/>
      <w:szCs w:val="24"/>
      <w:lang w:val="cs-CZ"/>
    </w:rPr>
  </w:style>
  <w:style w:type="paragraph" w:customStyle="1" w:styleId="Kdoplnn">
    <w:name w:val="K doplnění"/>
    <w:basedOn w:val="Normln"/>
    <w:link w:val="KdoplnnChar"/>
    <w:rsid w:val="002B3B73"/>
    <w:pPr>
      <w:numPr>
        <w:numId w:val="10"/>
      </w:numPr>
      <w:spacing w:after="0"/>
      <w:jc w:val="both"/>
    </w:pPr>
    <w:rPr>
      <w:rFonts w:ascii="Times New Roman" w:eastAsiaTheme="minorHAnsi" w:hAnsi="Times New Roman" w:cs="Times New Roman"/>
      <w:sz w:val="24"/>
      <w:szCs w:val="24"/>
      <w:lang w:val="cs-CZ"/>
    </w:rPr>
  </w:style>
  <w:style w:type="character" w:customStyle="1" w:styleId="KdoplnnChar">
    <w:name w:val="K doplnění Char"/>
    <w:basedOn w:val="Standardnpsmoodstavce"/>
    <w:link w:val="Kdoplnn"/>
    <w:rsid w:val="002B3B73"/>
    <w:rPr>
      <w:rFonts w:ascii="Times New Roman" w:eastAsiaTheme="minorHAnsi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48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679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2156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E2548C-0AC1-4E95-8283-6B1524FDC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1239</Words>
  <Characters>7312</Characters>
  <Application>Microsoft Office Word</Application>
  <DocSecurity>0</DocSecurity>
  <Lines>60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Lucie Kasalová</cp:lastModifiedBy>
  <cp:revision>3</cp:revision>
  <cp:lastPrinted>2025-10-15T11:58:00Z</cp:lastPrinted>
  <dcterms:created xsi:type="dcterms:W3CDTF">2026-01-09T11:10:00Z</dcterms:created>
  <dcterms:modified xsi:type="dcterms:W3CDTF">2026-01-09T11:13:00Z</dcterms:modified>
  <cp:category/>
</cp:coreProperties>
</file>