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7A343" w14:textId="08A65DC6" w:rsidR="002A5216" w:rsidRDefault="002A5216" w:rsidP="002A5216">
      <w:pPr>
        <w:pStyle w:val="Nagwek1"/>
        <w:jc w:val="center"/>
        <w:rPr>
          <w:rFonts w:ascii="Calibri" w:hAnsi="Calibri" w:cs="Calibri"/>
          <w:sz w:val="36"/>
          <w:szCs w:val="36"/>
          <w:lang w:val="pl-PL"/>
        </w:rPr>
      </w:pPr>
      <w:r>
        <w:rPr>
          <w:rFonts w:ascii="Calibri" w:hAnsi="Calibri" w:cs="Calibri"/>
          <w:sz w:val="36"/>
          <w:szCs w:val="36"/>
          <w:lang w:val="pl-PL"/>
        </w:rPr>
        <w:t>ANKIETA ROZWOJU ZAWODOWEGO</w:t>
      </w:r>
      <w:r w:rsidR="00701C54">
        <w:rPr>
          <w:rFonts w:ascii="Calibri" w:hAnsi="Calibri" w:cs="Calibri"/>
          <w:sz w:val="36"/>
          <w:szCs w:val="36"/>
          <w:lang w:val="pl-PL"/>
        </w:rPr>
        <w:br/>
      </w:r>
      <w:r>
        <w:rPr>
          <w:rFonts w:ascii="Calibri" w:hAnsi="Calibri" w:cs="Calibri"/>
          <w:sz w:val="36"/>
          <w:szCs w:val="36"/>
          <w:lang w:val="pl-PL"/>
        </w:rPr>
        <w:t>NAUCZYCIELA POLONIJNEGO</w:t>
      </w:r>
    </w:p>
    <w:p w14:paraId="65392AA1" w14:textId="77777777" w:rsidR="00723D71" w:rsidRPr="00701C54" w:rsidRDefault="00723D71" w:rsidP="00723D71">
      <w:pPr>
        <w:rPr>
          <w:rFonts w:ascii="Calibri" w:hAnsi="Calibri" w:cs="Calibri"/>
          <w:sz w:val="16"/>
          <w:szCs w:val="16"/>
          <w:lang w:val="pl-PL"/>
        </w:rPr>
      </w:pPr>
    </w:p>
    <w:p w14:paraId="1C27E3AF" w14:textId="3808FE8D" w:rsidR="000C5648" w:rsidRPr="00794DE1" w:rsidRDefault="00000000" w:rsidP="00794DE1">
      <w:pPr>
        <w:jc w:val="both"/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Calibri" w:hAnsi="Calibri" w:cs="Calibri"/>
          <w:sz w:val="24"/>
          <w:szCs w:val="24"/>
          <w:lang w:val="pl-PL"/>
        </w:rPr>
        <w:t xml:space="preserve">Ankieta ma na celu rozpoznanie potrzeb nauczycieli języka polskiego i innych przedmiotów nauczanych w języku polskim poza granicami kraju w zakresie rozwoju zawodowego, materiałów dydaktycznych oraz wsparcia edukacyjnego. Wyniki posłużą do doskonalenia </w:t>
      </w:r>
      <w:r w:rsidR="00EA5049" w:rsidRPr="00794DE1">
        <w:rPr>
          <w:rFonts w:ascii="Calibri" w:hAnsi="Calibri" w:cs="Calibri"/>
          <w:sz w:val="24"/>
          <w:szCs w:val="24"/>
          <w:lang w:val="pl-PL"/>
        </w:rPr>
        <w:t>kolejnych przedsięwziąć realizowanych przez IRJP i Fundację</w:t>
      </w:r>
      <w:r w:rsidRPr="00794DE1">
        <w:rPr>
          <w:rFonts w:ascii="Calibri" w:hAnsi="Calibri" w:cs="Calibri"/>
          <w:sz w:val="24"/>
          <w:szCs w:val="24"/>
          <w:lang w:val="pl-PL"/>
        </w:rPr>
        <w:t>.</w:t>
      </w:r>
    </w:p>
    <w:p w14:paraId="415683F8" w14:textId="77777777" w:rsidR="000C5648" w:rsidRPr="00794DE1" w:rsidRDefault="00000000">
      <w:pPr>
        <w:pStyle w:val="Nagwek2"/>
        <w:rPr>
          <w:rFonts w:ascii="Calibri" w:hAnsi="Calibri" w:cs="Calibri"/>
          <w:sz w:val="32"/>
          <w:szCs w:val="32"/>
          <w:lang w:val="pl-PL"/>
        </w:rPr>
      </w:pPr>
      <w:r w:rsidRPr="00794DE1">
        <w:rPr>
          <w:rFonts w:ascii="Calibri" w:hAnsi="Calibri" w:cs="Calibri"/>
          <w:sz w:val="32"/>
          <w:szCs w:val="32"/>
          <w:lang w:val="pl-PL"/>
        </w:rPr>
        <w:t>I. Informacje ogólne</w:t>
      </w:r>
    </w:p>
    <w:p w14:paraId="2F11A14E" w14:textId="5136F7B4" w:rsidR="000C5648" w:rsidRPr="00794DE1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Calibri" w:hAnsi="Calibri" w:cs="Calibri"/>
          <w:sz w:val="24"/>
          <w:szCs w:val="24"/>
          <w:lang w:val="pl-PL"/>
        </w:rPr>
        <w:t>1. Kraj, w którym obecnie Pani/Pan pracuje:</w:t>
      </w:r>
      <w:r w:rsidR="00EA5049" w:rsidRPr="00794DE1">
        <w:rPr>
          <w:rFonts w:ascii="Calibri" w:hAnsi="Calibri" w:cs="Calibri"/>
          <w:sz w:val="24"/>
          <w:szCs w:val="24"/>
          <w:lang w:val="pl-PL"/>
        </w:rPr>
        <w:t xml:space="preserve"> ……………………………………..</w:t>
      </w:r>
    </w:p>
    <w:p w14:paraId="5265E981" w14:textId="15081F60" w:rsidR="000C5648" w:rsidRPr="00794DE1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Calibri" w:hAnsi="Calibri" w:cs="Calibri"/>
          <w:sz w:val="24"/>
          <w:szCs w:val="24"/>
          <w:lang w:val="pl-PL"/>
        </w:rPr>
        <w:t>2. Nazwa szkoły / instytucji:</w:t>
      </w:r>
      <w:r w:rsidR="00EA5049" w:rsidRPr="00794DE1">
        <w:rPr>
          <w:rFonts w:ascii="Calibri" w:hAnsi="Calibri" w:cs="Calibri"/>
          <w:sz w:val="24"/>
          <w:szCs w:val="24"/>
          <w:lang w:val="pl-PL"/>
        </w:rPr>
        <w:t xml:space="preserve"> ………………………………………………………………</w:t>
      </w:r>
    </w:p>
    <w:p w14:paraId="32C0B9C1" w14:textId="77777777" w:rsidR="00701C54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Calibri" w:hAnsi="Calibri" w:cs="Calibri"/>
          <w:sz w:val="24"/>
          <w:szCs w:val="24"/>
          <w:lang w:val="pl-PL"/>
        </w:rPr>
        <w:t xml:space="preserve">3. Typ placówki: </w:t>
      </w:r>
    </w:p>
    <w:p w14:paraId="2ABBCE3C" w14:textId="35471D0A" w:rsidR="000C5648" w:rsidRPr="00794DE1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Szkoła społeczna  </w:t>
      </w:r>
      <w:r w:rsidR="00EA5049" w:rsidRPr="00794DE1">
        <w:rPr>
          <w:rFonts w:ascii="Calibri" w:hAnsi="Calibri" w:cs="Calibri"/>
          <w:sz w:val="24"/>
          <w:szCs w:val="24"/>
          <w:lang w:val="pl-PL"/>
        </w:rPr>
        <w:br/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Szkoła w </w:t>
      </w:r>
      <w:r w:rsidR="00794DE1">
        <w:rPr>
          <w:rFonts w:ascii="Calibri" w:hAnsi="Calibri" w:cs="Calibri"/>
          <w:sz w:val="24"/>
          <w:szCs w:val="24"/>
          <w:lang w:val="pl-PL"/>
        </w:rPr>
        <w:t xml:space="preserve">lokalnym 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systemie </w:t>
      </w:r>
      <w:r w:rsidR="00794DE1">
        <w:rPr>
          <w:rFonts w:ascii="Calibri" w:hAnsi="Calibri" w:cs="Calibri"/>
          <w:sz w:val="24"/>
          <w:szCs w:val="24"/>
          <w:lang w:val="pl-PL"/>
        </w:rPr>
        <w:t>oświaty</w:t>
      </w:r>
      <w:r w:rsidR="00EA5049" w:rsidRPr="00794DE1">
        <w:rPr>
          <w:rFonts w:ascii="Calibri" w:hAnsi="Calibri" w:cs="Calibri"/>
          <w:sz w:val="24"/>
          <w:szCs w:val="24"/>
          <w:lang w:val="pl-PL"/>
        </w:rPr>
        <w:br/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11064C">
        <w:rPr>
          <w:rFonts w:ascii="Calibri" w:hAnsi="Calibri" w:cs="Calibri"/>
          <w:sz w:val="24"/>
          <w:szCs w:val="24"/>
          <w:lang w:val="pl-PL"/>
        </w:rPr>
        <w:t>Szkoła p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rzy parafii / organizacji polonijnej  </w:t>
      </w:r>
      <w:r w:rsidR="00EA5049" w:rsidRPr="00794DE1">
        <w:rPr>
          <w:rFonts w:ascii="Calibri" w:hAnsi="Calibri" w:cs="Calibri"/>
          <w:sz w:val="24"/>
          <w:szCs w:val="24"/>
          <w:lang w:val="pl-PL"/>
        </w:rPr>
        <w:br/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11064C">
        <w:rPr>
          <w:rFonts w:ascii="Calibri" w:hAnsi="Calibri" w:cs="Calibri"/>
          <w:sz w:val="24"/>
          <w:szCs w:val="24"/>
          <w:lang w:val="pl-PL"/>
        </w:rPr>
        <w:t>Pozostałe:………………………………………………………………………………………</w:t>
      </w:r>
    </w:p>
    <w:p w14:paraId="01E39B82" w14:textId="40110E63" w:rsidR="000C5648" w:rsidRPr="00794DE1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Calibri" w:hAnsi="Calibri" w:cs="Calibri"/>
          <w:sz w:val="24"/>
          <w:szCs w:val="24"/>
          <w:lang w:val="pl-PL"/>
        </w:rPr>
        <w:t xml:space="preserve">4. Liczba uczniów uczących się języka polskiego: </w:t>
      </w:r>
      <w:r w:rsidR="00794DE1">
        <w:rPr>
          <w:rFonts w:ascii="Segoe UI Symbol" w:hAnsi="Segoe UI Symbol" w:cs="Segoe UI Symbol"/>
          <w:sz w:val="24"/>
          <w:szCs w:val="24"/>
          <w:lang w:val="pl-PL"/>
        </w:rPr>
        <w:t>………………………………</w:t>
      </w:r>
    </w:p>
    <w:p w14:paraId="13D17730" w14:textId="10245566" w:rsidR="000C5648" w:rsidRPr="00794DE1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Calibri" w:hAnsi="Calibri" w:cs="Calibri"/>
          <w:sz w:val="24"/>
          <w:szCs w:val="24"/>
          <w:lang w:val="pl-PL"/>
        </w:rPr>
        <w:t xml:space="preserve">5. Liczba lat pracy w nauczaniu: </w:t>
      </w:r>
      <w:r w:rsidR="00794DE1">
        <w:rPr>
          <w:rFonts w:ascii="Segoe UI Symbol" w:hAnsi="Segoe UI Symbol" w:cs="Segoe UI Symbol"/>
          <w:sz w:val="24"/>
          <w:szCs w:val="24"/>
          <w:lang w:val="pl-PL"/>
        </w:rPr>
        <w:t>……………………………………………...</w:t>
      </w:r>
      <w:r w:rsidR="00701C54">
        <w:rPr>
          <w:rFonts w:ascii="Segoe UI Symbol" w:hAnsi="Segoe UI Symbol" w:cs="Segoe UI Symbol"/>
          <w:sz w:val="24"/>
          <w:szCs w:val="24"/>
          <w:lang w:val="pl-PL"/>
        </w:rPr>
        <w:t>..........</w:t>
      </w:r>
    </w:p>
    <w:p w14:paraId="65D61F50" w14:textId="77777777" w:rsidR="000C5648" w:rsidRPr="00794DE1" w:rsidRDefault="00000000">
      <w:pPr>
        <w:pStyle w:val="Nagwek2"/>
        <w:rPr>
          <w:rFonts w:ascii="Calibri" w:hAnsi="Calibri" w:cs="Calibri"/>
          <w:sz w:val="32"/>
          <w:szCs w:val="32"/>
          <w:lang w:val="pl-PL"/>
        </w:rPr>
      </w:pPr>
      <w:r w:rsidRPr="00794DE1">
        <w:rPr>
          <w:rFonts w:ascii="Calibri" w:hAnsi="Calibri" w:cs="Calibri"/>
          <w:sz w:val="32"/>
          <w:szCs w:val="32"/>
          <w:lang w:val="pl-PL"/>
        </w:rPr>
        <w:t>II. Kwalifikacje i doświadczenie zawodowe</w:t>
      </w:r>
    </w:p>
    <w:p w14:paraId="38FCE1A1" w14:textId="77777777" w:rsidR="00701C54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Calibri" w:hAnsi="Calibri" w:cs="Calibri"/>
          <w:sz w:val="24"/>
          <w:szCs w:val="24"/>
          <w:lang w:val="pl-PL"/>
        </w:rPr>
        <w:t xml:space="preserve">6. Wykształcenie kierunkowe: </w:t>
      </w:r>
    </w:p>
    <w:p w14:paraId="627C3DB7" w14:textId="1877CC02" w:rsidR="000C5648" w:rsidRPr="00794DE1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Filologia polska  </w:t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Inne pedagogiczne  </w:t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Inne wyższe </w:t>
      </w:r>
      <w:r w:rsidR="00794DE1">
        <w:rPr>
          <w:rFonts w:ascii="Calibri" w:hAnsi="Calibri" w:cs="Calibri"/>
          <w:sz w:val="24"/>
          <w:szCs w:val="24"/>
          <w:lang w:val="pl-PL"/>
        </w:rPr>
        <w:t>(wpisać jakie) ………………………….</w:t>
      </w:r>
      <w:r w:rsidR="00D711D2">
        <w:rPr>
          <w:rFonts w:ascii="Calibri" w:hAnsi="Calibri" w:cs="Calibri"/>
          <w:sz w:val="24"/>
          <w:szCs w:val="24"/>
          <w:lang w:val="pl-PL"/>
        </w:rPr>
        <w:br/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W trakcie studiów</w:t>
      </w:r>
    </w:p>
    <w:p w14:paraId="7B4502B1" w14:textId="2EC882FB" w:rsidR="00701C54" w:rsidRDefault="0094187F">
      <w:pPr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7</w:t>
      </w:r>
      <w:r w:rsidR="00000000" w:rsidRPr="00794DE1">
        <w:rPr>
          <w:rFonts w:ascii="Calibri" w:hAnsi="Calibri" w:cs="Calibri"/>
          <w:sz w:val="24"/>
          <w:szCs w:val="24"/>
          <w:lang w:val="pl-PL"/>
        </w:rPr>
        <w:t>. Czy brał(a) Pani/Pan udział w szkoleniach metodycznych w ostatnich 2 latach?</w:t>
      </w:r>
    </w:p>
    <w:p w14:paraId="77630D16" w14:textId="77777777" w:rsidR="00701C54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Tak  </w:t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Nie  </w:t>
      </w:r>
    </w:p>
    <w:p w14:paraId="063725FC" w14:textId="549F1E87" w:rsidR="000C5648" w:rsidRPr="00701C54" w:rsidRDefault="00000000">
      <w:pPr>
        <w:rPr>
          <w:rFonts w:ascii="Segoe UI Symbol" w:hAnsi="Segoe UI Symbol" w:cs="Segoe UI Symbol"/>
          <w:sz w:val="24"/>
          <w:szCs w:val="24"/>
          <w:lang w:val="pl-PL"/>
        </w:rPr>
      </w:pPr>
      <w:r w:rsidRPr="00794DE1">
        <w:rPr>
          <w:rFonts w:ascii="Calibri" w:hAnsi="Calibri" w:cs="Calibri"/>
          <w:sz w:val="24"/>
          <w:szCs w:val="24"/>
          <w:lang w:val="pl-PL"/>
        </w:rPr>
        <w:t>Jeśli tak, proszę wymienić:</w:t>
      </w:r>
      <w:r w:rsidR="00EA5049" w:rsidRPr="00794DE1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…………………………………………………………………</w:t>
      </w:r>
    </w:p>
    <w:p w14:paraId="0CB8F60A" w14:textId="77777777" w:rsidR="000C5648" w:rsidRPr="00794DE1" w:rsidRDefault="00000000">
      <w:pPr>
        <w:pStyle w:val="Nagwek2"/>
        <w:rPr>
          <w:rFonts w:ascii="Calibri" w:hAnsi="Calibri" w:cs="Calibri"/>
          <w:sz w:val="32"/>
          <w:szCs w:val="32"/>
          <w:lang w:val="pl-PL"/>
        </w:rPr>
      </w:pPr>
      <w:r w:rsidRPr="00794DE1">
        <w:rPr>
          <w:rFonts w:ascii="Calibri" w:hAnsi="Calibri" w:cs="Calibri"/>
          <w:sz w:val="32"/>
          <w:szCs w:val="32"/>
          <w:lang w:val="pl-PL"/>
        </w:rPr>
        <w:lastRenderedPageBreak/>
        <w:t>III. Potrzeby i kierunki rozwoju zawodowego</w:t>
      </w:r>
    </w:p>
    <w:p w14:paraId="2EC387AB" w14:textId="3B6C653D" w:rsidR="000C5648" w:rsidRPr="00794DE1" w:rsidRDefault="0094187F">
      <w:pPr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8</w:t>
      </w:r>
      <w:r w:rsidR="00000000" w:rsidRPr="00794DE1">
        <w:rPr>
          <w:rFonts w:ascii="Calibri" w:hAnsi="Calibri" w:cs="Calibri"/>
          <w:sz w:val="24"/>
          <w:szCs w:val="24"/>
          <w:lang w:val="pl-PL"/>
        </w:rPr>
        <w:t>. Obszary, w których chciał(a)by Pani/Pan podnieść kompetencje (można zaznaczyć kilka):</w:t>
      </w:r>
    </w:p>
    <w:p w14:paraId="1E388124" w14:textId="77777777" w:rsidR="000C5648" w:rsidRPr="00794DE1" w:rsidRDefault="00000000" w:rsidP="00EA5049">
      <w:pPr>
        <w:spacing w:after="0"/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Metodyka nauczania języka polskiego jako obcego/drugiego</w:t>
      </w:r>
    </w:p>
    <w:p w14:paraId="78BF09A2" w14:textId="77777777" w:rsidR="000C5648" w:rsidRPr="00794DE1" w:rsidRDefault="00000000" w:rsidP="00EA5049">
      <w:pPr>
        <w:spacing w:after="0"/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Technologie w nauczaniu (e-learning, aplikacje edukacyjne)</w:t>
      </w:r>
    </w:p>
    <w:p w14:paraId="0BB60A38" w14:textId="77777777" w:rsidR="000C5648" w:rsidRPr="00794DE1" w:rsidRDefault="00000000" w:rsidP="00EA5049">
      <w:pPr>
        <w:spacing w:after="0"/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Ocenianie i motywowanie uczniów</w:t>
      </w:r>
    </w:p>
    <w:p w14:paraId="61B2AD74" w14:textId="77777777" w:rsidR="000C5648" w:rsidRDefault="00000000" w:rsidP="00EA5049">
      <w:pPr>
        <w:spacing w:after="0"/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Wiedza o kulturze i historii Polski</w:t>
      </w:r>
    </w:p>
    <w:p w14:paraId="75641714" w14:textId="4ACA6FFA" w:rsidR="00A06D31" w:rsidRPr="00A06D31" w:rsidRDefault="00A06D31" w:rsidP="00EA5049">
      <w:pPr>
        <w:spacing w:after="0"/>
        <w:rPr>
          <w:rFonts w:ascii="Segoe UI Symbol" w:hAnsi="Segoe UI Symbol" w:cs="Segoe UI Symbol"/>
          <w:sz w:val="24"/>
          <w:szCs w:val="24"/>
          <w:lang w:val="pl-PL"/>
        </w:rPr>
      </w:pP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Segoe UI Symbol" w:hAnsi="Segoe UI Symbol" w:cs="Segoe UI Symbol"/>
          <w:sz w:val="24"/>
          <w:szCs w:val="24"/>
          <w:lang w:val="pl-PL"/>
        </w:rPr>
        <w:t xml:space="preserve"> </w:t>
      </w:r>
      <w:r w:rsidRPr="00A06D31">
        <w:rPr>
          <w:rFonts w:ascii="Calibri" w:hAnsi="Calibri" w:cs="Calibri"/>
          <w:sz w:val="24"/>
          <w:szCs w:val="24"/>
          <w:lang w:val="pl-PL"/>
        </w:rPr>
        <w:t>Organizacja zajęć uzupełniających edukację</w:t>
      </w:r>
    </w:p>
    <w:p w14:paraId="0B0A96FF" w14:textId="0769EECE" w:rsidR="00A06D31" w:rsidRPr="00A06D31" w:rsidRDefault="00A06D31" w:rsidP="00EA5049">
      <w:pPr>
        <w:spacing w:after="0"/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>
        <w:rPr>
          <w:rFonts w:ascii="Segoe UI Symbol" w:hAnsi="Segoe UI Symbol" w:cs="Segoe UI Symbol"/>
          <w:sz w:val="24"/>
          <w:szCs w:val="24"/>
          <w:lang w:val="pl-PL"/>
        </w:rPr>
        <w:t xml:space="preserve"> 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Szkolenie </w:t>
      </w:r>
      <w:r w:rsidRPr="00A06D31">
        <w:rPr>
          <w:rFonts w:ascii="Calibri" w:hAnsi="Calibri" w:cs="Calibri" w:hint="eastAsia"/>
          <w:sz w:val="24"/>
          <w:szCs w:val="24"/>
          <w:lang w:val="pl-PL"/>
        </w:rPr>
        <w:t>dotycz</w:t>
      </w:r>
      <w:r>
        <w:rPr>
          <w:rFonts w:ascii="Calibri" w:hAnsi="Calibri" w:cs="Calibri"/>
          <w:sz w:val="24"/>
          <w:szCs w:val="24"/>
          <w:lang w:val="pl-PL"/>
        </w:rPr>
        <w:t>ą</w:t>
      </w:r>
      <w:r w:rsidRPr="00A06D31">
        <w:rPr>
          <w:rFonts w:ascii="Calibri" w:hAnsi="Calibri" w:cs="Calibri" w:hint="eastAsia"/>
          <w:sz w:val="24"/>
          <w:szCs w:val="24"/>
          <w:lang w:val="pl-PL"/>
        </w:rPr>
        <w:t>ce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 sk</w:t>
      </w:r>
      <w:r>
        <w:rPr>
          <w:rFonts w:ascii="Calibri" w:hAnsi="Calibri" w:cs="Calibri"/>
          <w:sz w:val="24"/>
          <w:szCs w:val="24"/>
          <w:lang w:val="pl-PL"/>
        </w:rPr>
        <w:t>ładania wniosków o dofinansowanie</w:t>
      </w:r>
    </w:p>
    <w:p w14:paraId="1EB5344D" w14:textId="1B7E7690" w:rsidR="000C5648" w:rsidRDefault="00000000" w:rsidP="00EA5049">
      <w:pPr>
        <w:spacing w:after="0"/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Inne</w:t>
      </w:r>
      <w:r w:rsidR="00DF6EF3">
        <w:rPr>
          <w:rFonts w:ascii="Calibri" w:hAnsi="Calibri" w:cs="Calibri"/>
          <w:sz w:val="24"/>
          <w:szCs w:val="24"/>
          <w:lang w:val="pl-PL"/>
        </w:rPr>
        <w:t xml:space="preserve"> (wymienić jakie) …………………………………</w:t>
      </w:r>
      <w:r w:rsidR="00A06D31">
        <w:rPr>
          <w:rFonts w:ascii="Calibri" w:hAnsi="Calibri" w:cs="Calibri"/>
          <w:sz w:val="24"/>
          <w:szCs w:val="24"/>
          <w:lang w:val="pl-PL"/>
        </w:rPr>
        <w:t>……………….</w:t>
      </w:r>
    </w:p>
    <w:p w14:paraId="06DCA67A" w14:textId="77777777" w:rsidR="00DF6EF3" w:rsidRPr="00794DE1" w:rsidRDefault="00DF6EF3" w:rsidP="00EA5049">
      <w:pPr>
        <w:spacing w:after="0"/>
        <w:rPr>
          <w:rFonts w:ascii="Calibri" w:hAnsi="Calibri" w:cs="Calibri"/>
          <w:sz w:val="24"/>
          <w:szCs w:val="24"/>
          <w:lang w:val="pl-PL"/>
        </w:rPr>
      </w:pPr>
    </w:p>
    <w:p w14:paraId="28A43CCD" w14:textId="4133701C" w:rsidR="000C5648" w:rsidRDefault="0094187F">
      <w:pPr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9</w:t>
      </w:r>
      <w:r w:rsidR="00000000" w:rsidRPr="00794DE1">
        <w:rPr>
          <w:rFonts w:ascii="Calibri" w:hAnsi="Calibri" w:cs="Calibri"/>
          <w:sz w:val="24"/>
          <w:szCs w:val="24"/>
          <w:lang w:val="pl-PL"/>
        </w:rPr>
        <w:t xml:space="preserve">. Preferowane formy doskonalenia zawodowego: </w:t>
      </w:r>
      <w:r w:rsidR="00EA5049" w:rsidRPr="00794DE1">
        <w:rPr>
          <w:rFonts w:ascii="Calibri" w:hAnsi="Calibri" w:cs="Calibri"/>
          <w:sz w:val="24"/>
          <w:szCs w:val="24"/>
          <w:lang w:val="pl-PL"/>
        </w:rPr>
        <w:br/>
      </w:r>
      <w:r w:rsidR="00000000"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="00000000" w:rsidRPr="00794DE1">
        <w:rPr>
          <w:rFonts w:ascii="Calibri" w:hAnsi="Calibri" w:cs="Calibri"/>
          <w:sz w:val="24"/>
          <w:szCs w:val="24"/>
          <w:lang w:val="pl-PL"/>
        </w:rPr>
        <w:t xml:space="preserve"> Kursy online  </w:t>
      </w:r>
      <w:r w:rsidR="00000000"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="00000000" w:rsidRPr="00794DE1">
        <w:rPr>
          <w:rFonts w:ascii="Calibri" w:hAnsi="Calibri" w:cs="Calibri"/>
          <w:sz w:val="24"/>
          <w:szCs w:val="24"/>
          <w:lang w:val="pl-PL"/>
        </w:rPr>
        <w:t xml:space="preserve"> Webinary  </w:t>
      </w:r>
      <w:r w:rsidR="00000000"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="00000000" w:rsidRPr="00794DE1">
        <w:rPr>
          <w:rFonts w:ascii="Calibri" w:hAnsi="Calibri" w:cs="Calibri"/>
          <w:sz w:val="24"/>
          <w:szCs w:val="24"/>
          <w:lang w:val="pl-PL"/>
        </w:rPr>
        <w:t xml:space="preserve"> Konferencje  </w:t>
      </w:r>
      <w:r w:rsidR="00000000"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="00000000" w:rsidRPr="00794DE1">
        <w:rPr>
          <w:rFonts w:ascii="Calibri" w:hAnsi="Calibri" w:cs="Calibri"/>
          <w:sz w:val="24"/>
          <w:szCs w:val="24"/>
          <w:lang w:val="pl-PL"/>
        </w:rPr>
        <w:t xml:space="preserve"> Publikacje  </w:t>
      </w:r>
      <w:r w:rsidR="00000000"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="00000000" w:rsidRPr="00794DE1">
        <w:rPr>
          <w:rFonts w:ascii="Calibri" w:hAnsi="Calibri" w:cs="Calibri"/>
          <w:sz w:val="24"/>
          <w:szCs w:val="24"/>
          <w:lang w:val="pl-PL"/>
        </w:rPr>
        <w:t xml:space="preserve"> Mentoring</w:t>
      </w:r>
    </w:p>
    <w:p w14:paraId="3F3AB8C7" w14:textId="1B782386" w:rsidR="00A06D31" w:rsidRPr="00794DE1" w:rsidRDefault="00A06D31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</w:t>
      </w:r>
      <w:r>
        <w:rPr>
          <w:rFonts w:ascii="Calibri" w:hAnsi="Calibri" w:cs="Calibri"/>
          <w:sz w:val="24"/>
          <w:szCs w:val="24"/>
          <w:lang w:val="pl-PL"/>
        </w:rPr>
        <w:t>Szkolenia stacjonarne (wyjazdowe lub w miejscu zamieszkania)</w:t>
      </w:r>
    </w:p>
    <w:p w14:paraId="398E693F" w14:textId="329276D7" w:rsidR="00A06D31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Calibri" w:hAnsi="Calibri" w:cs="Calibri"/>
          <w:sz w:val="24"/>
          <w:szCs w:val="24"/>
          <w:lang w:val="pl-PL"/>
        </w:rPr>
        <w:t>1</w:t>
      </w:r>
      <w:r w:rsidR="0094187F">
        <w:rPr>
          <w:rFonts w:ascii="Calibri" w:hAnsi="Calibri" w:cs="Calibri"/>
          <w:sz w:val="24"/>
          <w:szCs w:val="24"/>
          <w:lang w:val="pl-PL"/>
        </w:rPr>
        <w:t>0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. Na co planuje Pani/Pan przeznaczyć Bon nauczyciela: </w:t>
      </w:r>
      <w:r w:rsidR="00EA5049" w:rsidRPr="00794DE1">
        <w:rPr>
          <w:rFonts w:ascii="Calibri" w:hAnsi="Calibri" w:cs="Calibri"/>
          <w:sz w:val="24"/>
          <w:szCs w:val="24"/>
          <w:lang w:val="pl-PL"/>
        </w:rPr>
        <w:br/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Materiały dydaktyczne  </w:t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Szkolenia  </w:t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Licencje edukacyjne  </w:t>
      </w:r>
    </w:p>
    <w:p w14:paraId="3FBD3B3F" w14:textId="4DA03DB3" w:rsidR="000C5648" w:rsidRPr="00794DE1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Inne</w:t>
      </w:r>
      <w:r w:rsidR="00A06D31">
        <w:rPr>
          <w:rFonts w:ascii="Calibri" w:hAnsi="Calibri" w:cs="Calibri"/>
          <w:sz w:val="24"/>
          <w:szCs w:val="24"/>
          <w:lang w:val="pl-PL"/>
        </w:rPr>
        <w:t xml:space="preserve"> (wymienić jakie) </w:t>
      </w:r>
      <w:r w:rsidR="000D422C" w:rsidRPr="00794DE1">
        <w:rPr>
          <w:rFonts w:ascii="Calibri" w:hAnsi="Calibri" w:cs="Calibri"/>
          <w:sz w:val="24"/>
          <w:szCs w:val="24"/>
          <w:lang w:val="pl-PL"/>
        </w:rPr>
        <w:t>………………</w:t>
      </w:r>
      <w:r w:rsidR="00A06D31">
        <w:rPr>
          <w:rFonts w:ascii="Calibri" w:hAnsi="Calibri" w:cs="Calibri"/>
          <w:sz w:val="24"/>
          <w:szCs w:val="24"/>
          <w:lang w:val="pl-PL"/>
        </w:rPr>
        <w:t>…………………………………….</w:t>
      </w:r>
    </w:p>
    <w:p w14:paraId="5996B142" w14:textId="77777777" w:rsidR="000C5648" w:rsidRPr="00794DE1" w:rsidRDefault="00000000">
      <w:pPr>
        <w:pStyle w:val="Nagwek2"/>
        <w:rPr>
          <w:rFonts w:ascii="Calibri" w:hAnsi="Calibri" w:cs="Calibri"/>
          <w:sz w:val="32"/>
          <w:szCs w:val="32"/>
          <w:lang w:val="pl-PL"/>
        </w:rPr>
      </w:pPr>
      <w:r w:rsidRPr="00794DE1">
        <w:rPr>
          <w:rFonts w:ascii="Calibri" w:hAnsi="Calibri" w:cs="Calibri"/>
          <w:sz w:val="32"/>
          <w:szCs w:val="32"/>
          <w:lang w:val="pl-PL"/>
        </w:rPr>
        <w:t>IV. Ocena warunków pracy i zasobów</w:t>
      </w:r>
    </w:p>
    <w:p w14:paraId="051B14DC" w14:textId="0B6C6601" w:rsidR="000C5648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A06D31">
        <w:rPr>
          <w:rFonts w:ascii="Calibri" w:hAnsi="Calibri" w:cs="Calibri"/>
          <w:sz w:val="24"/>
          <w:szCs w:val="24"/>
          <w:lang w:val="pl-PL"/>
        </w:rPr>
        <w:t>1</w:t>
      </w:r>
      <w:r w:rsidR="0094187F">
        <w:rPr>
          <w:rFonts w:ascii="Calibri" w:hAnsi="Calibri" w:cs="Calibri"/>
          <w:sz w:val="24"/>
          <w:szCs w:val="24"/>
          <w:lang w:val="pl-PL"/>
        </w:rPr>
        <w:t>1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. Jak ocenia Pani/Pan warunki pracy (materiały, zaplecze techniczne, </w:t>
      </w:r>
      <w:r w:rsidR="00A06D31">
        <w:rPr>
          <w:rFonts w:ascii="Calibri" w:hAnsi="Calibri" w:cs="Calibri"/>
          <w:sz w:val="24"/>
          <w:szCs w:val="24"/>
          <w:lang w:val="pl-PL"/>
        </w:rPr>
        <w:t>warunki lokalowe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): </w:t>
      </w:r>
      <w:r w:rsidR="00EA5049" w:rsidRPr="00A06D31">
        <w:rPr>
          <w:rFonts w:ascii="Calibri" w:hAnsi="Calibri" w:cs="Calibri"/>
          <w:sz w:val="24"/>
          <w:szCs w:val="24"/>
          <w:lang w:val="pl-PL"/>
        </w:rPr>
        <w:br/>
      </w:r>
      <w:r w:rsidRPr="00A06D3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 Bardzo dobre  </w:t>
      </w:r>
      <w:r w:rsidRPr="00A06D3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 Dobre  </w:t>
      </w:r>
      <w:r w:rsidRPr="00A06D3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 Średnie  </w:t>
      </w:r>
      <w:r w:rsidRPr="00A06D3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 Trudne</w:t>
      </w:r>
    </w:p>
    <w:p w14:paraId="785D8B43" w14:textId="6F8C3F61" w:rsidR="00A06D31" w:rsidRDefault="00A06D31" w:rsidP="00A06D31">
      <w:pPr>
        <w:rPr>
          <w:rFonts w:ascii="Calibri" w:hAnsi="Calibri" w:cs="Calibri"/>
          <w:sz w:val="24"/>
          <w:szCs w:val="24"/>
          <w:lang w:val="pl-PL"/>
        </w:rPr>
      </w:pPr>
      <w:r w:rsidRPr="00A06D31">
        <w:rPr>
          <w:rFonts w:ascii="Calibri" w:hAnsi="Calibri" w:cs="Calibri"/>
          <w:sz w:val="24"/>
          <w:szCs w:val="24"/>
          <w:lang w:val="pl-PL"/>
        </w:rPr>
        <w:t>1</w:t>
      </w:r>
      <w:r w:rsidR="0094187F">
        <w:rPr>
          <w:rFonts w:ascii="Calibri" w:hAnsi="Calibri" w:cs="Calibri"/>
          <w:sz w:val="24"/>
          <w:szCs w:val="24"/>
          <w:lang w:val="pl-PL"/>
        </w:rPr>
        <w:t>2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. </w:t>
      </w:r>
      <w:r>
        <w:rPr>
          <w:rFonts w:ascii="Calibri" w:hAnsi="Calibri" w:cs="Calibri"/>
          <w:sz w:val="24"/>
          <w:szCs w:val="24"/>
          <w:lang w:val="pl-PL"/>
        </w:rPr>
        <w:t>Czy otrzymuje Pani/Pan wynagrodzenie za pracę?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A06D31">
        <w:rPr>
          <w:rFonts w:ascii="Calibri" w:hAnsi="Calibri" w:cs="Calibri"/>
          <w:sz w:val="24"/>
          <w:szCs w:val="24"/>
          <w:lang w:val="pl-PL"/>
        </w:rPr>
        <w:br/>
      </w:r>
      <w:r w:rsidRPr="00A06D3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F25B60">
        <w:rPr>
          <w:rFonts w:ascii="Calibri" w:hAnsi="Calibri" w:cs="Calibri"/>
          <w:sz w:val="24"/>
          <w:szCs w:val="24"/>
          <w:lang w:val="pl-PL"/>
        </w:rPr>
        <w:t>T</w:t>
      </w:r>
      <w:r>
        <w:rPr>
          <w:rFonts w:ascii="Calibri" w:hAnsi="Calibri" w:cs="Calibri"/>
          <w:sz w:val="24"/>
          <w:szCs w:val="24"/>
          <w:lang w:val="pl-PL"/>
        </w:rPr>
        <w:t>ak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  </w:t>
      </w:r>
      <w:r w:rsidRPr="00A06D3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A06D31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F25B60">
        <w:rPr>
          <w:rFonts w:ascii="Calibri" w:hAnsi="Calibri" w:cs="Calibri"/>
          <w:sz w:val="24"/>
          <w:szCs w:val="24"/>
          <w:lang w:val="pl-PL"/>
        </w:rPr>
        <w:t>N</w:t>
      </w:r>
      <w:r>
        <w:rPr>
          <w:rFonts w:ascii="Calibri" w:hAnsi="Calibri" w:cs="Calibri"/>
          <w:sz w:val="24"/>
          <w:szCs w:val="24"/>
          <w:lang w:val="pl-PL"/>
        </w:rPr>
        <w:t>ie (wolontariat)</w:t>
      </w:r>
    </w:p>
    <w:p w14:paraId="2ED6C552" w14:textId="29EA0A40" w:rsidR="000C5648" w:rsidRPr="00794DE1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Calibri" w:hAnsi="Calibri" w:cs="Calibri"/>
          <w:sz w:val="24"/>
          <w:szCs w:val="24"/>
          <w:lang w:val="pl-PL"/>
        </w:rPr>
        <w:t>1</w:t>
      </w:r>
      <w:r w:rsidR="0094187F">
        <w:rPr>
          <w:rFonts w:ascii="Calibri" w:hAnsi="Calibri" w:cs="Calibri"/>
          <w:sz w:val="24"/>
          <w:szCs w:val="24"/>
          <w:lang w:val="pl-PL"/>
        </w:rPr>
        <w:t>3</w:t>
      </w:r>
      <w:r w:rsidRPr="00794DE1">
        <w:rPr>
          <w:rFonts w:ascii="Calibri" w:hAnsi="Calibri" w:cs="Calibri"/>
          <w:sz w:val="24"/>
          <w:szCs w:val="24"/>
          <w:lang w:val="pl-PL"/>
        </w:rPr>
        <w:t>. Jakie bariery utrudniają Pani/Panu rozwój zawodowy:</w:t>
      </w:r>
      <w:r w:rsidR="00EA5049" w:rsidRPr="00794DE1">
        <w:rPr>
          <w:rFonts w:ascii="Calibri" w:hAnsi="Calibri" w:cs="Calibri"/>
          <w:sz w:val="24"/>
          <w:szCs w:val="24"/>
          <w:lang w:val="pl-PL"/>
        </w:rPr>
        <w:br/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Brak środków finansowych  </w:t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Brak czasu  </w:t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Ograniczona oferta szkoleń  </w:t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Brak materiałów  </w:t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Problemy techniczne  </w:t>
      </w:r>
      <w:r w:rsidRPr="00794DE1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Inne</w:t>
      </w:r>
      <w:r w:rsidR="00A06D31">
        <w:rPr>
          <w:rFonts w:ascii="Calibri" w:hAnsi="Calibri" w:cs="Calibri"/>
          <w:sz w:val="24"/>
          <w:szCs w:val="24"/>
          <w:lang w:val="pl-PL"/>
        </w:rPr>
        <w:t xml:space="preserve"> (wymienić jakie)</w:t>
      </w:r>
      <w:r w:rsidRPr="00794DE1">
        <w:rPr>
          <w:rFonts w:ascii="Calibri" w:hAnsi="Calibri" w:cs="Calibri"/>
          <w:sz w:val="24"/>
          <w:szCs w:val="24"/>
          <w:lang w:val="pl-PL"/>
        </w:rPr>
        <w:t>:</w:t>
      </w:r>
      <w:r w:rsidR="00A06D31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EA5049" w:rsidRPr="00794DE1">
        <w:rPr>
          <w:rFonts w:ascii="Calibri" w:hAnsi="Calibri" w:cs="Calibri"/>
          <w:sz w:val="24"/>
          <w:szCs w:val="24"/>
          <w:lang w:val="pl-PL"/>
        </w:rPr>
        <w:t>……………………………………</w:t>
      </w:r>
    </w:p>
    <w:p w14:paraId="089FBAD4" w14:textId="77777777" w:rsidR="00A06D31" w:rsidRDefault="00A06D31">
      <w:pPr>
        <w:pStyle w:val="Nagwek2"/>
        <w:rPr>
          <w:rFonts w:ascii="Calibri" w:hAnsi="Calibri" w:cs="Calibri"/>
          <w:sz w:val="32"/>
          <w:szCs w:val="32"/>
          <w:lang w:val="pl-PL"/>
        </w:rPr>
      </w:pPr>
    </w:p>
    <w:p w14:paraId="0EE03246" w14:textId="77777777" w:rsidR="00A06D31" w:rsidRPr="00A06D31" w:rsidRDefault="00A06D31" w:rsidP="00A06D31">
      <w:pPr>
        <w:rPr>
          <w:lang w:val="pl-PL"/>
        </w:rPr>
      </w:pPr>
    </w:p>
    <w:p w14:paraId="005CB4EF" w14:textId="70B270D6" w:rsidR="000C5648" w:rsidRPr="00794DE1" w:rsidRDefault="00000000">
      <w:pPr>
        <w:pStyle w:val="Nagwek2"/>
        <w:rPr>
          <w:rFonts w:ascii="Calibri" w:hAnsi="Calibri" w:cs="Calibri"/>
          <w:sz w:val="32"/>
          <w:szCs w:val="32"/>
          <w:lang w:val="pl-PL"/>
        </w:rPr>
      </w:pPr>
      <w:r w:rsidRPr="00794DE1">
        <w:rPr>
          <w:rFonts w:ascii="Calibri" w:hAnsi="Calibri" w:cs="Calibri"/>
          <w:sz w:val="32"/>
          <w:szCs w:val="32"/>
          <w:lang w:val="pl-PL"/>
        </w:rPr>
        <w:lastRenderedPageBreak/>
        <w:t>V. Ewaluacja i motywacja</w:t>
      </w:r>
    </w:p>
    <w:p w14:paraId="7F95D5A4" w14:textId="6B5B567A" w:rsidR="000C5648" w:rsidRPr="00794DE1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Calibri" w:hAnsi="Calibri" w:cs="Calibri"/>
          <w:sz w:val="24"/>
          <w:szCs w:val="24"/>
          <w:lang w:val="pl-PL"/>
        </w:rPr>
        <w:t>1</w:t>
      </w:r>
      <w:r w:rsidR="0094187F">
        <w:rPr>
          <w:rFonts w:ascii="Calibri" w:hAnsi="Calibri" w:cs="Calibri"/>
          <w:sz w:val="24"/>
          <w:szCs w:val="24"/>
          <w:lang w:val="pl-PL"/>
        </w:rPr>
        <w:t>4</w:t>
      </w:r>
      <w:r w:rsidRPr="00794DE1">
        <w:rPr>
          <w:rFonts w:ascii="Calibri" w:hAnsi="Calibri" w:cs="Calibri"/>
          <w:sz w:val="24"/>
          <w:szCs w:val="24"/>
          <w:lang w:val="pl-PL"/>
        </w:rPr>
        <w:t>. W jakim stopniu zgadza się Pani/Pan z poniższymi stwierdzeniami (1 – nie zgadzam się, 5 – zgadzam się):</w:t>
      </w:r>
    </w:p>
    <w:p w14:paraId="69EF02AC" w14:textId="77777777" w:rsidR="00A06D31" w:rsidRPr="00F25B60" w:rsidRDefault="00A06D31" w:rsidP="00F25B60">
      <w:pPr>
        <w:pStyle w:val="Akapitzlist"/>
        <w:numPr>
          <w:ilvl w:val="0"/>
          <w:numId w:val="11"/>
        </w:numPr>
        <w:rPr>
          <w:rFonts w:ascii="Calibri" w:hAnsi="Calibri" w:cs="Calibri"/>
          <w:sz w:val="24"/>
          <w:szCs w:val="24"/>
          <w:lang w:val="pl-PL"/>
        </w:rPr>
      </w:pPr>
      <w:r w:rsidRPr="00F25B60">
        <w:rPr>
          <w:rFonts w:ascii="Calibri" w:hAnsi="Calibri" w:cs="Calibri"/>
          <w:sz w:val="24"/>
          <w:szCs w:val="24"/>
          <w:lang w:val="pl-PL"/>
        </w:rPr>
        <w:t>Bon nauczyciela pomoże mi w rozwoju zawodowym.  [1][2][3][4][5]</w:t>
      </w:r>
    </w:p>
    <w:p w14:paraId="11466AE3" w14:textId="62B03658" w:rsidR="00A06D31" w:rsidRPr="00F25B60" w:rsidRDefault="00A06D31" w:rsidP="00F25B60">
      <w:pPr>
        <w:pStyle w:val="Akapitzlist"/>
        <w:numPr>
          <w:ilvl w:val="0"/>
          <w:numId w:val="11"/>
        </w:numPr>
        <w:rPr>
          <w:rFonts w:ascii="Calibri" w:hAnsi="Calibri" w:cs="Calibri"/>
          <w:sz w:val="24"/>
          <w:szCs w:val="24"/>
          <w:lang w:val="pl-PL"/>
        </w:rPr>
      </w:pPr>
      <w:r w:rsidRPr="00F25B60">
        <w:rPr>
          <w:rFonts w:ascii="Calibri" w:hAnsi="Calibri" w:cs="Calibri"/>
          <w:sz w:val="24"/>
          <w:szCs w:val="24"/>
          <w:lang w:val="pl-PL"/>
        </w:rPr>
        <w:t>Chciał(a)bym brać udział w kolejnych pr</w:t>
      </w:r>
      <w:r w:rsidR="00F25B60">
        <w:rPr>
          <w:rFonts w:ascii="Calibri" w:hAnsi="Calibri" w:cs="Calibri"/>
          <w:sz w:val="24"/>
          <w:szCs w:val="24"/>
          <w:lang w:val="pl-PL"/>
        </w:rPr>
        <w:t>zedsięwzięciach</w:t>
      </w:r>
      <w:r w:rsidRPr="00F25B60">
        <w:rPr>
          <w:rFonts w:ascii="Calibri" w:hAnsi="Calibri" w:cs="Calibri"/>
          <w:sz w:val="24"/>
          <w:szCs w:val="24"/>
          <w:lang w:val="pl-PL"/>
        </w:rPr>
        <w:t xml:space="preserve"> IRJP i Fundacji.  [1][2][3][4][5]</w:t>
      </w:r>
    </w:p>
    <w:p w14:paraId="3231E3D9" w14:textId="77777777" w:rsidR="000C5648" w:rsidRPr="00F25B60" w:rsidRDefault="00000000" w:rsidP="00F25B60">
      <w:pPr>
        <w:pStyle w:val="Akapitzlist"/>
        <w:numPr>
          <w:ilvl w:val="0"/>
          <w:numId w:val="11"/>
        </w:numPr>
        <w:rPr>
          <w:rFonts w:ascii="Calibri" w:hAnsi="Calibri" w:cs="Calibri"/>
          <w:sz w:val="24"/>
          <w:szCs w:val="24"/>
          <w:lang w:val="pl-PL"/>
        </w:rPr>
      </w:pPr>
      <w:r w:rsidRPr="00F25B60">
        <w:rPr>
          <w:rFonts w:ascii="Calibri" w:hAnsi="Calibri" w:cs="Calibri"/>
          <w:sz w:val="24"/>
          <w:szCs w:val="24"/>
          <w:lang w:val="pl-PL"/>
        </w:rPr>
        <w:t>Czuję się dobrze przygotowany(a) do nauczania języka polskiego w środowisku polonijnym.  [1][2][3][4][5]</w:t>
      </w:r>
    </w:p>
    <w:p w14:paraId="3EFEDA04" w14:textId="77777777" w:rsidR="000C5648" w:rsidRPr="00F25B60" w:rsidRDefault="00000000" w:rsidP="00F25B60">
      <w:pPr>
        <w:pStyle w:val="Akapitzlist"/>
        <w:numPr>
          <w:ilvl w:val="0"/>
          <w:numId w:val="11"/>
        </w:numPr>
        <w:rPr>
          <w:rFonts w:ascii="Calibri" w:hAnsi="Calibri" w:cs="Calibri"/>
          <w:sz w:val="24"/>
          <w:szCs w:val="24"/>
          <w:lang w:val="pl-PL"/>
        </w:rPr>
      </w:pPr>
      <w:r w:rsidRPr="00F25B60">
        <w:rPr>
          <w:rFonts w:ascii="Calibri" w:hAnsi="Calibri" w:cs="Calibri"/>
          <w:sz w:val="24"/>
          <w:szCs w:val="24"/>
          <w:lang w:val="pl-PL"/>
        </w:rPr>
        <w:t>Potrzebuję stałego wsparcia metodycznego i materiałowego.  [1][2][3][4][5]</w:t>
      </w:r>
    </w:p>
    <w:p w14:paraId="0C7728E2" w14:textId="77777777" w:rsidR="00A06D31" w:rsidRDefault="00A06D31">
      <w:pPr>
        <w:pStyle w:val="Nagwek2"/>
        <w:rPr>
          <w:rFonts w:ascii="Calibri" w:hAnsi="Calibri" w:cs="Calibri"/>
          <w:sz w:val="24"/>
          <w:szCs w:val="24"/>
          <w:lang w:val="pl-PL"/>
        </w:rPr>
      </w:pPr>
    </w:p>
    <w:p w14:paraId="55612F00" w14:textId="557F373E" w:rsidR="000C5648" w:rsidRPr="00794DE1" w:rsidRDefault="00794DE1">
      <w:pPr>
        <w:pStyle w:val="Nagwek2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Z</w:t>
      </w:r>
      <w:r w:rsidRPr="00794DE1">
        <w:rPr>
          <w:rFonts w:ascii="Calibri" w:hAnsi="Calibri" w:cs="Calibri"/>
          <w:sz w:val="24"/>
          <w:szCs w:val="24"/>
          <w:lang w:val="pl-PL"/>
        </w:rPr>
        <w:t>goda na przetwarzanie danych</w:t>
      </w:r>
    </w:p>
    <w:p w14:paraId="0C54F60F" w14:textId="34241326" w:rsidR="000C5648" w:rsidRPr="00794DE1" w:rsidRDefault="00000000">
      <w:pPr>
        <w:rPr>
          <w:rFonts w:ascii="Calibri" w:hAnsi="Calibri" w:cs="Calibri"/>
          <w:sz w:val="24"/>
          <w:szCs w:val="24"/>
          <w:lang w:val="pl-PL"/>
        </w:rPr>
      </w:pPr>
      <w:r w:rsidRPr="00794DE1">
        <w:rPr>
          <w:rFonts w:ascii="Calibri" w:hAnsi="Calibri" w:cs="Calibri"/>
          <w:sz w:val="24"/>
          <w:szCs w:val="24"/>
          <w:lang w:val="pl-PL"/>
        </w:rPr>
        <w:t xml:space="preserve">Oświadczam, że wyrażam zgodę na przetwarzanie moich danych osobowych przez Fundację </w:t>
      </w:r>
      <w:r w:rsidR="00794DE1">
        <w:rPr>
          <w:rFonts w:ascii="Calibri" w:hAnsi="Calibri" w:cs="Calibri"/>
          <w:sz w:val="24"/>
          <w:szCs w:val="24"/>
          <w:lang w:val="pl-PL"/>
        </w:rPr>
        <w:t>„Pomoc Polakom na Wschodzie” im. Jana Olszewskiego</w:t>
      </w:r>
      <w:r w:rsidRPr="00794DE1">
        <w:rPr>
          <w:rFonts w:ascii="Calibri" w:hAnsi="Calibri" w:cs="Calibri"/>
          <w:sz w:val="24"/>
          <w:szCs w:val="24"/>
          <w:lang w:val="pl-PL"/>
        </w:rPr>
        <w:t xml:space="preserve"> w celu realizacji projektu „Bon dla nauczyciela polonijnego”, zgodnie z obowiązującymi przepisami prawa (RODO).</w:t>
      </w:r>
    </w:p>
    <w:p w14:paraId="6E43139D" w14:textId="77777777" w:rsidR="00794DE1" w:rsidRDefault="00794DE1">
      <w:pPr>
        <w:rPr>
          <w:rFonts w:ascii="Calibri" w:hAnsi="Calibri" w:cs="Calibri"/>
          <w:color w:val="FF0000"/>
          <w:sz w:val="24"/>
          <w:szCs w:val="24"/>
        </w:rPr>
      </w:pPr>
    </w:p>
    <w:p w14:paraId="327055DF" w14:textId="5B848964" w:rsidR="000C5648" w:rsidRPr="00A06D31" w:rsidRDefault="000C5648">
      <w:pPr>
        <w:rPr>
          <w:rFonts w:ascii="Calibri" w:hAnsi="Calibri" w:cs="Calibri"/>
          <w:sz w:val="24"/>
          <w:szCs w:val="24"/>
        </w:rPr>
      </w:pPr>
    </w:p>
    <w:sectPr w:rsidR="000C5648" w:rsidRPr="00A06D3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58E64" w14:textId="77777777" w:rsidR="0098637D" w:rsidRDefault="0098637D" w:rsidP="00794DE1">
      <w:pPr>
        <w:spacing w:after="0" w:line="240" w:lineRule="auto"/>
      </w:pPr>
      <w:r>
        <w:separator/>
      </w:r>
    </w:p>
  </w:endnote>
  <w:endnote w:type="continuationSeparator" w:id="0">
    <w:p w14:paraId="48105E21" w14:textId="77777777" w:rsidR="0098637D" w:rsidRDefault="0098637D" w:rsidP="00794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591C6" w14:textId="77777777" w:rsidR="0098637D" w:rsidRDefault="0098637D" w:rsidP="00794DE1">
      <w:pPr>
        <w:spacing w:after="0" w:line="240" w:lineRule="auto"/>
      </w:pPr>
      <w:r>
        <w:separator/>
      </w:r>
    </w:p>
  </w:footnote>
  <w:footnote w:type="continuationSeparator" w:id="0">
    <w:p w14:paraId="4A8E0722" w14:textId="77777777" w:rsidR="0098637D" w:rsidRDefault="0098637D" w:rsidP="00794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FE3C1A"/>
    <w:multiLevelType w:val="hybridMultilevel"/>
    <w:tmpl w:val="6262D3B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E23F0"/>
    <w:multiLevelType w:val="hybridMultilevel"/>
    <w:tmpl w:val="E384D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351663">
    <w:abstractNumId w:val="8"/>
  </w:num>
  <w:num w:numId="2" w16cid:durableId="975261028">
    <w:abstractNumId w:val="6"/>
  </w:num>
  <w:num w:numId="3" w16cid:durableId="1779594447">
    <w:abstractNumId w:val="5"/>
  </w:num>
  <w:num w:numId="4" w16cid:durableId="1861550297">
    <w:abstractNumId w:val="4"/>
  </w:num>
  <w:num w:numId="5" w16cid:durableId="1028600921">
    <w:abstractNumId w:val="7"/>
  </w:num>
  <w:num w:numId="6" w16cid:durableId="31351351">
    <w:abstractNumId w:val="3"/>
  </w:num>
  <w:num w:numId="7" w16cid:durableId="1781492371">
    <w:abstractNumId w:val="2"/>
  </w:num>
  <w:num w:numId="8" w16cid:durableId="144661423">
    <w:abstractNumId w:val="1"/>
  </w:num>
  <w:num w:numId="9" w16cid:durableId="2027750994">
    <w:abstractNumId w:val="0"/>
  </w:num>
  <w:num w:numId="10" w16cid:durableId="1831166334">
    <w:abstractNumId w:val="10"/>
  </w:num>
  <w:num w:numId="11" w16cid:durableId="19804495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648"/>
    <w:rsid w:val="000D422C"/>
    <w:rsid w:val="0011064C"/>
    <w:rsid w:val="0015074B"/>
    <w:rsid w:val="002332D5"/>
    <w:rsid w:val="0029639D"/>
    <w:rsid w:val="002A5216"/>
    <w:rsid w:val="002F064E"/>
    <w:rsid w:val="00326F90"/>
    <w:rsid w:val="003E4643"/>
    <w:rsid w:val="00701C54"/>
    <w:rsid w:val="00723D71"/>
    <w:rsid w:val="00794DE1"/>
    <w:rsid w:val="00854E39"/>
    <w:rsid w:val="0094187F"/>
    <w:rsid w:val="0098637D"/>
    <w:rsid w:val="009E5E45"/>
    <w:rsid w:val="00A06D31"/>
    <w:rsid w:val="00AA1D8D"/>
    <w:rsid w:val="00B14FEF"/>
    <w:rsid w:val="00B47730"/>
    <w:rsid w:val="00CB0664"/>
    <w:rsid w:val="00D711D2"/>
    <w:rsid w:val="00DF6EF3"/>
    <w:rsid w:val="00E507E0"/>
    <w:rsid w:val="00EA5049"/>
    <w:rsid w:val="00F25B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2D418B"/>
  <w14:defaultImageDpi w14:val="300"/>
  <w15:docId w15:val="{8157442B-5DD1-44E9-B7B6-60DBF65D1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449</Words>
  <Characters>2699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Beata Wojtas</cp:lastModifiedBy>
  <cp:revision>3</cp:revision>
  <cp:lastPrinted>2025-10-09T08:57:00Z</cp:lastPrinted>
  <dcterms:created xsi:type="dcterms:W3CDTF">2025-10-09T09:05:00Z</dcterms:created>
  <dcterms:modified xsi:type="dcterms:W3CDTF">2025-10-09T09:07:00Z</dcterms:modified>
  <cp:category/>
</cp:coreProperties>
</file>