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9BF7BA" w14:textId="77777777" w:rsidR="00DE1DE9" w:rsidRDefault="002C7C64">
      <w:pPr>
        <w:wordWrap w:val="0"/>
        <w:autoSpaceDE w:val="0"/>
        <w:autoSpaceDN w:val="0"/>
        <w:spacing w:after="214" w:line="14" w:lineRule="exact"/>
      </w:pPr>
      <w:r>
        <w:rPr>
          <w:noProof/>
        </w:rPr>
        <w:drawing>
          <wp:anchor distT="0" distB="0" distL="0" distR="0" simplePos="0" relativeHeight="251654144" behindDoc="1" locked="0" layoutInCell="1" allowOverlap="1" wp14:anchorId="6004189E" wp14:editId="18315D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93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38CBE55C">
          <v:shape id="_x0000_s1029" style="position:absolute;margin-left:11.35pt;margin-top:687.95pt;width:8.5pt;height:39.35pt;z-index:251658240;mso-position-horizontal-relative:page;mso-position-vertical-relative:page" coordsize="" o:spt="100" adj="0,,0" path="m,l,1000r1000,l1000,xe" filled="f" stroked="f">
            <v:stroke joinstyle="round"/>
            <v:formulas/>
            <v:path o:connecttype="segments"/>
            <v:textbox style="layout-flow:vertical;mso-rotate-with-shape:t" inset="0,0,0,0">
              <w:txbxContent>
                <w:p w14:paraId="489F7212" w14:textId="77777777" w:rsidR="00DE1DE9" w:rsidRDefault="002C7C64">
                  <w:pPr>
                    <w:wordWrap w:val="0"/>
                    <w:autoSpaceDE w:val="0"/>
                    <w:autoSpaceDN w:val="0"/>
                    <w:spacing w:after="0" w:line="150" w:lineRule="exact"/>
                  </w:pPr>
                  <w:r>
                    <w:rPr>
                      <w:rFonts w:ascii="Segoe UI" w:eastAsia="Segoe UI" w:hAnsi="Segoe UI"/>
                      <w:color w:val="000000"/>
                      <w:w w:val="101"/>
                      <w:sz w:val="15"/>
                    </w:rPr>
                    <w:t>DOC002</w:t>
                  </w:r>
                  <w:r>
                    <w:rPr>
                      <w:rFonts w:ascii="Segoe UI" w:eastAsia="Segoe UI" w:hAnsi="Segoe UI"/>
                      <w:color w:val="000000"/>
                      <w:spacing w:val="-10"/>
                      <w:sz w:val="15"/>
                    </w:rPr>
                    <w:t>-</w:t>
                  </w:r>
                  <w:r>
                    <w:rPr>
                      <w:rFonts w:ascii="Segoe UI" w:eastAsia="Segoe UI" w:hAnsi="Segoe UI"/>
                      <w:color w:val="000000"/>
                      <w:spacing w:val="-1"/>
                      <w:sz w:val="15"/>
                    </w:rPr>
                    <w:t>S1</w:t>
                  </w:r>
                </w:p>
              </w:txbxContent>
            </v:textbox>
            <w10:wrap anchorx="page" anchory="page"/>
          </v:shape>
        </w:pict>
      </w:r>
    </w:p>
    <w:p w14:paraId="3D7B5397" w14:textId="77777777" w:rsidR="00DE1DE9" w:rsidRDefault="00DE1DE9">
      <w:pPr>
        <w:spacing w:after="0"/>
        <w:sectPr w:rsidR="00DE1DE9">
          <w:pgSz w:w="11905" w:h="16837"/>
          <w:pgMar w:top="417" w:right="529" w:bottom="200" w:left="810" w:header="720" w:footer="720" w:gutter="0"/>
          <w:cols w:space="720"/>
          <w:docGrid w:linePitch="360"/>
        </w:sectPr>
      </w:pPr>
    </w:p>
    <w:p w14:paraId="3F42AA76" w14:textId="77777777" w:rsidR="00DE1DE9" w:rsidRDefault="002C7C64">
      <w:pPr>
        <w:wordWrap w:val="0"/>
        <w:autoSpaceDE w:val="0"/>
        <w:autoSpaceDN w:val="0"/>
        <w:spacing w:before="228" w:after="29" w:line="320" w:lineRule="exact"/>
        <w:ind w:left="40"/>
      </w:pPr>
      <w:r>
        <w:rPr>
          <w:rFonts w:ascii="Segoe UI" w:eastAsia="Segoe UI" w:hAnsi="Segoe UI"/>
          <w:b/>
          <w:color w:val="32306B"/>
          <w:sz w:val="32"/>
        </w:rPr>
        <w:t>Dodatek</w:t>
      </w:r>
      <w:r>
        <w:rPr>
          <w:rFonts w:ascii="Times New Roman" w:eastAsia="Times New Roman" w:hAnsi="Times New Roman"/>
          <w:b/>
          <w:color w:val="32306B"/>
          <w:spacing w:val="9"/>
          <w:sz w:val="32"/>
        </w:rPr>
        <w:t xml:space="preserve"> </w:t>
      </w:r>
      <w:r>
        <w:rPr>
          <w:rFonts w:ascii="Segoe UI" w:eastAsia="Segoe UI" w:hAnsi="Segoe UI"/>
          <w:b/>
          <w:color w:val="32306B"/>
          <w:spacing w:val="2"/>
          <w:sz w:val="32"/>
        </w:rPr>
        <w:t>ke</w:t>
      </w:r>
      <w:r>
        <w:rPr>
          <w:rFonts w:ascii="Times New Roman" w:eastAsia="Times New Roman" w:hAnsi="Times New Roman"/>
          <w:b/>
          <w:color w:val="32306B"/>
          <w:spacing w:val="9"/>
          <w:sz w:val="32"/>
        </w:rPr>
        <w:t xml:space="preserve"> </w:t>
      </w:r>
      <w:r>
        <w:rPr>
          <w:rFonts w:ascii="Segoe UI" w:eastAsia="Segoe UI" w:hAnsi="Segoe UI"/>
          <w:b/>
          <w:color w:val="32306B"/>
          <w:sz w:val="32"/>
        </w:rPr>
        <w:t>smlouvě</w:t>
      </w:r>
    </w:p>
    <w:p w14:paraId="7B924C34" w14:textId="77777777" w:rsidR="00DE1DE9" w:rsidRDefault="002C7C64">
      <w:pPr>
        <w:wordWrap w:val="0"/>
        <w:autoSpaceDE w:val="0"/>
        <w:autoSpaceDN w:val="0"/>
        <w:spacing w:before="57" w:after="25" w:line="170" w:lineRule="exact"/>
        <w:ind w:left="40"/>
      </w:pPr>
      <w:r>
        <w:rPr>
          <w:rFonts w:ascii="Segoe UI" w:eastAsia="Segoe UI" w:hAnsi="Segoe UI"/>
          <w:color w:val="1B2674"/>
          <w:spacing w:val="-5"/>
          <w:sz w:val="17"/>
        </w:rPr>
        <w:t>o</w:t>
      </w:r>
      <w:r>
        <w:rPr>
          <w:rFonts w:ascii="Times New Roman" w:eastAsia="Times New Roman" w:hAnsi="Times New Roman"/>
          <w:color w:val="1B2674"/>
          <w:spacing w:val="5"/>
          <w:sz w:val="17"/>
        </w:rPr>
        <w:t xml:space="preserve"> </w:t>
      </w:r>
      <w:r>
        <w:rPr>
          <w:rFonts w:ascii="Segoe UI" w:eastAsia="Segoe UI" w:hAnsi="Segoe UI"/>
          <w:color w:val="1B2674"/>
          <w:spacing w:val="-4"/>
          <w:sz w:val="17"/>
        </w:rPr>
        <w:t>poskytování</w:t>
      </w:r>
      <w:r>
        <w:rPr>
          <w:rFonts w:ascii="Times New Roman" w:eastAsia="Times New Roman" w:hAnsi="Times New Roman"/>
          <w:color w:val="1B2674"/>
          <w:spacing w:val="5"/>
          <w:sz w:val="17"/>
        </w:rPr>
        <w:t xml:space="preserve"> </w:t>
      </w:r>
      <w:r>
        <w:rPr>
          <w:rFonts w:ascii="Segoe UI" w:eastAsia="Segoe UI" w:hAnsi="Segoe UI"/>
          <w:color w:val="1B2674"/>
          <w:spacing w:val="-4"/>
          <w:sz w:val="17"/>
        </w:rPr>
        <w:t>služeb</w:t>
      </w:r>
      <w:r>
        <w:rPr>
          <w:rFonts w:ascii="Times New Roman" w:eastAsia="Times New Roman" w:hAnsi="Times New Roman"/>
          <w:color w:val="1B2674"/>
          <w:spacing w:val="5"/>
          <w:sz w:val="17"/>
        </w:rPr>
        <w:t xml:space="preserve"> </w:t>
      </w:r>
      <w:r>
        <w:rPr>
          <w:rFonts w:ascii="Segoe UI" w:eastAsia="Segoe UI" w:hAnsi="Segoe UI"/>
          <w:color w:val="1B2674"/>
          <w:spacing w:val="-3"/>
          <w:sz w:val="17"/>
        </w:rPr>
        <w:t>elektronických</w:t>
      </w:r>
      <w:r>
        <w:rPr>
          <w:rFonts w:ascii="Times New Roman" w:eastAsia="Times New Roman" w:hAnsi="Times New Roman"/>
          <w:color w:val="1B2674"/>
          <w:spacing w:val="5"/>
          <w:sz w:val="17"/>
        </w:rPr>
        <w:t xml:space="preserve"> </w:t>
      </w:r>
      <w:r>
        <w:rPr>
          <w:rFonts w:ascii="Segoe UI" w:eastAsia="Segoe UI" w:hAnsi="Segoe UI"/>
          <w:color w:val="1B2674"/>
          <w:spacing w:val="-2"/>
          <w:sz w:val="17"/>
        </w:rPr>
        <w:t>komunikací</w:t>
      </w:r>
    </w:p>
    <w:p w14:paraId="368250D7" w14:textId="77777777" w:rsidR="00DE1DE9" w:rsidRDefault="002C7C64">
      <w:pPr>
        <w:wordWrap w:val="0"/>
        <w:autoSpaceDE w:val="0"/>
        <w:autoSpaceDN w:val="0"/>
        <w:spacing w:before="51" w:after="424" w:line="170" w:lineRule="exact"/>
        <w:ind w:left="40"/>
      </w:pPr>
      <w:r>
        <w:rPr>
          <w:rFonts w:ascii="Segoe UI" w:eastAsia="Segoe UI" w:hAnsi="Segoe UI"/>
          <w:color w:val="1B2674"/>
          <w:w w:val="101"/>
          <w:sz w:val="17"/>
        </w:rPr>
        <w:t>k</w:t>
      </w:r>
      <w:r>
        <w:rPr>
          <w:rFonts w:ascii="Times New Roman" w:eastAsia="Times New Roman" w:hAnsi="Times New Roman"/>
          <w:color w:val="1B2674"/>
          <w:spacing w:val="5"/>
          <w:sz w:val="17"/>
        </w:rPr>
        <w:t xml:space="preserve"> </w:t>
      </w:r>
      <w:r>
        <w:rPr>
          <w:rFonts w:ascii="Segoe UI" w:eastAsia="Segoe UI" w:hAnsi="Segoe UI"/>
          <w:color w:val="1B2674"/>
          <w:spacing w:val="-4"/>
          <w:sz w:val="17"/>
        </w:rPr>
        <w:t>objednávce</w:t>
      </w:r>
      <w:r>
        <w:rPr>
          <w:rFonts w:ascii="Times New Roman" w:eastAsia="Times New Roman" w:hAnsi="Times New Roman"/>
          <w:color w:val="1B2674"/>
          <w:spacing w:val="5"/>
          <w:sz w:val="17"/>
        </w:rPr>
        <w:t xml:space="preserve"> </w:t>
      </w:r>
      <w:r>
        <w:rPr>
          <w:rFonts w:ascii="Segoe UI" w:eastAsia="Segoe UI" w:hAnsi="Segoe UI"/>
          <w:color w:val="1B2674"/>
          <w:spacing w:val="-4"/>
          <w:sz w:val="17"/>
        </w:rPr>
        <w:t>číslo</w:t>
      </w:r>
      <w:r>
        <w:rPr>
          <w:rFonts w:ascii="Times New Roman" w:eastAsia="Times New Roman" w:hAnsi="Times New Roman"/>
          <w:color w:val="1B2674"/>
          <w:spacing w:val="5"/>
          <w:sz w:val="17"/>
        </w:rPr>
        <w:t xml:space="preserve"> </w:t>
      </w:r>
      <w:r>
        <w:rPr>
          <w:rFonts w:ascii="Segoe UI" w:eastAsia="Segoe UI" w:hAnsi="Segoe UI"/>
          <w:color w:val="1B2674"/>
          <w:w w:val="101"/>
          <w:sz w:val="17"/>
        </w:rPr>
        <w:t>O6YQUYD6</w:t>
      </w:r>
    </w:p>
    <w:p w14:paraId="40641BF3" w14:textId="77777777" w:rsidR="00DE1DE9" w:rsidRDefault="00DE1DE9">
      <w:pPr>
        <w:spacing w:before="117" w:after="0"/>
        <w:sectPr w:rsidR="00DE1DE9">
          <w:type w:val="continuous"/>
          <w:pgSz w:w="11905" w:h="16837"/>
          <w:pgMar w:top="417" w:right="529" w:bottom="200" w:left="810" w:header="720" w:footer="720" w:gutter="0"/>
          <w:cols w:num="2" w:space="720" w:equalWidth="0">
            <w:col w:w="3907" w:space="0"/>
            <w:col w:w="6659" w:space="0"/>
          </w:cols>
          <w:docGrid w:linePitch="360"/>
        </w:sectPr>
      </w:pPr>
    </w:p>
    <w:p w14:paraId="5B911CEE" w14:textId="77777777" w:rsidR="00DE1DE9" w:rsidRDefault="002C7C64">
      <w:pPr>
        <w:wordWrap w:val="0"/>
        <w:autoSpaceDE w:val="0"/>
        <w:autoSpaceDN w:val="0"/>
        <w:spacing w:before="359" w:after="25" w:line="170" w:lineRule="exact"/>
        <w:ind w:left="381"/>
      </w:pPr>
      <w:r>
        <w:rPr>
          <w:rFonts w:ascii="Segoe UI" w:eastAsia="Segoe UI" w:hAnsi="Segoe UI"/>
          <w:color w:val="1B2674"/>
          <w:spacing w:val="-2"/>
          <w:sz w:val="17"/>
        </w:rPr>
        <w:t>Číslo</w:t>
      </w:r>
      <w:r>
        <w:rPr>
          <w:rFonts w:ascii="Times New Roman" w:eastAsia="Times New Roman" w:hAnsi="Times New Roman"/>
          <w:color w:val="1B2674"/>
          <w:spacing w:val="5"/>
          <w:sz w:val="17"/>
        </w:rPr>
        <w:t xml:space="preserve"> </w:t>
      </w:r>
      <w:r>
        <w:rPr>
          <w:rFonts w:ascii="Segoe UI" w:eastAsia="Segoe UI" w:hAnsi="Segoe UI"/>
          <w:color w:val="1B2674"/>
          <w:spacing w:val="-5"/>
          <w:sz w:val="17"/>
        </w:rPr>
        <w:t>smlouvy</w:t>
      </w:r>
    </w:p>
    <w:p w14:paraId="690FC6A0" w14:textId="77777777" w:rsidR="00DE1DE9" w:rsidRDefault="002C7C64">
      <w:pPr>
        <w:wordWrap w:val="0"/>
        <w:autoSpaceDE w:val="0"/>
        <w:autoSpaceDN w:val="0"/>
        <w:spacing w:before="51" w:after="425" w:line="170" w:lineRule="exact"/>
        <w:ind w:left="381"/>
      </w:pPr>
      <w:r>
        <w:rPr>
          <w:rFonts w:ascii="Segoe UI" w:eastAsia="Segoe UI" w:hAnsi="Segoe UI"/>
          <w:b/>
          <w:color w:val="1B2674"/>
          <w:sz w:val="17"/>
        </w:rPr>
        <w:t>OMS</w:t>
      </w:r>
      <w:r>
        <w:rPr>
          <w:rFonts w:ascii="Segoe UI" w:eastAsia="Segoe UI" w:hAnsi="Segoe UI"/>
          <w:b/>
          <w:color w:val="1B2674"/>
          <w:spacing w:val="-12"/>
          <w:sz w:val="17"/>
        </w:rPr>
        <w:t>-</w:t>
      </w:r>
      <w:r>
        <w:rPr>
          <w:rFonts w:ascii="Segoe UI" w:eastAsia="Segoe UI" w:hAnsi="Segoe UI"/>
          <w:b/>
          <w:color w:val="1B2674"/>
          <w:spacing w:val="-3"/>
          <w:sz w:val="17"/>
        </w:rPr>
        <w:t>298069793</w:t>
      </w:r>
    </w:p>
    <w:p w14:paraId="1D43E51C" w14:textId="77777777" w:rsidR="00DE1DE9" w:rsidRDefault="00DE1DE9">
      <w:pPr>
        <w:spacing w:after="0"/>
        <w:sectPr w:rsidR="00DE1DE9">
          <w:type w:val="nextColumn"/>
          <w:pgSz w:w="11905" w:h="16837"/>
          <w:pgMar w:top="417" w:right="529" w:bottom="200" w:left="810" w:header="720" w:footer="720" w:gutter="0"/>
          <w:cols w:num="2" w:space="720" w:equalWidth="0">
            <w:col w:w="3907" w:space="0"/>
            <w:col w:w="6659" w:space="0"/>
          </w:cols>
          <w:docGrid w:linePitch="360"/>
        </w:sectPr>
      </w:pPr>
    </w:p>
    <w:p w14:paraId="50B915BF" w14:textId="77777777" w:rsidR="00DE1DE9" w:rsidRDefault="002C7C64">
      <w:pPr>
        <w:wordWrap w:val="0"/>
        <w:autoSpaceDE w:val="0"/>
        <w:autoSpaceDN w:val="0"/>
        <w:spacing w:before="424" w:after="49" w:line="220" w:lineRule="exact"/>
        <w:ind w:left="1264"/>
      </w:pPr>
      <w:r>
        <w:rPr>
          <w:rFonts w:ascii="Segoe UI" w:eastAsia="Segoe UI" w:hAnsi="Segoe UI"/>
          <w:color w:val="000000"/>
          <w:spacing w:val="-2"/>
        </w:rPr>
        <w:t>V</w:t>
      </w:r>
      <w:r>
        <w:rPr>
          <w:rFonts w:ascii="Times New Roman" w:eastAsia="Times New Roman" w:hAnsi="Times New Roman"/>
          <w:color w:val="000000"/>
          <w:spacing w:val="6"/>
        </w:rPr>
        <w:t xml:space="preserve"> </w:t>
      </w:r>
      <w:r>
        <w:rPr>
          <w:rFonts w:ascii="Segoe UI" w:eastAsia="Segoe UI" w:hAnsi="Segoe UI"/>
          <w:color w:val="000000"/>
          <w:spacing w:val="-4"/>
        </w:rPr>
        <w:t>tomto</w:t>
      </w:r>
      <w:r>
        <w:rPr>
          <w:rFonts w:ascii="Times New Roman" w:eastAsia="Times New Roman" w:hAnsi="Times New Roman"/>
          <w:color w:val="000000"/>
          <w:spacing w:val="6"/>
        </w:rPr>
        <w:t xml:space="preserve"> </w:t>
      </w:r>
      <w:r>
        <w:rPr>
          <w:rFonts w:ascii="Segoe UI" w:eastAsia="Segoe UI" w:hAnsi="Segoe UI"/>
          <w:color w:val="000000"/>
          <w:spacing w:val="-4"/>
        </w:rPr>
        <w:t>dokumentu</w:t>
      </w:r>
      <w:r>
        <w:rPr>
          <w:rFonts w:ascii="Times New Roman" w:eastAsia="Times New Roman" w:hAnsi="Times New Roman"/>
          <w:color w:val="000000"/>
          <w:spacing w:val="6"/>
        </w:rPr>
        <w:t xml:space="preserve"> </w:t>
      </w:r>
      <w:r>
        <w:rPr>
          <w:rFonts w:ascii="Segoe UI" w:eastAsia="Segoe UI" w:hAnsi="Segoe UI"/>
          <w:color w:val="000000"/>
          <w:spacing w:val="-5"/>
        </w:rPr>
        <w:t>jsou</w:t>
      </w:r>
      <w:r>
        <w:rPr>
          <w:rFonts w:ascii="Times New Roman" w:eastAsia="Times New Roman" w:hAnsi="Times New Roman"/>
          <w:color w:val="000000"/>
          <w:spacing w:val="6"/>
        </w:rPr>
        <w:t xml:space="preserve"> </w:t>
      </w:r>
      <w:r>
        <w:rPr>
          <w:rFonts w:ascii="Segoe UI" w:eastAsia="Segoe UI" w:hAnsi="Segoe UI"/>
          <w:color w:val="000000"/>
          <w:spacing w:val="-4"/>
        </w:rPr>
        <w:t>shrnuty</w:t>
      </w:r>
      <w:r>
        <w:rPr>
          <w:rFonts w:ascii="Times New Roman" w:eastAsia="Times New Roman" w:hAnsi="Times New Roman"/>
          <w:color w:val="000000"/>
          <w:spacing w:val="6"/>
        </w:rPr>
        <w:t xml:space="preserve"> </w:t>
      </w:r>
      <w:r>
        <w:rPr>
          <w:rFonts w:ascii="Segoe UI" w:eastAsia="Segoe UI" w:hAnsi="Segoe UI"/>
          <w:color w:val="000000"/>
          <w:spacing w:val="-5"/>
        </w:rPr>
        <w:t>změny</w:t>
      </w:r>
      <w:r>
        <w:rPr>
          <w:rFonts w:ascii="Times New Roman" w:eastAsia="Times New Roman" w:hAnsi="Times New Roman"/>
          <w:color w:val="000000"/>
          <w:spacing w:val="6"/>
        </w:rPr>
        <w:t xml:space="preserve"> </w:t>
      </w:r>
      <w:r>
        <w:rPr>
          <w:rFonts w:ascii="Segoe UI" w:eastAsia="Segoe UI" w:hAnsi="Segoe UI"/>
          <w:color w:val="000000"/>
          <w:spacing w:val="-5"/>
        </w:rPr>
        <w:t>oproti</w:t>
      </w:r>
      <w:r>
        <w:rPr>
          <w:rFonts w:ascii="Times New Roman" w:eastAsia="Times New Roman" w:hAnsi="Times New Roman"/>
          <w:color w:val="000000"/>
          <w:spacing w:val="6"/>
        </w:rPr>
        <w:t xml:space="preserve"> </w:t>
      </w:r>
      <w:r>
        <w:rPr>
          <w:rFonts w:ascii="Segoe UI" w:eastAsia="Segoe UI" w:hAnsi="Segoe UI"/>
          <w:color w:val="000000"/>
          <w:spacing w:val="-5"/>
        </w:rPr>
        <w:t>předchozímu</w:t>
      </w:r>
      <w:r>
        <w:rPr>
          <w:rFonts w:ascii="Times New Roman" w:eastAsia="Times New Roman" w:hAnsi="Times New Roman"/>
          <w:color w:val="000000"/>
          <w:spacing w:val="6"/>
        </w:rPr>
        <w:t xml:space="preserve"> </w:t>
      </w:r>
      <w:r>
        <w:rPr>
          <w:rFonts w:ascii="Segoe UI" w:eastAsia="Segoe UI" w:hAnsi="Segoe UI"/>
          <w:color w:val="000000"/>
          <w:spacing w:val="-4"/>
        </w:rPr>
        <w:t>stavu</w:t>
      </w:r>
      <w:r>
        <w:rPr>
          <w:rFonts w:ascii="Segoe UI" w:eastAsia="Segoe UI" w:hAnsi="Segoe UI"/>
          <w:color w:val="000000"/>
          <w:spacing w:val="13"/>
        </w:rPr>
        <w:t>.</w:t>
      </w:r>
      <w:r>
        <w:rPr>
          <w:rFonts w:ascii="Times New Roman" w:eastAsia="Times New Roman" w:hAnsi="Times New Roman"/>
          <w:color w:val="000000"/>
          <w:spacing w:val="6"/>
        </w:rPr>
        <w:t xml:space="preserve"> </w:t>
      </w:r>
      <w:r>
        <w:rPr>
          <w:rFonts w:ascii="Segoe UI" w:eastAsia="Segoe UI" w:hAnsi="Segoe UI"/>
          <w:color w:val="000000"/>
          <w:spacing w:val="-5"/>
        </w:rPr>
        <w:t>Vše</w:t>
      </w:r>
      <w:r>
        <w:rPr>
          <w:rFonts w:ascii="Times New Roman" w:eastAsia="Times New Roman" w:hAnsi="Times New Roman"/>
          <w:color w:val="000000"/>
          <w:spacing w:val="6"/>
        </w:rPr>
        <w:t xml:space="preserve"> </w:t>
      </w:r>
      <w:r>
        <w:rPr>
          <w:rFonts w:ascii="Segoe UI" w:eastAsia="Segoe UI" w:hAnsi="Segoe UI"/>
          <w:color w:val="000000"/>
          <w:spacing w:val="-4"/>
        </w:rPr>
        <w:t>ostatní</w:t>
      </w:r>
      <w:r>
        <w:rPr>
          <w:rFonts w:ascii="Segoe UI" w:eastAsia="Segoe UI" w:hAnsi="Segoe UI"/>
          <w:color w:val="000000"/>
          <w:spacing w:val="13"/>
        </w:rPr>
        <w:t>,</w:t>
      </w:r>
      <w:r>
        <w:rPr>
          <w:rFonts w:ascii="Times New Roman" w:eastAsia="Times New Roman" w:hAnsi="Times New Roman"/>
          <w:color w:val="000000"/>
          <w:spacing w:val="6"/>
        </w:rPr>
        <w:t xml:space="preserve"> </w:t>
      </w:r>
      <w:r>
        <w:rPr>
          <w:rFonts w:ascii="Segoe UI" w:eastAsia="Segoe UI" w:hAnsi="Segoe UI"/>
          <w:color w:val="000000"/>
          <w:spacing w:val="-4"/>
        </w:rPr>
        <w:t>zejména</w:t>
      </w:r>
      <w:r>
        <w:rPr>
          <w:rFonts w:ascii="Times New Roman" w:eastAsia="Times New Roman" w:hAnsi="Times New Roman"/>
          <w:color w:val="000000"/>
          <w:spacing w:val="6"/>
        </w:rPr>
        <w:t xml:space="preserve"> </w:t>
      </w:r>
      <w:r>
        <w:rPr>
          <w:rFonts w:ascii="Segoe UI" w:eastAsia="Segoe UI" w:hAnsi="Segoe UI"/>
          <w:color w:val="000000"/>
          <w:spacing w:val="-7"/>
        </w:rPr>
        <w:t>slevy</w:t>
      </w:r>
      <w:r>
        <w:rPr>
          <w:rFonts w:ascii="Segoe UI" w:eastAsia="Segoe UI" w:hAnsi="Segoe UI"/>
          <w:color w:val="000000"/>
          <w:spacing w:val="13"/>
        </w:rPr>
        <w:t>,</w:t>
      </w:r>
    </w:p>
    <w:p w14:paraId="67843187" w14:textId="77777777" w:rsidR="00DE1DE9" w:rsidRDefault="002C7C64">
      <w:pPr>
        <w:wordWrap w:val="0"/>
        <w:autoSpaceDE w:val="0"/>
        <w:autoSpaceDN w:val="0"/>
        <w:spacing w:before="99" w:after="320" w:line="220" w:lineRule="exact"/>
        <w:ind w:left="1264"/>
      </w:pPr>
      <w:r>
        <w:rPr>
          <w:rFonts w:ascii="Segoe UI" w:eastAsia="Segoe UI" w:hAnsi="Segoe UI"/>
          <w:color w:val="000000"/>
          <w:spacing w:val="-3"/>
        </w:rPr>
        <w:t>tarify</w:t>
      </w:r>
      <w:r>
        <w:rPr>
          <w:rFonts w:ascii="Times New Roman" w:eastAsia="Times New Roman" w:hAnsi="Times New Roman"/>
          <w:color w:val="000000"/>
          <w:spacing w:val="6"/>
        </w:rPr>
        <w:t xml:space="preserve"> </w:t>
      </w:r>
      <w:r>
        <w:rPr>
          <w:rFonts w:ascii="Segoe UI" w:eastAsia="Segoe UI" w:hAnsi="Segoe UI"/>
          <w:color w:val="000000"/>
          <w:spacing w:val="-2"/>
        </w:rPr>
        <w:t>a</w:t>
      </w:r>
      <w:r>
        <w:rPr>
          <w:rFonts w:ascii="Times New Roman" w:eastAsia="Times New Roman" w:hAnsi="Times New Roman"/>
          <w:color w:val="000000"/>
          <w:spacing w:val="6"/>
        </w:rPr>
        <w:t xml:space="preserve"> </w:t>
      </w:r>
      <w:r>
        <w:rPr>
          <w:rFonts w:ascii="Segoe UI" w:eastAsia="Segoe UI" w:hAnsi="Segoe UI"/>
          <w:color w:val="000000"/>
          <w:spacing w:val="-6"/>
        </w:rPr>
        <w:t>podobně</w:t>
      </w:r>
      <w:r>
        <w:rPr>
          <w:rFonts w:ascii="Segoe UI" w:eastAsia="Segoe UI" w:hAnsi="Segoe UI"/>
          <w:color w:val="000000"/>
          <w:spacing w:val="13"/>
        </w:rPr>
        <w:t>,</w:t>
      </w:r>
      <w:r>
        <w:rPr>
          <w:rFonts w:ascii="Times New Roman" w:eastAsia="Times New Roman" w:hAnsi="Times New Roman"/>
          <w:color w:val="000000"/>
          <w:spacing w:val="6"/>
        </w:rPr>
        <w:t xml:space="preserve"> </w:t>
      </w:r>
      <w:r>
        <w:rPr>
          <w:rFonts w:ascii="Segoe UI" w:eastAsia="Segoe UI" w:hAnsi="Segoe UI"/>
          <w:color w:val="000000"/>
          <w:spacing w:val="-5"/>
        </w:rPr>
        <w:t>vám</w:t>
      </w:r>
      <w:r>
        <w:rPr>
          <w:rFonts w:ascii="Times New Roman" w:eastAsia="Times New Roman" w:hAnsi="Times New Roman"/>
          <w:color w:val="000000"/>
          <w:spacing w:val="6"/>
        </w:rPr>
        <w:t xml:space="preserve"> </w:t>
      </w:r>
      <w:r>
        <w:rPr>
          <w:rFonts w:ascii="Segoe UI" w:eastAsia="Segoe UI" w:hAnsi="Segoe UI"/>
          <w:color w:val="000000"/>
          <w:spacing w:val="-4"/>
        </w:rPr>
        <w:t>zůstává</w:t>
      </w:r>
      <w:r>
        <w:rPr>
          <w:rFonts w:ascii="Segoe UI" w:eastAsia="Segoe UI" w:hAnsi="Segoe UI"/>
          <w:color w:val="000000"/>
          <w:spacing w:val="13"/>
        </w:rPr>
        <w:t>,</w:t>
      </w:r>
      <w:r>
        <w:rPr>
          <w:rFonts w:ascii="Times New Roman" w:eastAsia="Times New Roman" w:hAnsi="Times New Roman"/>
          <w:color w:val="000000"/>
          <w:spacing w:val="6"/>
        </w:rPr>
        <w:t xml:space="preserve"> </w:t>
      </w:r>
      <w:r>
        <w:rPr>
          <w:rFonts w:ascii="Segoe UI" w:eastAsia="Segoe UI" w:hAnsi="Segoe UI"/>
          <w:color w:val="000000"/>
          <w:spacing w:val="-2"/>
        </w:rPr>
        <w:t>jak</w:t>
      </w:r>
      <w:r>
        <w:rPr>
          <w:rFonts w:ascii="Times New Roman" w:eastAsia="Times New Roman" w:hAnsi="Times New Roman"/>
          <w:color w:val="000000"/>
          <w:spacing w:val="6"/>
        </w:rPr>
        <w:t xml:space="preserve"> </w:t>
      </w:r>
      <w:r>
        <w:rPr>
          <w:rFonts w:ascii="Segoe UI" w:eastAsia="Segoe UI" w:hAnsi="Segoe UI"/>
          <w:color w:val="000000"/>
          <w:spacing w:val="-5"/>
        </w:rPr>
        <w:t>jste</w:t>
      </w:r>
      <w:r>
        <w:rPr>
          <w:rFonts w:ascii="Times New Roman" w:eastAsia="Times New Roman" w:hAnsi="Times New Roman"/>
          <w:color w:val="000000"/>
          <w:spacing w:val="6"/>
        </w:rPr>
        <w:t xml:space="preserve"> </w:t>
      </w:r>
      <w:r>
        <w:rPr>
          <w:rFonts w:ascii="Segoe UI" w:eastAsia="Segoe UI" w:hAnsi="Segoe UI"/>
          <w:color w:val="000000"/>
          <w:spacing w:val="-5"/>
        </w:rPr>
        <w:t>měli</w:t>
      </w:r>
      <w:r>
        <w:rPr>
          <w:rFonts w:ascii="Segoe UI" w:eastAsia="Segoe UI" w:hAnsi="Segoe UI"/>
          <w:color w:val="000000"/>
          <w:spacing w:val="13"/>
        </w:rPr>
        <w:t>.</w:t>
      </w:r>
    </w:p>
    <w:p w14:paraId="556CEC85" w14:textId="77777777" w:rsidR="00DE1DE9" w:rsidRDefault="002C7C64">
      <w:pPr>
        <w:wordWrap w:val="0"/>
        <w:autoSpaceDE w:val="0"/>
        <w:autoSpaceDN w:val="0"/>
        <w:spacing w:before="640" w:after="26" w:line="170" w:lineRule="exact"/>
        <w:ind w:left="40"/>
      </w:pPr>
      <w:r>
        <w:rPr>
          <w:rFonts w:ascii="Segoe UI" w:eastAsia="Segoe UI" w:hAnsi="Segoe UI"/>
          <w:color w:val="53B5E6"/>
          <w:spacing w:val="-2"/>
          <w:sz w:val="17"/>
        </w:rPr>
        <w:t>Účastník</w:t>
      </w:r>
      <w:r>
        <w:rPr>
          <w:rFonts w:ascii="Segoe UI" w:eastAsia="Segoe UI" w:hAnsi="Segoe UI"/>
          <w:color w:val="53B5E6"/>
          <w:spacing w:val="10"/>
          <w:sz w:val="17"/>
        </w:rPr>
        <w:t>:</w:t>
      </w:r>
    </w:p>
    <w:p w14:paraId="4EBA9A69" w14:textId="77777777" w:rsidR="00DE1DE9" w:rsidRDefault="00DE1DE9">
      <w:pPr>
        <w:spacing w:after="0"/>
        <w:sectPr w:rsidR="00DE1DE9">
          <w:type w:val="continuous"/>
          <w:pgSz w:w="11905" w:h="16837"/>
          <w:pgMar w:top="417" w:right="529" w:bottom="200" w:left="810" w:header="720" w:footer="720" w:gutter="0"/>
          <w:cols w:space="720" w:equalWidth="0">
            <w:col w:w="10566" w:space="0"/>
          </w:cols>
          <w:docGrid w:linePitch="360"/>
        </w:sectPr>
      </w:pPr>
    </w:p>
    <w:p w14:paraId="67C27DCB" w14:textId="77777777" w:rsidR="00DE1DE9" w:rsidRDefault="002C7C64">
      <w:pPr>
        <w:wordWrap w:val="0"/>
        <w:autoSpaceDE w:val="0"/>
        <w:autoSpaceDN w:val="0"/>
        <w:spacing w:before="26" w:after="25" w:line="170" w:lineRule="exact"/>
        <w:ind w:left="40"/>
      </w:pPr>
      <w:r>
        <w:rPr>
          <w:rFonts w:ascii="Segoe UI" w:eastAsia="Segoe UI" w:hAnsi="Segoe UI"/>
          <w:color w:val="000000"/>
          <w:spacing w:val="-1"/>
          <w:sz w:val="17"/>
        </w:rPr>
        <w:t>Centrum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psychologické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pomoci</w:t>
      </w:r>
      <w:r>
        <w:rPr>
          <w:rFonts w:ascii="Segoe UI" w:eastAsia="Segoe UI" w:hAnsi="Segoe UI"/>
          <w:color w:val="000000"/>
          <w:spacing w:val="10"/>
          <w:sz w:val="17"/>
        </w:rPr>
        <w:t>,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příspěvková</w:t>
      </w:r>
    </w:p>
    <w:p w14:paraId="2B60B1CF" w14:textId="77777777" w:rsidR="00DE1DE9" w:rsidRDefault="002C7C64">
      <w:pPr>
        <w:wordWrap w:val="0"/>
        <w:autoSpaceDE w:val="0"/>
        <w:autoSpaceDN w:val="0"/>
        <w:spacing w:before="51" w:after="25" w:line="170" w:lineRule="exact"/>
        <w:ind w:left="40"/>
      </w:pPr>
      <w:r>
        <w:rPr>
          <w:rFonts w:ascii="Segoe UI" w:eastAsia="Segoe UI" w:hAnsi="Segoe UI"/>
          <w:color w:val="000000"/>
          <w:spacing w:val="-3"/>
          <w:sz w:val="17"/>
        </w:rPr>
        <w:t>organizace</w:t>
      </w:r>
    </w:p>
    <w:p w14:paraId="37921C9B" w14:textId="1F53F670" w:rsidR="00DE1DE9" w:rsidRDefault="002C7C64">
      <w:pPr>
        <w:wordWrap w:val="0"/>
        <w:autoSpaceDE w:val="0"/>
        <w:autoSpaceDN w:val="0"/>
        <w:spacing w:before="51" w:after="26" w:line="170" w:lineRule="exact"/>
        <w:ind w:left="40"/>
      </w:pPr>
      <w:r>
        <w:rPr>
          <w:rFonts w:ascii="Segoe UI" w:eastAsia="Segoe UI" w:hAnsi="Segoe UI"/>
          <w:color w:val="000000"/>
          <w:spacing w:val="-1"/>
          <w:sz w:val="17"/>
        </w:rPr>
        <w:t>O2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7"/>
          <w:sz w:val="17"/>
        </w:rPr>
        <w:t>ID</w:t>
      </w:r>
      <w:r>
        <w:rPr>
          <w:rFonts w:ascii="Segoe UI" w:eastAsia="Segoe UI" w:hAnsi="Segoe UI"/>
          <w:color w:val="000000"/>
          <w:spacing w:val="10"/>
          <w:sz w:val="17"/>
        </w:rPr>
        <w:t>: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 w:rsidR="00A74DE2">
        <w:rPr>
          <w:rFonts w:ascii="Segoe UI" w:eastAsia="Segoe UI" w:hAnsi="Segoe UI"/>
          <w:color w:val="000000"/>
          <w:spacing w:val="-3"/>
          <w:sz w:val="17"/>
        </w:rPr>
        <w:t>xxx</w:t>
      </w:r>
    </w:p>
    <w:p w14:paraId="7B6027F1" w14:textId="77777777" w:rsidR="00DE1DE9" w:rsidRDefault="002C7C64">
      <w:pPr>
        <w:wordWrap w:val="0"/>
        <w:autoSpaceDE w:val="0"/>
        <w:autoSpaceDN w:val="0"/>
        <w:spacing w:before="53" w:after="26" w:line="170" w:lineRule="exact"/>
        <w:ind w:left="40"/>
      </w:pPr>
      <w:r>
        <w:rPr>
          <w:rFonts w:ascii="Segoe UI" w:eastAsia="Segoe UI" w:hAnsi="Segoe UI"/>
          <w:color w:val="000000"/>
          <w:spacing w:val="-7"/>
          <w:sz w:val="17"/>
        </w:rPr>
        <w:t>TIP</w:t>
      </w:r>
      <w:r>
        <w:rPr>
          <w:rFonts w:ascii="Segoe UI" w:eastAsia="Segoe UI" w:hAnsi="Segoe UI"/>
          <w:color w:val="000000"/>
          <w:spacing w:val="10"/>
          <w:sz w:val="17"/>
        </w:rPr>
        <w:t>: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A112ECM5</w:t>
      </w:r>
    </w:p>
    <w:p w14:paraId="32E94D40" w14:textId="77777777" w:rsidR="00DE1DE9" w:rsidRDefault="002C7C64">
      <w:pPr>
        <w:wordWrap w:val="0"/>
        <w:autoSpaceDE w:val="0"/>
        <w:autoSpaceDN w:val="0"/>
        <w:spacing w:before="53" w:after="26" w:line="170" w:lineRule="exact"/>
        <w:ind w:left="40"/>
      </w:pPr>
      <w:r>
        <w:rPr>
          <w:rFonts w:ascii="Segoe UI" w:eastAsia="Segoe UI" w:hAnsi="Segoe UI"/>
          <w:color w:val="000000"/>
          <w:spacing w:val="-2"/>
          <w:sz w:val="17"/>
        </w:rPr>
        <w:t>IČO</w:t>
      </w:r>
      <w:r>
        <w:rPr>
          <w:rFonts w:ascii="Segoe UI" w:eastAsia="Segoe UI" w:hAnsi="Segoe UI"/>
          <w:color w:val="000000"/>
          <w:spacing w:val="10"/>
          <w:sz w:val="17"/>
        </w:rPr>
        <w:t>: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00847267</w:t>
      </w:r>
    </w:p>
    <w:p w14:paraId="3B455E1A" w14:textId="29265367" w:rsidR="00DE1DE9" w:rsidRDefault="002C7C64">
      <w:pPr>
        <w:wordWrap w:val="0"/>
        <w:autoSpaceDE w:val="0"/>
        <w:autoSpaceDN w:val="0"/>
        <w:spacing w:before="53" w:after="196" w:line="170" w:lineRule="exact"/>
        <w:ind w:left="40"/>
      </w:pPr>
      <w:r>
        <w:rPr>
          <w:rFonts w:ascii="Segoe UI" w:eastAsia="Segoe UI" w:hAnsi="Segoe UI"/>
          <w:color w:val="000000"/>
          <w:spacing w:val="-4"/>
          <w:sz w:val="17"/>
        </w:rPr>
        <w:t>Tel</w:t>
      </w:r>
      <w:r>
        <w:rPr>
          <w:rFonts w:ascii="Segoe UI" w:eastAsia="Segoe UI" w:hAnsi="Segoe UI"/>
          <w:color w:val="000000"/>
          <w:spacing w:val="10"/>
          <w:sz w:val="17"/>
        </w:rPr>
        <w:t>.: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420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 w:rsidR="00A74DE2">
        <w:rPr>
          <w:rFonts w:ascii="Segoe UI" w:eastAsia="Segoe UI" w:hAnsi="Segoe UI"/>
          <w:color w:val="000000"/>
          <w:spacing w:val="3"/>
          <w:sz w:val="17"/>
        </w:rPr>
        <w:t>xxx</w:t>
      </w:r>
    </w:p>
    <w:p w14:paraId="6F37DAB8" w14:textId="77777777" w:rsidR="00DE1DE9" w:rsidRDefault="002C7C64">
      <w:pPr>
        <w:wordWrap w:val="0"/>
        <w:autoSpaceDE w:val="0"/>
        <w:autoSpaceDN w:val="0"/>
        <w:spacing w:before="393" w:after="26" w:line="170" w:lineRule="exact"/>
        <w:ind w:left="40"/>
      </w:pPr>
      <w:r>
        <w:rPr>
          <w:rFonts w:ascii="Segoe UI" w:eastAsia="Segoe UI" w:hAnsi="Segoe UI"/>
          <w:color w:val="54B5E4"/>
          <w:spacing w:val="-3"/>
          <w:sz w:val="17"/>
        </w:rPr>
        <w:t>Adresa</w:t>
      </w:r>
      <w:r>
        <w:rPr>
          <w:rFonts w:ascii="Segoe UI" w:eastAsia="Segoe UI" w:hAnsi="Segoe UI"/>
          <w:color w:val="54B5E4"/>
          <w:spacing w:val="10"/>
          <w:sz w:val="17"/>
        </w:rPr>
        <w:t>:</w:t>
      </w:r>
    </w:p>
    <w:p w14:paraId="4CCEA56D" w14:textId="77777777" w:rsidR="00DE1DE9" w:rsidRDefault="002C7C64">
      <w:pPr>
        <w:wordWrap w:val="0"/>
        <w:autoSpaceDE w:val="0"/>
        <w:autoSpaceDN w:val="0"/>
        <w:spacing w:before="53" w:after="26" w:line="170" w:lineRule="exact"/>
        <w:ind w:left="40"/>
      </w:pPr>
      <w:r>
        <w:rPr>
          <w:rFonts w:ascii="Segoe UI" w:eastAsia="Segoe UI" w:hAnsi="Segoe UI"/>
          <w:color w:val="000000"/>
          <w:spacing w:val="-8"/>
          <w:sz w:val="17"/>
        </w:rPr>
        <w:t>Na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Bělidle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815</w:t>
      </w:r>
      <w:r>
        <w:rPr>
          <w:rFonts w:ascii="Segoe UI" w:eastAsia="Segoe UI" w:hAnsi="Segoe UI"/>
          <w:color w:val="000000"/>
          <w:spacing w:val="-19"/>
          <w:sz w:val="17"/>
        </w:rPr>
        <w:t>/</w:t>
      </w:r>
      <w:r>
        <w:rPr>
          <w:rFonts w:ascii="Segoe UI" w:eastAsia="Segoe UI" w:hAnsi="Segoe UI"/>
          <w:color w:val="000000"/>
          <w:spacing w:val="3"/>
          <w:sz w:val="17"/>
        </w:rPr>
        <w:t>12</w:t>
      </w:r>
    </w:p>
    <w:p w14:paraId="2EAD25AF" w14:textId="77777777" w:rsidR="00DE1DE9" w:rsidRDefault="002C7C64">
      <w:pPr>
        <w:wordWrap w:val="0"/>
        <w:autoSpaceDE w:val="0"/>
        <w:autoSpaceDN w:val="0"/>
        <w:spacing w:before="53" w:after="4924" w:line="170" w:lineRule="exact"/>
        <w:ind w:left="40"/>
      </w:pPr>
      <w:r>
        <w:rPr>
          <w:rFonts w:ascii="Segoe UI" w:eastAsia="Segoe UI" w:hAnsi="Segoe UI"/>
          <w:color w:val="000000"/>
          <w:spacing w:val="3"/>
          <w:sz w:val="17"/>
        </w:rPr>
        <w:t>73301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7"/>
        </w:rPr>
        <w:t>Karviná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11"/>
          <w:sz w:val="17"/>
        </w:rPr>
        <w:t>-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Fryštát</w:t>
      </w:r>
    </w:p>
    <w:p w14:paraId="438B714E" w14:textId="77777777" w:rsidR="00DE1DE9" w:rsidRDefault="00DE1DE9">
      <w:pPr>
        <w:spacing w:before="19" w:after="0"/>
        <w:sectPr w:rsidR="00DE1DE9">
          <w:type w:val="continuous"/>
          <w:pgSz w:w="11905" w:h="16837"/>
          <w:pgMar w:top="417" w:right="529" w:bottom="200" w:left="810" w:header="720" w:footer="720" w:gutter="0"/>
          <w:cols w:num="2" w:space="720" w:equalWidth="0">
            <w:col w:w="3684" w:space="0"/>
            <w:col w:w="6882" w:space="0"/>
          </w:cols>
          <w:docGrid w:linePitch="360"/>
        </w:sectPr>
      </w:pPr>
    </w:p>
    <w:p w14:paraId="5786A928" w14:textId="77777777" w:rsidR="00DE1DE9" w:rsidRDefault="002C7C64">
      <w:pPr>
        <w:wordWrap w:val="0"/>
        <w:autoSpaceDE w:val="0"/>
        <w:autoSpaceDN w:val="0"/>
        <w:spacing w:before="59" w:after="181" w:line="150" w:lineRule="exact"/>
        <w:ind w:left="396"/>
      </w:pPr>
      <w:r>
        <w:rPr>
          <w:rFonts w:ascii="Segoe UI" w:eastAsia="Segoe UI" w:hAnsi="Segoe UI"/>
          <w:color w:val="767376"/>
          <w:spacing w:val="-4"/>
          <w:sz w:val="15"/>
        </w:rPr>
        <w:t>NOVÁ</w:t>
      </w:r>
      <w:r>
        <w:rPr>
          <w:rFonts w:ascii="Times New Roman" w:eastAsia="Times New Roman" w:hAnsi="Times New Roman"/>
          <w:color w:val="767376"/>
          <w:spacing w:val="4"/>
          <w:sz w:val="15"/>
        </w:rPr>
        <w:t xml:space="preserve"> </w:t>
      </w:r>
      <w:r>
        <w:rPr>
          <w:rFonts w:ascii="Segoe UI" w:eastAsia="Segoe UI" w:hAnsi="Segoe UI"/>
          <w:color w:val="767376"/>
          <w:spacing w:val="-4"/>
          <w:sz w:val="15"/>
        </w:rPr>
        <w:t>SLUŽBA</w:t>
      </w:r>
    </w:p>
    <w:p w14:paraId="64144BFB" w14:textId="77777777" w:rsidR="00DE1DE9" w:rsidRDefault="002C7C64">
      <w:pPr>
        <w:wordWrap w:val="0"/>
        <w:autoSpaceDE w:val="0"/>
        <w:autoSpaceDN w:val="0"/>
        <w:spacing w:before="363" w:after="55" w:line="280" w:lineRule="exact"/>
        <w:ind w:left="396"/>
      </w:pPr>
      <w:r>
        <w:rPr>
          <w:rFonts w:ascii="Segoe UI" w:eastAsia="Segoe UI" w:hAnsi="Segoe UI"/>
          <w:color w:val="54B5E4"/>
          <w:spacing w:val="-7"/>
          <w:sz w:val="28"/>
        </w:rPr>
        <w:t>Oneplay</w:t>
      </w:r>
      <w:r>
        <w:rPr>
          <w:rFonts w:ascii="Times New Roman" w:eastAsia="Times New Roman" w:hAnsi="Times New Roman"/>
          <w:color w:val="54B5E4"/>
          <w:spacing w:val="8"/>
          <w:sz w:val="28"/>
        </w:rPr>
        <w:t xml:space="preserve"> </w:t>
      </w:r>
      <w:r>
        <w:rPr>
          <w:rFonts w:ascii="Segoe UI" w:eastAsia="Segoe UI" w:hAnsi="Segoe UI"/>
          <w:color w:val="54B5E4"/>
          <w:spacing w:val="-2"/>
          <w:sz w:val="28"/>
        </w:rPr>
        <w:t>Komfort</w:t>
      </w:r>
    </w:p>
    <w:p w14:paraId="79B3BDF6" w14:textId="77777777" w:rsidR="00DE1DE9" w:rsidRDefault="002C7C64">
      <w:pPr>
        <w:wordWrap w:val="0"/>
        <w:autoSpaceDE w:val="0"/>
        <w:autoSpaceDN w:val="0"/>
        <w:spacing w:before="110" w:after="133" w:line="170" w:lineRule="exact"/>
        <w:ind w:left="396"/>
      </w:pPr>
      <w:r>
        <w:rPr>
          <w:rFonts w:ascii="Segoe UI" w:eastAsia="Segoe UI" w:hAnsi="Segoe UI"/>
          <w:color w:val="000000"/>
          <w:spacing w:val="-4"/>
          <w:sz w:val="17"/>
        </w:rPr>
        <w:t>Oneplay</w:t>
      </w:r>
    </w:p>
    <w:p w14:paraId="7F8B8824" w14:textId="77777777" w:rsidR="00DE1DE9" w:rsidRDefault="002C7C64">
      <w:pPr>
        <w:wordWrap w:val="0"/>
        <w:autoSpaceDE w:val="0"/>
        <w:autoSpaceDN w:val="0"/>
        <w:spacing w:before="267" w:after="25" w:line="170" w:lineRule="exact"/>
        <w:ind w:left="394"/>
      </w:pPr>
      <w:r>
        <w:rPr>
          <w:rFonts w:ascii="Segoe UI" w:eastAsia="Segoe UI" w:hAnsi="Segoe UI"/>
          <w:color w:val="000000"/>
          <w:spacing w:val="16"/>
          <w:sz w:val="17"/>
        </w:rPr>
        <w:t>•</w:t>
      </w:r>
      <w:r>
        <w:rPr>
          <w:rFonts w:ascii="Segoe UI" w:eastAsia="Segoe UI" w:hAnsi="Segoe UI"/>
          <w:color w:val="000000"/>
          <w:spacing w:val="122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7"/>
        </w:rPr>
        <w:t>Nejméně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40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programů</w:t>
      </w:r>
      <w:r>
        <w:rPr>
          <w:rFonts w:ascii="Segoe UI" w:eastAsia="Segoe UI" w:hAnsi="Segoe UI"/>
          <w:color w:val="000000"/>
          <w:spacing w:val="10"/>
          <w:sz w:val="17"/>
        </w:rPr>
        <w:t>.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7"/>
        </w:rPr>
        <w:t>z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7"/>
        </w:rPr>
        <w:t>toho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7"/>
        </w:rPr>
        <w:t>minimálně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8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7"/>
        </w:rPr>
        <w:t>filmových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7"/>
        </w:rPr>
        <w:t>min</w:t>
      </w:r>
      <w:r>
        <w:rPr>
          <w:rFonts w:ascii="Segoe UI" w:eastAsia="Segoe UI" w:hAnsi="Segoe UI"/>
          <w:color w:val="000000"/>
          <w:spacing w:val="10"/>
          <w:sz w:val="17"/>
        </w:rPr>
        <w:t>.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1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sportovní</w:t>
      </w:r>
      <w:r>
        <w:rPr>
          <w:rFonts w:ascii="Segoe UI" w:eastAsia="Segoe UI" w:hAnsi="Segoe UI"/>
          <w:color w:val="000000"/>
          <w:spacing w:val="10"/>
          <w:sz w:val="17"/>
        </w:rPr>
        <w:t>,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7"/>
        </w:rPr>
        <w:t>min</w:t>
      </w:r>
      <w:r>
        <w:rPr>
          <w:rFonts w:ascii="Segoe UI" w:eastAsia="Segoe UI" w:hAnsi="Segoe UI"/>
          <w:color w:val="000000"/>
          <w:spacing w:val="10"/>
          <w:sz w:val="17"/>
        </w:rPr>
        <w:t>.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1</w:t>
      </w:r>
    </w:p>
    <w:p w14:paraId="26F2BDFF" w14:textId="77777777" w:rsidR="00DE1DE9" w:rsidRDefault="002C7C64">
      <w:pPr>
        <w:wordWrap w:val="0"/>
        <w:autoSpaceDE w:val="0"/>
        <w:autoSpaceDN w:val="0"/>
        <w:spacing w:before="51" w:after="25" w:line="170" w:lineRule="exact"/>
        <w:ind w:left="648"/>
      </w:pPr>
      <w:r>
        <w:rPr>
          <w:rFonts w:ascii="Segoe UI" w:eastAsia="Segoe UI" w:hAnsi="Segoe UI"/>
          <w:color w:val="000000"/>
          <w:spacing w:val="-4"/>
          <w:sz w:val="17"/>
        </w:rPr>
        <w:t>dětský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7"/>
        </w:rPr>
        <w:t>a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7"/>
        </w:rPr>
        <w:t>min</w:t>
      </w:r>
      <w:r>
        <w:rPr>
          <w:rFonts w:ascii="Segoe UI" w:eastAsia="Segoe UI" w:hAnsi="Segoe UI"/>
          <w:color w:val="000000"/>
          <w:spacing w:val="10"/>
          <w:sz w:val="17"/>
        </w:rPr>
        <w:t>.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2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7"/>
        </w:rPr>
        <w:t>dokumentárních</w:t>
      </w:r>
      <w:r>
        <w:rPr>
          <w:rFonts w:ascii="Segoe UI" w:eastAsia="Segoe UI" w:hAnsi="Segoe UI"/>
          <w:color w:val="000000"/>
          <w:spacing w:val="10"/>
          <w:sz w:val="17"/>
        </w:rPr>
        <w:t>.</w:t>
      </w:r>
    </w:p>
    <w:p w14:paraId="496FAF49" w14:textId="77777777" w:rsidR="00DE1DE9" w:rsidRDefault="002C7C64">
      <w:pPr>
        <w:wordWrap w:val="0"/>
        <w:autoSpaceDE w:val="0"/>
        <w:autoSpaceDN w:val="0"/>
        <w:spacing w:before="51" w:after="116" w:line="170" w:lineRule="exact"/>
        <w:ind w:left="394"/>
      </w:pPr>
      <w:r>
        <w:rPr>
          <w:rFonts w:ascii="Segoe UI" w:eastAsia="Segoe UI" w:hAnsi="Segoe UI"/>
          <w:color w:val="000000"/>
          <w:spacing w:val="16"/>
          <w:sz w:val="17"/>
        </w:rPr>
        <w:t>•</w:t>
      </w:r>
      <w:r>
        <w:rPr>
          <w:rFonts w:ascii="Segoe UI" w:eastAsia="Segoe UI" w:hAnsi="Segoe UI"/>
          <w:color w:val="000000"/>
          <w:spacing w:val="122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7"/>
        </w:rPr>
        <w:t>Videotéka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7"/>
        </w:rPr>
        <w:t>filmů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7"/>
        </w:rPr>
        <w:t>a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7"/>
        </w:rPr>
        <w:t>seriálů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Oneplay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7"/>
        </w:rPr>
        <w:t>součástí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7"/>
        </w:rPr>
        <w:t>tarifu</w:t>
      </w:r>
      <w:r>
        <w:rPr>
          <w:rFonts w:ascii="Segoe UI" w:eastAsia="Segoe UI" w:hAnsi="Segoe UI"/>
          <w:color w:val="000000"/>
          <w:spacing w:val="10"/>
          <w:sz w:val="17"/>
        </w:rPr>
        <w:t>.</w:t>
      </w:r>
    </w:p>
    <w:p w14:paraId="5CA46094" w14:textId="77777777" w:rsidR="00DE1DE9" w:rsidRDefault="002C7C64">
      <w:pPr>
        <w:wordWrap w:val="0"/>
        <w:autoSpaceDE w:val="0"/>
        <w:autoSpaceDN w:val="0"/>
        <w:spacing w:before="232" w:after="111" w:line="170" w:lineRule="exact"/>
        <w:ind w:left="394"/>
      </w:pPr>
      <w:r>
        <w:rPr>
          <w:rFonts w:ascii="Segoe UI" w:eastAsia="Segoe UI" w:hAnsi="Segoe UI"/>
          <w:color w:val="000000"/>
          <w:spacing w:val="16"/>
          <w:sz w:val="17"/>
        </w:rPr>
        <w:t>•</w:t>
      </w:r>
      <w:r>
        <w:rPr>
          <w:rFonts w:ascii="Segoe UI" w:eastAsia="Segoe UI" w:hAnsi="Segoe UI"/>
          <w:color w:val="000000"/>
          <w:spacing w:val="121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7"/>
        </w:rPr>
        <w:t>Vaše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číslo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služby</w:t>
      </w:r>
      <w:r>
        <w:rPr>
          <w:rFonts w:ascii="Segoe UI" w:eastAsia="Segoe UI" w:hAnsi="Segoe UI"/>
          <w:color w:val="000000"/>
          <w:spacing w:val="10"/>
          <w:sz w:val="17"/>
        </w:rPr>
        <w:t>: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8047371819</w:t>
      </w:r>
    </w:p>
    <w:p w14:paraId="2919FE89" w14:textId="77777777" w:rsidR="00DE1DE9" w:rsidRDefault="002C7C64">
      <w:pPr>
        <w:wordWrap w:val="0"/>
        <w:autoSpaceDE w:val="0"/>
        <w:autoSpaceDN w:val="0"/>
        <w:spacing w:before="222" w:after="19" w:line="130" w:lineRule="exact"/>
        <w:ind w:left="396"/>
      </w:pPr>
      <w:r>
        <w:rPr>
          <w:rFonts w:ascii="Segoe UI" w:eastAsia="Segoe UI" w:hAnsi="Segoe UI"/>
          <w:color w:val="6F6C6F"/>
          <w:spacing w:val="-2"/>
          <w:sz w:val="13"/>
        </w:rPr>
        <w:t>Služba</w:t>
      </w:r>
      <w:r>
        <w:rPr>
          <w:rFonts w:ascii="Times New Roman" w:eastAsia="Times New Roman" w:hAnsi="Times New Roman"/>
          <w:color w:val="6F6C6F"/>
          <w:spacing w:val="4"/>
          <w:sz w:val="13"/>
        </w:rPr>
        <w:t xml:space="preserve"> </w:t>
      </w:r>
      <w:r>
        <w:rPr>
          <w:rFonts w:ascii="Segoe UI" w:eastAsia="Segoe UI" w:hAnsi="Segoe UI"/>
          <w:color w:val="6F6C6F"/>
          <w:spacing w:val="-3"/>
          <w:sz w:val="13"/>
        </w:rPr>
        <w:t>je</w:t>
      </w:r>
      <w:r>
        <w:rPr>
          <w:rFonts w:ascii="Times New Roman" w:eastAsia="Times New Roman" w:hAnsi="Times New Roman"/>
          <w:color w:val="6F6C6F"/>
          <w:spacing w:val="4"/>
          <w:sz w:val="13"/>
        </w:rPr>
        <w:t xml:space="preserve"> </w:t>
      </w:r>
      <w:r>
        <w:rPr>
          <w:rFonts w:ascii="Segoe UI" w:eastAsia="Segoe UI" w:hAnsi="Segoe UI"/>
          <w:color w:val="6F6C6F"/>
          <w:spacing w:val="-2"/>
          <w:sz w:val="13"/>
        </w:rPr>
        <w:t>určena</w:t>
      </w:r>
      <w:r>
        <w:rPr>
          <w:rFonts w:ascii="Times New Roman" w:eastAsia="Times New Roman" w:hAnsi="Times New Roman"/>
          <w:color w:val="6F6C6F"/>
          <w:spacing w:val="4"/>
          <w:sz w:val="13"/>
        </w:rPr>
        <w:t xml:space="preserve"> </w:t>
      </w:r>
      <w:r>
        <w:rPr>
          <w:rFonts w:ascii="Segoe UI" w:eastAsia="Segoe UI" w:hAnsi="Segoe UI"/>
          <w:color w:val="6F6C6F"/>
          <w:spacing w:val="-3"/>
          <w:sz w:val="13"/>
        </w:rPr>
        <w:t>pro</w:t>
      </w:r>
      <w:r>
        <w:rPr>
          <w:rFonts w:ascii="Times New Roman" w:eastAsia="Times New Roman" w:hAnsi="Times New Roman"/>
          <w:color w:val="6F6C6F"/>
          <w:spacing w:val="4"/>
          <w:sz w:val="13"/>
        </w:rPr>
        <w:t xml:space="preserve"> </w:t>
      </w:r>
      <w:r>
        <w:rPr>
          <w:rFonts w:ascii="Segoe UI" w:eastAsia="Segoe UI" w:hAnsi="Segoe UI"/>
          <w:color w:val="6F6C6F"/>
          <w:spacing w:val="-3"/>
          <w:sz w:val="13"/>
        </w:rPr>
        <w:t>domácí</w:t>
      </w:r>
      <w:r>
        <w:rPr>
          <w:rFonts w:ascii="Times New Roman" w:eastAsia="Times New Roman" w:hAnsi="Times New Roman"/>
          <w:color w:val="6F6C6F"/>
          <w:spacing w:val="4"/>
          <w:sz w:val="13"/>
        </w:rPr>
        <w:t xml:space="preserve"> </w:t>
      </w:r>
      <w:r>
        <w:rPr>
          <w:rFonts w:ascii="Segoe UI" w:eastAsia="Segoe UI" w:hAnsi="Segoe UI"/>
          <w:color w:val="6F6C6F"/>
          <w:spacing w:val="-2"/>
          <w:sz w:val="13"/>
        </w:rPr>
        <w:t>užívání</w:t>
      </w:r>
      <w:r>
        <w:rPr>
          <w:rFonts w:ascii="Times New Roman" w:eastAsia="Times New Roman" w:hAnsi="Times New Roman"/>
          <w:color w:val="6F6C6F"/>
          <w:spacing w:val="4"/>
          <w:sz w:val="13"/>
        </w:rPr>
        <w:t xml:space="preserve"> </w:t>
      </w:r>
      <w:r>
        <w:rPr>
          <w:rFonts w:ascii="Segoe UI" w:eastAsia="Segoe UI" w:hAnsi="Segoe UI"/>
          <w:color w:val="6F6C6F"/>
          <w:spacing w:val="-1"/>
          <w:sz w:val="13"/>
        </w:rPr>
        <w:t>a</w:t>
      </w:r>
      <w:r>
        <w:rPr>
          <w:rFonts w:ascii="Times New Roman" w:eastAsia="Times New Roman" w:hAnsi="Times New Roman"/>
          <w:color w:val="6F6C6F"/>
          <w:spacing w:val="4"/>
          <w:sz w:val="13"/>
        </w:rPr>
        <w:t xml:space="preserve"> </w:t>
      </w:r>
      <w:r>
        <w:rPr>
          <w:rFonts w:ascii="Segoe UI" w:eastAsia="Segoe UI" w:hAnsi="Segoe UI"/>
          <w:color w:val="6F6C6F"/>
          <w:spacing w:val="-2"/>
          <w:sz w:val="13"/>
        </w:rPr>
        <w:t>nikoli</w:t>
      </w:r>
      <w:r>
        <w:rPr>
          <w:rFonts w:ascii="Times New Roman" w:eastAsia="Times New Roman" w:hAnsi="Times New Roman"/>
          <w:color w:val="6F6C6F"/>
          <w:spacing w:val="4"/>
          <w:sz w:val="13"/>
        </w:rPr>
        <w:t xml:space="preserve"> </w:t>
      </w:r>
      <w:r>
        <w:rPr>
          <w:rFonts w:ascii="Segoe UI" w:eastAsia="Segoe UI" w:hAnsi="Segoe UI"/>
          <w:color w:val="6F6C6F"/>
          <w:spacing w:val="-3"/>
          <w:sz w:val="13"/>
        </w:rPr>
        <w:t>veřejnou</w:t>
      </w:r>
      <w:r>
        <w:rPr>
          <w:rFonts w:ascii="Times New Roman" w:eastAsia="Times New Roman" w:hAnsi="Times New Roman"/>
          <w:color w:val="6F6C6F"/>
          <w:spacing w:val="4"/>
          <w:sz w:val="13"/>
        </w:rPr>
        <w:t xml:space="preserve"> </w:t>
      </w:r>
      <w:r>
        <w:rPr>
          <w:rFonts w:ascii="Segoe UI" w:eastAsia="Segoe UI" w:hAnsi="Segoe UI"/>
          <w:color w:val="6F6C6F"/>
          <w:spacing w:val="-3"/>
          <w:sz w:val="13"/>
        </w:rPr>
        <w:t>produkci</w:t>
      </w:r>
      <w:r>
        <w:rPr>
          <w:rFonts w:ascii="Segoe UI" w:eastAsia="Segoe UI" w:hAnsi="Segoe UI"/>
          <w:color w:val="6F6C6F"/>
          <w:spacing w:val="8"/>
          <w:sz w:val="13"/>
        </w:rPr>
        <w:t>.</w:t>
      </w:r>
      <w:r>
        <w:rPr>
          <w:rFonts w:ascii="Times New Roman" w:eastAsia="Times New Roman" w:hAnsi="Times New Roman"/>
          <w:color w:val="6F6C6F"/>
          <w:spacing w:val="4"/>
          <w:sz w:val="13"/>
        </w:rPr>
        <w:t xml:space="preserve"> </w:t>
      </w:r>
      <w:r>
        <w:rPr>
          <w:rFonts w:ascii="Segoe UI" w:eastAsia="Segoe UI" w:hAnsi="Segoe UI"/>
          <w:color w:val="6F6C6F"/>
          <w:spacing w:val="-1"/>
          <w:sz w:val="13"/>
        </w:rPr>
        <w:t>V</w:t>
      </w:r>
      <w:r>
        <w:rPr>
          <w:rFonts w:ascii="Times New Roman" w:eastAsia="Times New Roman" w:hAnsi="Times New Roman"/>
          <w:color w:val="6F6C6F"/>
          <w:spacing w:val="4"/>
          <w:sz w:val="13"/>
        </w:rPr>
        <w:t xml:space="preserve"> </w:t>
      </w:r>
      <w:r>
        <w:rPr>
          <w:rFonts w:ascii="Segoe UI" w:eastAsia="Segoe UI" w:hAnsi="Segoe UI"/>
          <w:color w:val="6F6C6F"/>
          <w:spacing w:val="-3"/>
          <w:sz w:val="13"/>
        </w:rPr>
        <w:t>případě</w:t>
      </w:r>
      <w:r>
        <w:rPr>
          <w:rFonts w:ascii="Times New Roman" w:eastAsia="Times New Roman" w:hAnsi="Times New Roman"/>
          <w:color w:val="6F6C6F"/>
          <w:spacing w:val="4"/>
          <w:sz w:val="13"/>
        </w:rPr>
        <w:t xml:space="preserve"> </w:t>
      </w:r>
      <w:r>
        <w:rPr>
          <w:rFonts w:ascii="Segoe UI" w:eastAsia="Segoe UI" w:hAnsi="Segoe UI"/>
          <w:color w:val="6F6C6F"/>
          <w:spacing w:val="-3"/>
          <w:sz w:val="13"/>
        </w:rPr>
        <w:t>porušení</w:t>
      </w:r>
      <w:r>
        <w:rPr>
          <w:rFonts w:ascii="Times New Roman" w:eastAsia="Times New Roman" w:hAnsi="Times New Roman"/>
          <w:color w:val="6F6C6F"/>
          <w:spacing w:val="4"/>
          <w:sz w:val="13"/>
        </w:rPr>
        <w:t xml:space="preserve"> </w:t>
      </w:r>
      <w:r>
        <w:rPr>
          <w:rFonts w:ascii="Segoe UI" w:eastAsia="Segoe UI" w:hAnsi="Segoe UI"/>
          <w:color w:val="6F6C6F"/>
          <w:spacing w:val="-2"/>
          <w:sz w:val="13"/>
        </w:rPr>
        <w:t>může</w:t>
      </w:r>
      <w:r>
        <w:rPr>
          <w:rFonts w:ascii="Times New Roman" w:eastAsia="Times New Roman" w:hAnsi="Times New Roman"/>
          <w:color w:val="6F6C6F"/>
          <w:spacing w:val="4"/>
          <w:sz w:val="13"/>
        </w:rPr>
        <w:t xml:space="preserve"> </w:t>
      </w:r>
      <w:r>
        <w:rPr>
          <w:rFonts w:ascii="Segoe UI" w:eastAsia="Segoe UI" w:hAnsi="Segoe UI"/>
          <w:color w:val="6F6C6F"/>
          <w:spacing w:val="-3"/>
          <w:sz w:val="13"/>
        </w:rPr>
        <w:t>být</w:t>
      </w:r>
      <w:r>
        <w:rPr>
          <w:rFonts w:ascii="Times New Roman" w:eastAsia="Times New Roman" w:hAnsi="Times New Roman"/>
          <w:color w:val="6F6C6F"/>
          <w:spacing w:val="4"/>
          <w:sz w:val="13"/>
        </w:rPr>
        <w:t xml:space="preserve"> </w:t>
      </w:r>
      <w:r>
        <w:rPr>
          <w:rFonts w:ascii="Segoe UI" w:eastAsia="Segoe UI" w:hAnsi="Segoe UI"/>
          <w:color w:val="6F6C6F"/>
          <w:spacing w:val="-3"/>
          <w:sz w:val="13"/>
        </w:rPr>
        <w:t>doúčtován</w:t>
      </w:r>
      <w:r>
        <w:rPr>
          <w:rFonts w:ascii="Times New Roman" w:eastAsia="Times New Roman" w:hAnsi="Times New Roman"/>
          <w:color w:val="6F6C6F"/>
          <w:spacing w:val="4"/>
          <w:sz w:val="13"/>
        </w:rPr>
        <w:t xml:space="preserve"> </w:t>
      </w:r>
      <w:r>
        <w:rPr>
          <w:rFonts w:ascii="Segoe UI" w:eastAsia="Segoe UI" w:hAnsi="Segoe UI"/>
          <w:color w:val="6F6C6F"/>
          <w:spacing w:val="-3"/>
          <w:sz w:val="13"/>
        </w:rPr>
        <w:t>rozdíl</w:t>
      </w:r>
    </w:p>
    <w:p w14:paraId="65468F68" w14:textId="77777777" w:rsidR="00DE1DE9" w:rsidRDefault="002C7C64">
      <w:pPr>
        <w:wordWrap w:val="0"/>
        <w:autoSpaceDE w:val="0"/>
        <w:autoSpaceDN w:val="0"/>
        <w:spacing w:before="39" w:after="193" w:line="130" w:lineRule="exact"/>
        <w:ind w:left="396"/>
      </w:pPr>
      <w:r>
        <w:rPr>
          <w:rFonts w:ascii="Segoe UI" w:eastAsia="Segoe UI" w:hAnsi="Segoe UI"/>
          <w:color w:val="6F6C6F"/>
          <w:spacing w:val="-5"/>
          <w:sz w:val="13"/>
        </w:rPr>
        <w:t>v</w:t>
      </w:r>
      <w:r>
        <w:rPr>
          <w:rFonts w:ascii="Times New Roman" w:eastAsia="Times New Roman" w:hAnsi="Times New Roman"/>
          <w:color w:val="6F6C6F"/>
          <w:spacing w:val="4"/>
          <w:sz w:val="13"/>
        </w:rPr>
        <w:t xml:space="preserve"> </w:t>
      </w:r>
      <w:r>
        <w:rPr>
          <w:rFonts w:ascii="Segoe UI" w:eastAsia="Segoe UI" w:hAnsi="Segoe UI"/>
          <w:color w:val="6F6C6F"/>
          <w:spacing w:val="-2"/>
          <w:sz w:val="13"/>
        </w:rPr>
        <w:t>ceně</w:t>
      </w:r>
      <w:r>
        <w:rPr>
          <w:rFonts w:ascii="Times New Roman" w:eastAsia="Times New Roman" w:hAnsi="Times New Roman"/>
          <w:color w:val="6F6C6F"/>
          <w:spacing w:val="4"/>
          <w:sz w:val="13"/>
        </w:rPr>
        <w:t xml:space="preserve"> </w:t>
      </w:r>
      <w:r>
        <w:rPr>
          <w:rFonts w:ascii="Segoe UI" w:eastAsia="Segoe UI" w:hAnsi="Segoe UI"/>
          <w:color w:val="6F6C6F"/>
          <w:spacing w:val="-3"/>
          <w:sz w:val="13"/>
        </w:rPr>
        <w:t>veřejného</w:t>
      </w:r>
      <w:r>
        <w:rPr>
          <w:rFonts w:ascii="Times New Roman" w:eastAsia="Times New Roman" w:hAnsi="Times New Roman"/>
          <w:color w:val="6F6C6F"/>
          <w:spacing w:val="4"/>
          <w:sz w:val="13"/>
        </w:rPr>
        <w:t xml:space="preserve"> </w:t>
      </w:r>
      <w:r>
        <w:rPr>
          <w:rFonts w:ascii="Segoe UI" w:eastAsia="Segoe UI" w:hAnsi="Segoe UI"/>
          <w:color w:val="6F6C6F"/>
          <w:w w:val="98"/>
          <w:sz w:val="13"/>
        </w:rPr>
        <w:t>tarifu</w:t>
      </w:r>
      <w:r>
        <w:rPr>
          <w:rFonts w:ascii="Times New Roman" w:eastAsia="Times New Roman" w:hAnsi="Times New Roman"/>
          <w:color w:val="6F6C6F"/>
          <w:spacing w:val="4"/>
          <w:sz w:val="13"/>
        </w:rPr>
        <w:t xml:space="preserve"> </w:t>
      </w:r>
      <w:r>
        <w:rPr>
          <w:rFonts w:ascii="Segoe UI" w:eastAsia="Segoe UI" w:hAnsi="Segoe UI"/>
          <w:color w:val="6F6C6F"/>
          <w:spacing w:val="-1"/>
          <w:sz w:val="13"/>
        </w:rPr>
        <w:t>a</w:t>
      </w:r>
      <w:r>
        <w:rPr>
          <w:rFonts w:ascii="Times New Roman" w:eastAsia="Times New Roman" w:hAnsi="Times New Roman"/>
          <w:color w:val="6F6C6F"/>
          <w:spacing w:val="4"/>
          <w:sz w:val="13"/>
        </w:rPr>
        <w:t xml:space="preserve"> </w:t>
      </w:r>
      <w:r>
        <w:rPr>
          <w:rFonts w:ascii="Segoe UI" w:eastAsia="Segoe UI" w:hAnsi="Segoe UI"/>
          <w:color w:val="6F6C6F"/>
          <w:spacing w:val="-2"/>
          <w:sz w:val="13"/>
        </w:rPr>
        <w:t>služba</w:t>
      </w:r>
      <w:r>
        <w:rPr>
          <w:rFonts w:ascii="Times New Roman" w:eastAsia="Times New Roman" w:hAnsi="Times New Roman"/>
          <w:color w:val="6F6C6F"/>
          <w:spacing w:val="4"/>
          <w:sz w:val="13"/>
        </w:rPr>
        <w:t xml:space="preserve"> </w:t>
      </w:r>
      <w:r>
        <w:rPr>
          <w:rFonts w:ascii="Segoe UI" w:eastAsia="Segoe UI" w:hAnsi="Segoe UI"/>
          <w:color w:val="6F6C6F"/>
          <w:spacing w:val="-2"/>
          <w:sz w:val="13"/>
        </w:rPr>
        <w:t>zrušena</w:t>
      </w:r>
      <w:r>
        <w:rPr>
          <w:rFonts w:ascii="Segoe UI" w:eastAsia="Segoe UI" w:hAnsi="Segoe UI"/>
          <w:color w:val="6F6C6F"/>
          <w:spacing w:val="8"/>
          <w:sz w:val="13"/>
        </w:rPr>
        <w:t>.</w:t>
      </w:r>
    </w:p>
    <w:p w14:paraId="5EF8671D" w14:textId="77777777" w:rsidR="00DE1DE9" w:rsidRDefault="002C7C64">
      <w:pPr>
        <w:wordWrap w:val="0"/>
        <w:autoSpaceDE w:val="0"/>
        <w:autoSpaceDN w:val="0"/>
        <w:spacing w:before="386" w:after="4337" w:line="170" w:lineRule="exact"/>
        <w:ind w:left="396"/>
      </w:pPr>
      <w:r>
        <w:rPr>
          <w:rFonts w:ascii="Segoe UI" w:eastAsia="Segoe UI" w:hAnsi="Segoe UI"/>
          <w:color w:val="000000"/>
          <w:sz w:val="17"/>
        </w:rPr>
        <w:t>Cena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(</w:t>
      </w:r>
      <w:r>
        <w:rPr>
          <w:rFonts w:ascii="Segoe UI" w:eastAsia="Segoe UI" w:hAnsi="Segoe UI"/>
          <w:color w:val="000000"/>
          <w:spacing w:val="-3"/>
          <w:sz w:val="17"/>
        </w:rPr>
        <w:t>včetně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8"/>
          <w:sz w:val="17"/>
        </w:rPr>
        <w:t>DPH</w:t>
      </w:r>
      <w:r>
        <w:rPr>
          <w:rFonts w:ascii="Segoe UI" w:eastAsia="Segoe UI" w:hAnsi="Segoe UI"/>
          <w:color w:val="000000"/>
          <w:spacing w:val="-4"/>
          <w:sz w:val="17"/>
        </w:rPr>
        <w:t>)</w:t>
      </w:r>
      <w:r>
        <w:rPr>
          <w:rFonts w:ascii="Times New Roman" w:eastAsia="Times New Roman" w:hAnsi="Times New Roman"/>
          <w:color w:val="000000"/>
          <w:spacing w:val="3113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199</w:t>
      </w:r>
      <w:r>
        <w:rPr>
          <w:rFonts w:ascii="Segoe UI" w:eastAsia="Segoe UI" w:hAnsi="Segoe UI"/>
          <w:color w:val="000000"/>
          <w:spacing w:val="10"/>
          <w:sz w:val="17"/>
        </w:rPr>
        <w:t>,</w:t>
      </w:r>
      <w:r>
        <w:rPr>
          <w:rFonts w:ascii="Segoe UI" w:eastAsia="Segoe UI" w:hAnsi="Segoe UI"/>
          <w:color w:val="000000"/>
          <w:spacing w:val="3"/>
          <w:sz w:val="17"/>
        </w:rPr>
        <w:t>00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1"/>
          <w:sz w:val="17"/>
        </w:rPr>
        <w:t>Kč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7"/>
        </w:rPr>
        <w:t>každý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měsíc</w:t>
      </w:r>
    </w:p>
    <w:p w14:paraId="7A98B7AC" w14:textId="77777777" w:rsidR="00DE1DE9" w:rsidRDefault="00DE1DE9">
      <w:pPr>
        <w:spacing w:after="0"/>
        <w:sectPr w:rsidR="00DE1DE9">
          <w:type w:val="nextColumn"/>
          <w:pgSz w:w="11905" w:h="16837"/>
          <w:pgMar w:top="417" w:right="529" w:bottom="200" w:left="810" w:header="720" w:footer="720" w:gutter="0"/>
          <w:cols w:num="2" w:space="720" w:equalWidth="0">
            <w:col w:w="3684" w:space="0"/>
            <w:col w:w="6882" w:space="0"/>
          </w:cols>
          <w:docGrid w:linePitch="360"/>
        </w:sectPr>
      </w:pPr>
    </w:p>
    <w:p w14:paraId="4FCB3027" w14:textId="77777777" w:rsidR="00DE1DE9" w:rsidRDefault="002C7C64">
      <w:pPr>
        <w:wordWrap w:val="0"/>
        <w:autoSpaceDE w:val="0"/>
        <w:autoSpaceDN w:val="0"/>
        <w:spacing w:before="4336" w:after="23" w:line="170" w:lineRule="exact"/>
        <w:ind w:left="40"/>
      </w:pPr>
      <w:r>
        <w:rPr>
          <w:rFonts w:ascii="Segoe UI" w:eastAsia="Segoe UI" w:hAnsi="Segoe UI"/>
          <w:color w:val="000000"/>
          <w:spacing w:val="-2"/>
          <w:sz w:val="17"/>
        </w:rPr>
        <w:t>Strana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1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19"/>
          <w:sz w:val="17"/>
        </w:rPr>
        <w:t>/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4</w:t>
      </w:r>
      <w:r>
        <w:rPr>
          <w:rFonts w:ascii="Segoe UI" w:eastAsia="Segoe UI" w:hAnsi="Segoe UI"/>
          <w:color w:val="000000"/>
          <w:spacing w:val="1090"/>
          <w:sz w:val="17"/>
        </w:rPr>
        <w:t xml:space="preserve"> </w:t>
      </w:r>
      <w:r>
        <w:rPr>
          <w:rFonts w:ascii="Segoe UI" w:eastAsia="Segoe UI" w:hAnsi="Segoe UI"/>
          <w:color w:val="000000"/>
          <w:spacing w:val="9"/>
          <w:sz w:val="17"/>
        </w:rPr>
        <w:t>www</w:t>
      </w:r>
      <w:r>
        <w:rPr>
          <w:rFonts w:ascii="Segoe UI" w:eastAsia="Segoe UI" w:hAnsi="Segoe UI"/>
          <w:color w:val="000000"/>
          <w:spacing w:val="10"/>
          <w:sz w:val="17"/>
        </w:rPr>
        <w:t>.</w:t>
      </w:r>
      <w:r>
        <w:rPr>
          <w:rFonts w:ascii="Segoe UI" w:eastAsia="Segoe UI" w:hAnsi="Segoe UI"/>
          <w:color w:val="000000"/>
          <w:spacing w:val="-1"/>
          <w:sz w:val="17"/>
        </w:rPr>
        <w:t>o2</w:t>
      </w:r>
      <w:r>
        <w:rPr>
          <w:rFonts w:ascii="Segoe UI" w:eastAsia="Segoe UI" w:hAnsi="Segoe UI"/>
          <w:color w:val="000000"/>
          <w:spacing w:val="10"/>
          <w:sz w:val="17"/>
        </w:rPr>
        <w:t>.</w:t>
      </w:r>
      <w:r>
        <w:rPr>
          <w:rFonts w:ascii="Segoe UI" w:eastAsia="Segoe UI" w:hAnsi="Segoe UI"/>
          <w:color w:val="000000"/>
          <w:spacing w:val="-2"/>
          <w:sz w:val="17"/>
        </w:rPr>
        <w:t>cz</w:t>
      </w:r>
      <w:r>
        <w:rPr>
          <w:rFonts w:ascii="Segoe UI" w:eastAsia="Segoe UI" w:hAnsi="Segoe UI"/>
          <w:color w:val="000000"/>
          <w:spacing w:val="-19"/>
          <w:sz w:val="17"/>
        </w:rPr>
        <w:t>/</w:t>
      </w:r>
      <w:r>
        <w:rPr>
          <w:rFonts w:ascii="Segoe UI" w:eastAsia="Segoe UI" w:hAnsi="Segoe UI"/>
          <w:color w:val="000000"/>
          <w:spacing w:val="-3"/>
          <w:sz w:val="17"/>
        </w:rPr>
        <w:t>ceniky</w:t>
      </w:r>
      <w:r>
        <w:rPr>
          <w:rFonts w:ascii="Times New Roman" w:eastAsia="Times New Roman" w:hAnsi="Times New Roman"/>
          <w:b/>
          <w:color w:val="000000"/>
          <w:spacing w:val="1032"/>
          <w:sz w:val="17"/>
        </w:rPr>
        <w:t xml:space="preserve"> </w:t>
      </w:r>
      <w:r>
        <w:rPr>
          <w:rFonts w:ascii="Segoe UI" w:eastAsia="Segoe UI" w:hAnsi="Segoe UI"/>
          <w:b/>
          <w:color w:val="000000"/>
          <w:w w:val="101"/>
          <w:sz w:val="17"/>
        </w:rPr>
        <w:t>Dodavatel</w:t>
      </w:r>
      <w:r>
        <w:rPr>
          <w:rFonts w:ascii="Segoe UI" w:eastAsia="Segoe UI" w:hAnsi="Segoe UI"/>
          <w:b/>
          <w:color w:val="000000"/>
          <w:spacing w:val="1"/>
          <w:sz w:val="17"/>
        </w:rPr>
        <w:t>: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7"/>
        </w:rPr>
        <w:t>O2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z w:val="17"/>
        </w:rPr>
        <w:t>Czech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Republic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7"/>
        </w:rPr>
        <w:t>a</w:t>
      </w:r>
      <w:r>
        <w:rPr>
          <w:rFonts w:ascii="Segoe UI" w:eastAsia="Segoe UI" w:hAnsi="Segoe UI"/>
          <w:color w:val="000000"/>
          <w:spacing w:val="10"/>
          <w:sz w:val="17"/>
        </w:rPr>
        <w:t>.</w:t>
      </w:r>
      <w:r>
        <w:rPr>
          <w:rFonts w:ascii="Segoe UI" w:eastAsia="Segoe UI" w:hAnsi="Segoe UI"/>
          <w:color w:val="000000"/>
          <w:spacing w:val="-6"/>
          <w:sz w:val="17"/>
        </w:rPr>
        <w:t>s</w:t>
      </w:r>
      <w:r>
        <w:rPr>
          <w:rFonts w:ascii="Segoe UI" w:eastAsia="Segoe UI" w:hAnsi="Segoe UI"/>
          <w:color w:val="000000"/>
          <w:spacing w:val="10"/>
          <w:sz w:val="17"/>
        </w:rPr>
        <w:t>.,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7"/>
          <w:sz w:val="17"/>
        </w:rPr>
        <w:t>Za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7"/>
        </w:rPr>
        <w:t>Brumlovkou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266</w:t>
      </w:r>
      <w:r>
        <w:rPr>
          <w:rFonts w:ascii="Segoe UI" w:eastAsia="Segoe UI" w:hAnsi="Segoe UI"/>
          <w:color w:val="000000"/>
          <w:spacing w:val="-19"/>
          <w:sz w:val="17"/>
        </w:rPr>
        <w:t>/</w:t>
      </w:r>
      <w:r>
        <w:rPr>
          <w:rFonts w:ascii="Segoe UI" w:eastAsia="Segoe UI" w:hAnsi="Segoe UI"/>
          <w:color w:val="000000"/>
          <w:spacing w:val="3"/>
          <w:sz w:val="17"/>
        </w:rPr>
        <w:t>2</w:t>
      </w:r>
      <w:r>
        <w:rPr>
          <w:rFonts w:ascii="Segoe UI" w:eastAsia="Segoe UI" w:hAnsi="Segoe UI"/>
          <w:color w:val="000000"/>
          <w:spacing w:val="10"/>
          <w:sz w:val="17"/>
        </w:rPr>
        <w:t>,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140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22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7"/>
        </w:rPr>
        <w:t>Praha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4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z w:val="17"/>
        </w:rPr>
        <w:t>–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7"/>
        </w:rPr>
        <w:t>Michle</w:t>
      </w:r>
    </w:p>
    <w:p w14:paraId="41032CF2" w14:textId="77777777" w:rsidR="00DE1DE9" w:rsidRDefault="002C7C64">
      <w:pPr>
        <w:wordWrap w:val="0"/>
        <w:autoSpaceDE w:val="0"/>
        <w:autoSpaceDN w:val="0"/>
        <w:spacing w:before="46" w:after="0" w:line="150" w:lineRule="exact"/>
        <w:ind w:left="4723"/>
      </w:pPr>
      <w:r>
        <w:rPr>
          <w:rFonts w:ascii="Segoe UI" w:eastAsia="Segoe UI" w:hAnsi="Segoe UI"/>
          <w:color w:val="6C6E70"/>
          <w:spacing w:val="-1"/>
          <w:sz w:val="15"/>
        </w:rPr>
        <w:t>IČO</w:t>
      </w:r>
      <w:r>
        <w:rPr>
          <w:rFonts w:ascii="Segoe UI" w:eastAsia="Segoe UI" w:hAnsi="Segoe UI"/>
          <w:color w:val="6C6E70"/>
          <w:spacing w:val="9"/>
          <w:sz w:val="15"/>
        </w:rPr>
        <w:t>: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3"/>
          <w:sz w:val="15"/>
        </w:rPr>
        <w:t>60193336</w:t>
      </w:r>
      <w:r>
        <w:rPr>
          <w:rFonts w:ascii="Segoe UI" w:eastAsia="Segoe UI" w:hAnsi="Segoe UI"/>
          <w:color w:val="6C6E70"/>
          <w:spacing w:val="9"/>
          <w:sz w:val="15"/>
        </w:rPr>
        <w:t>,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2"/>
          <w:sz w:val="15"/>
        </w:rPr>
        <w:t>DIČ</w:t>
      </w:r>
      <w:r>
        <w:rPr>
          <w:rFonts w:ascii="Segoe UI" w:eastAsia="Segoe UI" w:hAnsi="Segoe UI"/>
          <w:color w:val="6C6E70"/>
          <w:spacing w:val="9"/>
          <w:sz w:val="15"/>
        </w:rPr>
        <w:t>: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2"/>
          <w:sz w:val="15"/>
        </w:rPr>
        <w:t>CZ60193336</w:t>
      </w:r>
      <w:r>
        <w:rPr>
          <w:rFonts w:ascii="Segoe UI" w:eastAsia="Segoe UI" w:hAnsi="Segoe UI"/>
          <w:color w:val="6C6E70"/>
          <w:spacing w:val="9"/>
          <w:sz w:val="15"/>
        </w:rPr>
        <w:t>,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6"/>
          <w:sz w:val="15"/>
        </w:rPr>
        <w:t>DUNS</w:t>
      </w:r>
      <w:r>
        <w:rPr>
          <w:rFonts w:ascii="Segoe UI" w:eastAsia="Segoe UI" w:hAnsi="Segoe UI"/>
          <w:color w:val="6C6E70"/>
          <w:spacing w:val="9"/>
          <w:sz w:val="15"/>
        </w:rPr>
        <w:t>: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3"/>
          <w:sz w:val="15"/>
        </w:rPr>
        <w:t>366937597</w:t>
      </w:r>
      <w:r>
        <w:rPr>
          <w:rFonts w:ascii="Segoe UI" w:eastAsia="Segoe UI" w:hAnsi="Segoe UI"/>
          <w:color w:val="6C6E70"/>
          <w:spacing w:val="9"/>
          <w:sz w:val="15"/>
        </w:rPr>
        <w:t>,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4"/>
          <w:sz w:val="15"/>
        </w:rPr>
        <w:t>Zapsaná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5"/>
          <w:sz w:val="15"/>
        </w:rPr>
        <w:t>v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6"/>
          <w:sz w:val="15"/>
        </w:rPr>
        <w:t>OR</w:t>
      </w:r>
      <w:r>
        <w:rPr>
          <w:rFonts w:ascii="Segoe UI" w:eastAsia="Segoe UI" w:hAnsi="Segoe UI"/>
          <w:color w:val="6C6E70"/>
          <w:spacing w:val="9"/>
          <w:sz w:val="15"/>
        </w:rPr>
        <w:t>: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3"/>
          <w:sz w:val="15"/>
        </w:rPr>
        <w:t>MS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5"/>
          <w:sz w:val="15"/>
        </w:rPr>
        <w:t>v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3"/>
          <w:sz w:val="15"/>
        </w:rPr>
        <w:t>Praze</w:t>
      </w:r>
      <w:r>
        <w:rPr>
          <w:rFonts w:ascii="Segoe UI" w:eastAsia="Segoe UI" w:hAnsi="Segoe UI"/>
          <w:color w:val="6C6E70"/>
          <w:spacing w:val="9"/>
          <w:sz w:val="15"/>
        </w:rPr>
        <w:t>,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3"/>
          <w:sz w:val="15"/>
        </w:rPr>
        <w:t>B</w:t>
      </w:r>
      <w:r>
        <w:rPr>
          <w:rFonts w:ascii="Segoe UI" w:eastAsia="Segoe UI" w:hAnsi="Segoe UI"/>
          <w:color w:val="6C6E70"/>
          <w:spacing w:val="9"/>
          <w:sz w:val="15"/>
        </w:rPr>
        <w:t>.</w:t>
      </w:r>
      <w:r>
        <w:rPr>
          <w:rFonts w:ascii="Segoe UI" w:eastAsia="Segoe UI" w:hAnsi="Segoe UI"/>
          <w:color w:val="6C6E70"/>
          <w:spacing w:val="3"/>
          <w:sz w:val="15"/>
        </w:rPr>
        <w:t>2322</w:t>
      </w:r>
    </w:p>
    <w:p w14:paraId="31E02585" w14:textId="77777777" w:rsidR="00DE1DE9" w:rsidRDefault="00DE1DE9">
      <w:pPr>
        <w:spacing w:after="0"/>
        <w:sectPr w:rsidR="00DE1DE9">
          <w:type w:val="continuous"/>
          <w:pgSz w:w="11905" w:h="16837"/>
          <w:pgMar w:top="417" w:right="529" w:bottom="200" w:left="810" w:header="720" w:footer="720" w:gutter="0"/>
          <w:cols w:space="720" w:equalWidth="0">
            <w:col w:w="10566" w:space="0"/>
          </w:cols>
          <w:docGrid w:linePitch="360"/>
        </w:sectPr>
      </w:pPr>
    </w:p>
    <w:p w14:paraId="7F0C1E7A" w14:textId="77777777" w:rsidR="00DE1DE9" w:rsidRDefault="002C7C64">
      <w:pPr>
        <w:wordWrap w:val="0"/>
        <w:autoSpaceDE w:val="0"/>
        <w:autoSpaceDN w:val="0"/>
        <w:spacing w:after="214" w:line="14" w:lineRule="exact"/>
      </w:pPr>
      <w:r>
        <w:rPr>
          <w:noProof/>
        </w:rPr>
        <w:lastRenderedPageBreak/>
        <w:drawing>
          <wp:anchor distT="0" distB="0" distL="0" distR="0" simplePos="0" relativeHeight="251655168" behindDoc="1" locked="0" layoutInCell="1" allowOverlap="1" wp14:anchorId="012ADD42" wp14:editId="6476D07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9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3D294F5C">
          <v:shape id="_x0000_s1028" style="position:absolute;margin-left:11.35pt;margin-top:687.95pt;width:8.5pt;height:39.35pt;z-index:251659264;mso-position-horizontal-relative:page;mso-position-vertical-relative:page" coordsize="" o:spt="100" adj="0,,0" path="m,l,1000r1000,l1000,xe" filled="f" stroked="f">
            <v:stroke joinstyle="round"/>
            <v:formulas/>
            <v:path o:connecttype="segments"/>
            <v:textbox style="layout-flow:vertical;mso-rotate-with-shape:t" inset="0,0,0,0">
              <w:txbxContent>
                <w:p w14:paraId="0B1FBF2E" w14:textId="77777777" w:rsidR="00DE1DE9" w:rsidRDefault="002C7C64">
                  <w:pPr>
                    <w:wordWrap w:val="0"/>
                    <w:autoSpaceDE w:val="0"/>
                    <w:autoSpaceDN w:val="0"/>
                    <w:spacing w:after="0" w:line="150" w:lineRule="exact"/>
                  </w:pPr>
                  <w:r>
                    <w:rPr>
                      <w:rFonts w:ascii="Segoe UI" w:eastAsia="Segoe UI" w:hAnsi="Segoe UI"/>
                      <w:color w:val="000000"/>
                      <w:w w:val="101"/>
                      <w:sz w:val="15"/>
                    </w:rPr>
                    <w:t>DOC002</w:t>
                  </w:r>
                  <w:r>
                    <w:rPr>
                      <w:rFonts w:ascii="Segoe UI" w:eastAsia="Segoe UI" w:hAnsi="Segoe UI"/>
                      <w:color w:val="000000"/>
                      <w:spacing w:val="-10"/>
                      <w:sz w:val="15"/>
                    </w:rPr>
                    <w:t>-</w:t>
                  </w:r>
                  <w:r>
                    <w:rPr>
                      <w:rFonts w:ascii="Segoe UI" w:eastAsia="Segoe UI" w:hAnsi="Segoe UI"/>
                      <w:color w:val="000000"/>
                      <w:spacing w:val="-1"/>
                      <w:sz w:val="15"/>
                    </w:rPr>
                    <w:t>S1</w:t>
                  </w:r>
                </w:p>
              </w:txbxContent>
            </v:textbox>
            <w10:wrap anchorx="page" anchory="page"/>
          </v:shape>
        </w:pict>
      </w:r>
    </w:p>
    <w:p w14:paraId="0EFA333F" w14:textId="77777777" w:rsidR="00DE1DE9" w:rsidRDefault="00DE1DE9">
      <w:pPr>
        <w:spacing w:after="0"/>
        <w:sectPr w:rsidR="00DE1DE9">
          <w:pgSz w:w="11905" w:h="16837"/>
          <w:pgMar w:top="417" w:right="529" w:bottom="200" w:left="800" w:header="720" w:footer="720" w:gutter="0"/>
          <w:cols w:space="720" w:equalWidth="0">
            <w:col w:w="10566" w:space="0"/>
          </w:cols>
          <w:docGrid w:linePitch="360"/>
        </w:sectPr>
      </w:pPr>
    </w:p>
    <w:p w14:paraId="2F8CB45B" w14:textId="77777777" w:rsidR="00DE1DE9" w:rsidRDefault="002C7C64">
      <w:pPr>
        <w:wordWrap w:val="0"/>
        <w:autoSpaceDE w:val="0"/>
        <w:autoSpaceDN w:val="0"/>
        <w:spacing w:before="228" w:after="29" w:line="320" w:lineRule="exact"/>
        <w:ind w:left="50"/>
      </w:pPr>
      <w:r>
        <w:rPr>
          <w:rFonts w:ascii="Segoe UI" w:eastAsia="Segoe UI" w:hAnsi="Segoe UI"/>
          <w:b/>
          <w:color w:val="32306B"/>
          <w:sz w:val="32"/>
        </w:rPr>
        <w:t>Dodatek</w:t>
      </w:r>
      <w:r>
        <w:rPr>
          <w:rFonts w:ascii="Times New Roman" w:eastAsia="Times New Roman" w:hAnsi="Times New Roman"/>
          <w:b/>
          <w:color w:val="32306B"/>
          <w:spacing w:val="9"/>
          <w:sz w:val="32"/>
        </w:rPr>
        <w:t xml:space="preserve"> </w:t>
      </w:r>
      <w:r>
        <w:rPr>
          <w:rFonts w:ascii="Segoe UI" w:eastAsia="Segoe UI" w:hAnsi="Segoe UI"/>
          <w:b/>
          <w:color w:val="32306B"/>
          <w:spacing w:val="2"/>
          <w:sz w:val="32"/>
        </w:rPr>
        <w:t>ke</w:t>
      </w:r>
      <w:r>
        <w:rPr>
          <w:rFonts w:ascii="Times New Roman" w:eastAsia="Times New Roman" w:hAnsi="Times New Roman"/>
          <w:b/>
          <w:color w:val="32306B"/>
          <w:spacing w:val="9"/>
          <w:sz w:val="32"/>
        </w:rPr>
        <w:t xml:space="preserve"> </w:t>
      </w:r>
      <w:r>
        <w:rPr>
          <w:rFonts w:ascii="Segoe UI" w:eastAsia="Segoe UI" w:hAnsi="Segoe UI"/>
          <w:b/>
          <w:color w:val="32306B"/>
          <w:sz w:val="32"/>
        </w:rPr>
        <w:t>smlouvě</w:t>
      </w:r>
    </w:p>
    <w:p w14:paraId="43EFD0F0" w14:textId="77777777" w:rsidR="00DE1DE9" w:rsidRDefault="002C7C64">
      <w:pPr>
        <w:wordWrap w:val="0"/>
        <w:autoSpaceDE w:val="0"/>
        <w:autoSpaceDN w:val="0"/>
        <w:spacing w:before="57" w:after="25" w:line="170" w:lineRule="exact"/>
        <w:ind w:left="50"/>
      </w:pPr>
      <w:r>
        <w:rPr>
          <w:rFonts w:ascii="Segoe UI" w:eastAsia="Segoe UI" w:hAnsi="Segoe UI"/>
          <w:color w:val="1B2674"/>
          <w:spacing w:val="-5"/>
          <w:sz w:val="17"/>
        </w:rPr>
        <w:t>o</w:t>
      </w:r>
      <w:r>
        <w:rPr>
          <w:rFonts w:ascii="Times New Roman" w:eastAsia="Times New Roman" w:hAnsi="Times New Roman"/>
          <w:color w:val="1B2674"/>
          <w:spacing w:val="5"/>
          <w:sz w:val="17"/>
        </w:rPr>
        <w:t xml:space="preserve"> </w:t>
      </w:r>
      <w:r>
        <w:rPr>
          <w:rFonts w:ascii="Segoe UI" w:eastAsia="Segoe UI" w:hAnsi="Segoe UI"/>
          <w:color w:val="1B2674"/>
          <w:spacing w:val="-4"/>
          <w:sz w:val="17"/>
        </w:rPr>
        <w:t>poskytování</w:t>
      </w:r>
      <w:r>
        <w:rPr>
          <w:rFonts w:ascii="Times New Roman" w:eastAsia="Times New Roman" w:hAnsi="Times New Roman"/>
          <w:color w:val="1B2674"/>
          <w:spacing w:val="5"/>
          <w:sz w:val="17"/>
        </w:rPr>
        <w:t xml:space="preserve"> </w:t>
      </w:r>
      <w:r>
        <w:rPr>
          <w:rFonts w:ascii="Segoe UI" w:eastAsia="Segoe UI" w:hAnsi="Segoe UI"/>
          <w:color w:val="1B2674"/>
          <w:spacing w:val="-4"/>
          <w:sz w:val="17"/>
        </w:rPr>
        <w:t>služeb</w:t>
      </w:r>
      <w:r>
        <w:rPr>
          <w:rFonts w:ascii="Times New Roman" w:eastAsia="Times New Roman" w:hAnsi="Times New Roman"/>
          <w:color w:val="1B2674"/>
          <w:spacing w:val="5"/>
          <w:sz w:val="17"/>
        </w:rPr>
        <w:t xml:space="preserve"> </w:t>
      </w:r>
      <w:r>
        <w:rPr>
          <w:rFonts w:ascii="Segoe UI" w:eastAsia="Segoe UI" w:hAnsi="Segoe UI"/>
          <w:color w:val="1B2674"/>
          <w:spacing w:val="-3"/>
          <w:sz w:val="17"/>
        </w:rPr>
        <w:t>elektronických</w:t>
      </w:r>
      <w:r>
        <w:rPr>
          <w:rFonts w:ascii="Times New Roman" w:eastAsia="Times New Roman" w:hAnsi="Times New Roman"/>
          <w:color w:val="1B2674"/>
          <w:spacing w:val="5"/>
          <w:sz w:val="17"/>
        </w:rPr>
        <w:t xml:space="preserve"> </w:t>
      </w:r>
      <w:r>
        <w:rPr>
          <w:rFonts w:ascii="Segoe UI" w:eastAsia="Segoe UI" w:hAnsi="Segoe UI"/>
          <w:color w:val="1B2674"/>
          <w:spacing w:val="-2"/>
          <w:sz w:val="17"/>
        </w:rPr>
        <w:t>komunikací</w:t>
      </w:r>
    </w:p>
    <w:p w14:paraId="622F64C5" w14:textId="77777777" w:rsidR="00DE1DE9" w:rsidRDefault="002C7C64">
      <w:pPr>
        <w:wordWrap w:val="0"/>
        <w:autoSpaceDE w:val="0"/>
        <w:autoSpaceDN w:val="0"/>
        <w:spacing w:before="51" w:after="213" w:line="170" w:lineRule="exact"/>
        <w:ind w:left="50"/>
      </w:pPr>
      <w:r>
        <w:rPr>
          <w:rFonts w:ascii="Segoe UI" w:eastAsia="Segoe UI" w:hAnsi="Segoe UI"/>
          <w:color w:val="1B2674"/>
          <w:w w:val="101"/>
          <w:sz w:val="17"/>
        </w:rPr>
        <w:t>k</w:t>
      </w:r>
      <w:r>
        <w:rPr>
          <w:rFonts w:ascii="Times New Roman" w:eastAsia="Times New Roman" w:hAnsi="Times New Roman"/>
          <w:color w:val="1B2674"/>
          <w:spacing w:val="5"/>
          <w:sz w:val="17"/>
        </w:rPr>
        <w:t xml:space="preserve"> </w:t>
      </w:r>
      <w:r>
        <w:rPr>
          <w:rFonts w:ascii="Segoe UI" w:eastAsia="Segoe UI" w:hAnsi="Segoe UI"/>
          <w:color w:val="1B2674"/>
          <w:spacing w:val="-4"/>
          <w:sz w:val="17"/>
        </w:rPr>
        <w:t>objednávce</w:t>
      </w:r>
      <w:r>
        <w:rPr>
          <w:rFonts w:ascii="Times New Roman" w:eastAsia="Times New Roman" w:hAnsi="Times New Roman"/>
          <w:color w:val="1B2674"/>
          <w:spacing w:val="5"/>
          <w:sz w:val="17"/>
        </w:rPr>
        <w:t xml:space="preserve"> </w:t>
      </w:r>
      <w:r>
        <w:rPr>
          <w:rFonts w:ascii="Segoe UI" w:eastAsia="Segoe UI" w:hAnsi="Segoe UI"/>
          <w:color w:val="1B2674"/>
          <w:spacing w:val="-4"/>
          <w:sz w:val="17"/>
        </w:rPr>
        <w:t>číslo</w:t>
      </w:r>
      <w:r>
        <w:rPr>
          <w:rFonts w:ascii="Times New Roman" w:eastAsia="Times New Roman" w:hAnsi="Times New Roman"/>
          <w:color w:val="1B2674"/>
          <w:spacing w:val="5"/>
          <w:sz w:val="17"/>
        </w:rPr>
        <w:t xml:space="preserve"> </w:t>
      </w:r>
      <w:r>
        <w:rPr>
          <w:rFonts w:ascii="Segoe UI" w:eastAsia="Segoe UI" w:hAnsi="Segoe UI"/>
          <w:color w:val="1B2674"/>
          <w:w w:val="101"/>
          <w:sz w:val="17"/>
        </w:rPr>
        <w:t>O6YQUYD6</w:t>
      </w:r>
    </w:p>
    <w:p w14:paraId="4F39D4BF" w14:textId="77777777" w:rsidR="00DE1DE9" w:rsidRDefault="00DE1DE9">
      <w:pPr>
        <w:spacing w:before="117" w:after="0"/>
        <w:sectPr w:rsidR="00DE1DE9">
          <w:type w:val="continuous"/>
          <w:pgSz w:w="11905" w:h="16837"/>
          <w:pgMar w:top="417" w:right="529" w:bottom="200" w:left="800" w:header="720" w:footer="720" w:gutter="0"/>
          <w:cols w:num="2" w:space="720" w:equalWidth="0">
            <w:col w:w="3917" w:space="0"/>
            <w:col w:w="6659" w:space="0"/>
          </w:cols>
          <w:docGrid w:linePitch="360"/>
        </w:sectPr>
      </w:pPr>
    </w:p>
    <w:p w14:paraId="78A394E6" w14:textId="77777777" w:rsidR="00DE1DE9" w:rsidRDefault="002C7C64">
      <w:pPr>
        <w:wordWrap w:val="0"/>
        <w:autoSpaceDE w:val="0"/>
        <w:autoSpaceDN w:val="0"/>
        <w:spacing w:before="359" w:after="25" w:line="170" w:lineRule="exact"/>
        <w:ind w:left="381"/>
      </w:pPr>
      <w:r>
        <w:rPr>
          <w:rFonts w:ascii="Segoe UI" w:eastAsia="Segoe UI" w:hAnsi="Segoe UI"/>
          <w:color w:val="1B2674"/>
          <w:spacing w:val="-2"/>
          <w:sz w:val="17"/>
        </w:rPr>
        <w:t>Číslo</w:t>
      </w:r>
      <w:r>
        <w:rPr>
          <w:rFonts w:ascii="Times New Roman" w:eastAsia="Times New Roman" w:hAnsi="Times New Roman"/>
          <w:color w:val="1B2674"/>
          <w:spacing w:val="5"/>
          <w:sz w:val="17"/>
        </w:rPr>
        <w:t xml:space="preserve"> </w:t>
      </w:r>
      <w:r>
        <w:rPr>
          <w:rFonts w:ascii="Segoe UI" w:eastAsia="Segoe UI" w:hAnsi="Segoe UI"/>
          <w:color w:val="1B2674"/>
          <w:spacing w:val="-5"/>
          <w:sz w:val="17"/>
        </w:rPr>
        <w:t>smlouvy</w:t>
      </w:r>
    </w:p>
    <w:p w14:paraId="369442E0" w14:textId="77777777" w:rsidR="00DE1DE9" w:rsidRDefault="002C7C64">
      <w:pPr>
        <w:wordWrap w:val="0"/>
        <w:autoSpaceDE w:val="0"/>
        <w:autoSpaceDN w:val="0"/>
        <w:spacing w:before="51" w:after="213" w:line="170" w:lineRule="exact"/>
        <w:ind w:left="381"/>
      </w:pPr>
      <w:r>
        <w:rPr>
          <w:rFonts w:ascii="Segoe UI" w:eastAsia="Segoe UI" w:hAnsi="Segoe UI"/>
          <w:b/>
          <w:color w:val="1B2674"/>
          <w:sz w:val="17"/>
        </w:rPr>
        <w:t>OMS</w:t>
      </w:r>
      <w:r>
        <w:rPr>
          <w:rFonts w:ascii="Segoe UI" w:eastAsia="Segoe UI" w:hAnsi="Segoe UI"/>
          <w:b/>
          <w:color w:val="1B2674"/>
          <w:spacing w:val="-12"/>
          <w:sz w:val="17"/>
        </w:rPr>
        <w:t>-</w:t>
      </w:r>
      <w:r>
        <w:rPr>
          <w:rFonts w:ascii="Segoe UI" w:eastAsia="Segoe UI" w:hAnsi="Segoe UI"/>
          <w:b/>
          <w:color w:val="1B2674"/>
          <w:spacing w:val="-3"/>
          <w:sz w:val="17"/>
        </w:rPr>
        <w:t>298069793</w:t>
      </w:r>
    </w:p>
    <w:p w14:paraId="70D66702" w14:textId="77777777" w:rsidR="00DE1DE9" w:rsidRDefault="00DE1DE9">
      <w:pPr>
        <w:spacing w:after="0"/>
        <w:sectPr w:rsidR="00DE1DE9">
          <w:type w:val="nextColumn"/>
          <w:pgSz w:w="11905" w:h="16837"/>
          <w:pgMar w:top="417" w:right="529" w:bottom="200" w:left="800" w:header="720" w:footer="720" w:gutter="0"/>
          <w:cols w:num="2" w:space="720" w:equalWidth="0">
            <w:col w:w="3917" w:space="0"/>
            <w:col w:w="6659" w:space="0"/>
          </w:cols>
          <w:docGrid w:linePitch="360"/>
        </w:sectPr>
      </w:pPr>
    </w:p>
    <w:p w14:paraId="6C3ABD8C" w14:textId="77777777" w:rsidR="00DE1DE9" w:rsidRDefault="002C7C64">
      <w:pPr>
        <w:wordWrap w:val="0"/>
        <w:autoSpaceDE w:val="0"/>
        <w:autoSpaceDN w:val="0"/>
        <w:spacing w:before="213" w:after="133" w:line="220" w:lineRule="exact"/>
        <w:ind w:left="606"/>
      </w:pPr>
      <w:r>
        <w:rPr>
          <w:rFonts w:ascii="Segoe UI" w:eastAsia="Segoe UI" w:hAnsi="Segoe UI"/>
          <w:b/>
          <w:color w:val="000000"/>
          <w:spacing w:val="-1"/>
        </w:rPr>
        <w:t>Co</w:t>
      </w:r>
      <w:r>
        <w:rPr>
          <w:rFonts w:ascii="Times New Roman" w:eastAsia="Times New Roman" w:hAnsi="Times New Roman"/>
          <w:b/>
          <w:color w:val="000000"/>
          <w:spacing w:val="6"/>
        </w:rPr>
        <w:t xml:space="preserve"> </w:t>
      </w:r>
      <w:r>
        <w:rPr>
          <w:rFonts w:ascii="Segoe UI" w:eastAsia="Segoe UI" w:hAnsi="Segoe UI"/>
          <w:b/>
          <w:color w:val="000000"/>
        </w:rPr>
        <w:t>tvoří</w:t>
      </w:r>
      <w:r>
        <w:rPr>
          <w:rFonts w:ascii="Times New Roman" w:eastAsia="Times New Roman" w:hAnsi="Times New Roman"/>
          <w:b/>
          <w:color w:val="000000"/>
          <w:spacing w:val="6"/>
        </w:rPr>
        <w:t xml:space="preserve"> </w:t>
      </w:r>
      <w:r>
        <w:rPr>
          <w:rFonts w:ascii="Segoe UI" w:eastAsia="Segoe UI" w:hAnsi="Segoe UI"/>
          <w:b/>
          <w:color w:val="000000"/>
        </w:rPr>
        <w:t>smlouvu</w:t>
      </w:r>
      <w:r>
        <w:rPr>
          <w:rFonts w:ascii="Times New Roman" w:eastAsia="Times New Roman" w:hAnsi="Times New Roman"/>
          <w:b/>
          <w:color w:val="000000"/>
          <w:spacing w:val="6"/>
        </w:rPr>
        <w:t xml:space="preserve"> </w:t>
      </w:r>
      <w:r>
        <w:rPr>
          <w:rFonts w:ascii="Segoe UI" w:eastAsia="Segoe UI" w:hAnsi="Segoe UI"/>
          <w:b/>
          <w:color w:val="000000"/>
          <w:spacing w:val="4"/>
        </w:rPr>
        <w:t>a</w:t>
      </w:r>
      <w:r>
        <w:rPr>
          <w:rFonts w:ascii="Times New Roman" w:eastAsia="Times New Roman" w:hAnsi="Times New Roman"/>
          <w:b/>
          <w:color w:val="000000"/>
          <w:spacing w:val="6"/>
        </w:rPr>
        <w:t xml:space="preserve"> </w:t>
      </w:r>
      <w:r>
        <w:rPr>
          <w:rFonts w:ascii="Segoe UI" w:eastAsia="Segoe UI" w:hAnsi="Segoe UI"/>
          <w:b/>
          <w:color w:val="000000"/>
        </w:rPr>
        <w:t>kde</w:t>
      </w:r>
      <w:r>
        <w:rPr>
          <w:rFonts w:ascii="Times New Roman" w:eastAsia="Times New Roman" w:hAnsi="Times New Roman"/>
          <w:b/>
          <w:color w:val="000000"/>
          <w:spacing w:val="6"/>
        </w:rPr>
        <w:t xml:space="preserve"> </w:t>
      </w:r>
      <w:r>
        <w:rPr>
          <w:rFonts w:ascii="Segoe UI" w:eastAsia="Segoe UI" w:hAnsi="Segoe UI"/>
          <w:b/>
          <w:color w:val="000000"/>
        </w:rPr>
        <w:t>jsou</w:t>
      </w:r>
      <w:r>
        <w:rPr>
          <w:rFonts w:ascii="Times New Roman" w:eastAsia="Times New Roman" w:hAnsi="Times New Roman"/>
          <w:b/>
          <w:color w:val="000000"/>
          <w:spacing w:val="6"/>
        </w:rPr>
        <w:t xml:space="preserve"> </w:t>
      </w:r>
      <w:r>
        <w:rPr>
          <w:rFonts w:ascii="Segoe UI" w:eastAsia="Segoe UI" w:hAnsi="Segoe UI"/>
          <w:b/>
          <w:color w:val="000000"/>
        </w:rPr>
        <w:t>podrobné</w:t>
      </w:r>
      <w:r>
        <w:rPr>
          <w:rFonts w:ascii="Times New Roman" w:eastAsia="Times New Roman" w:hAnsi="Times New Roman"/>
          <w:b/>
          <w:color w:val="000000"/>
          <w:spacing w:val="6"/>
        </w:rPr>
        <w:t xml:space="preserve"> </w:t>
      </w:r>
      <w:r>
        <w:rPr>
          <w:rFonts w:ascii="Segoe UI" w:eastAsia="Segoe UI" w:hAnsi="Segoe UI"/>
          <w:b/>
          <w:color w:val="000000"/>
          <w:w w:val="99"/>
        </w:rPr>
        <w:t>podmínky</w:t>
      </w:r>
    </w:p>
    <w:p w14:paraId="24868D96" w14:textId="77777777" w:rsidR="00DE1DE9" w:rsidRDefault="00DE1DE9">
      <w:pPr>
        <w:spacing w:after="0"/>
        <w:sectPr w:rsidR="00DE1DE9">
          <w:type w:val="continuous"/>
          <w:pgSz w:w="11905" w:h="16837"/>
          <w:pgMar w:top="417" w:right="529" w:bottom="200" w:left="800" w:header="720" w:footer="720" w:gutter="0"/>
          <w:cols w:space="720" w:equalWidth="0">
            <w:col w:w="10576" w:space="0"/>
          </w:cols>
          <w:docGrid w:linePitch="360"/>
        </w:sectPr>
      </w:pPr>
    </w:p>
    <w:p w14:paraId="58F2725B" w14:textId="77777777" w:rsidR="00DE1DE9" w:rsidRDefault="002C7C64">
      <w:pPr>
        <w:wordWrap w:val="0"/>
        <w:autoSpaceDE w:val="0"/>
        <w:autoSpaceDN w:val="0"/>
        <w:spacing w:before="133" w:after="10" w:line="130" w:lineRule="exact"/>
        <w:ind w:left="40"/>
      </w:pPr>
      <w:r>
        <w:rPr>
          <w:rFonts w:ascii="Segoe UI" w:eastAsia="Segoe UI" w:hAnsi="Segoe UI"/>
          <w:color w:val="000000"/>
          <w:spacing w:val="-3"/>
          <w:sz w:val="13"/>
        </w:rPr>
        <w:t>Smlouvu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poskytování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elektronických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komunikací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tvoří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tyto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dokumenty</w:t>
      </w:r>
      <w:r>
        <w:rPr>
          <w:rFonts w:ascii="Segoe UI" w:eastAsia="Segoe UI" w:hAnsi="Segoe UI"/>
          <w:color w:val="000000"/>
          <w:spacing w:val="8"/>
          <w:sz w:val="13"/>
        </w:rPr>
        <w:t>: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</w:t>
      </w:r>
      <w:r>
        <w:rPr>
          <w:rFonts w:ascii="Segoe UI" w:eastAsia="Segoe UI" w:hAnsi="Segoe UI"/>
          <w:color w:val="000000"/>
          <w:spacing w:val="2"/>
          <w:sz w:val="13"/>
        </w:rPr>
        <w:t>1</w:t>
      </w:r>
      <w:r>
        <w:rPr>
          <w:rFonts w:ascii="Segoe UI" w:eastAsia="Segoe UI" w:hAnsi="Segoe UI"/>
          <w:color w:val="000000"/>
          <w:spacing w:val="-3"/>
          <w:sz w:val="13"/>
        </w:rPr>
        <w:t>)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tento</w:t>
      </w:r>
    </w:p>
    <w:p w14:paraId="6819F61B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3"/>
          <w:sz w:val="13"/>
        </w:rPr>
        <w:t>smluvní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dokument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</w:t>
      </w:r>
      <w:r>
        <w:rPr>
          <w:rFonts w:ascii="Segoe UI" w:eastAsia="Segoe UI" w:hAnsi="Segoe UI"/>
          <w:color w:val="000000"/>
          <w:spacing w:val="2"/>
          <w:sz w:val="13"/>
        </w:rPr>
        <w:t>2</w:t>
      </w:r>
      <w:r>
        <w:rPr>
          <w:rFonts w:ascii="Segoe UI" w:eastAsia="Segoe UI" w:hAnsi="Segoe UI"/>
          <w:color w:val="000000"/>
          <w:spacing w:val="-3"/>
          <w:sz w:val="13"/>
        </w:rPr>
        <w:t>)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Všeobecné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podmínky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</w:t>
      </w:r>
      <w:r>
        <w:rPr>
          <w:rFonts w:ascii="Segoe UI" w:eastAsia="Segoe UI" w:hAnsi="Segoe UI"/>
          <w:color w:val="000000"/>
          <w:spacing w:val="-5"/>
          <w:sz w:val="13"/>
        </w:rPr>
        <w:t>VP</w:t>
      </w:r>
      <w:r>
        <w:rPr>
          <w:rFonts w:ascii="Segoe UI" w:eastAsia="Segoe UI" w:hAnsi="Segoe UI"/>
          <w:color w:val="000000"/>
          <w:spacing w:val="-3"/>
          <w:sz w:val="13"/>
        </w:rPr>
        <w:t>)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</w:t>
      </w:r>
      <w:r>
        <w:rPr>
          <w:rFonts w:ascii="Segoe UI" w:eastAsia="Segoe UI" w:hAnsi="Segoe UI"/>
          <w:color w:val="000000"/>
          <w:spacing w:val="2"/>
          <w:sz w:val="13"/>
        </w:rPr>
        <w:t>3</w:t>
      </w:r>
      <w:r>
        <w:rPr>
          <w:rFonts w:ascii="Segoe UI" w:eastAsia="Segoe UI" w:hAnsi="Segoe UI"/>
          <w:color w:val="000000"/>
          <w:spacing w:val="-3"/>
          <w:sz w:val="13"/>
        </w:rPr>
        <w:t>)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rozsahu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sjednaných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ceník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47035CF9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3"/>
          <w:sz w:val="13"/>
        </w:rPr>
        <w:t>Dohromady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též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označujeme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jako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101"/>
          <w:sz w:val="13"/>
        </w:rPr>
        <w:t>„smluvní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podmínky</w:t>
      </w:r>
      <w:r>
        <w:rPr>
          <w:rFonts w:ascii="Segoe UI" w:eastAsia="Segoe UI" w:hAnsi="Segoe UI"/>
          <w:color w:val="000000"/>
          <w:spacing w:val="23"/>
          <w:sz w:val="13"/>
        </w:rPr>
        <w:t>“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Smluvní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podmínky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najdete</w:t>
      </w:r>
    </w:p>
    <w:p w14:paraId="67129D43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aplikaci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Moje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kde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můžete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snadno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ovládat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nastavení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9"/>
          <w:sz w:val="13"/>
        </w:rPr>
        <w:t>-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například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znepřístupnit</w:t>
      </w:r>
    </w:p>
    <w:p w14:paraId="50280741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3"/>
          <w:sz w:val="13"/>
        </w:rPr>
        <w:t>využívání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platebních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transakcí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</w:t>
      </w:r>
      <w:r>
        <w:rPr>
          <w:rFonts w:ascii="Segoe UI" w:eastAsia="Segoe UI" w:hAnsi="Segoe UI"/>
          <w:color w:val="000000"/>
          <w:w w:val="101"/>
          <w:sz w:val="13"/>
        </w:rPr>
        <w:t>„platby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Segoe UI" w:eastAsia="Segoe UI" w:hAnsi="Segoe UI"/>
          <w:color w:val="000000"/>
          <w:spacing w:val="23"/>
          <w:sz w:val="13"/>
        </w:rPr>
        <w:t>“</w:t>
      </w:r>
      <w:r>
        <w:rPr>
          <w:rFonts w:ascii="Segoe UI" w:eastAsia="Segoe UI" w:hAnsi="Segoe UI"/>
          <w:color w:val="000000"/>
          <w:spacing w:val="2"/>
          <w:sz w:val="13"/>
        </w:rPr>
        <w:t>),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roamingu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čerpání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dat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po</w:t>
      </w:r>
    </w:p>
    <w:p w14:paraId="2AAB2261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3"/>
          <w:sz w:val="13"/>
        </w:rPr>
        <w:t>spotřebování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základního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datového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objemu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Smlouvu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nelze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uzavřít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výhradou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dodatkem</w:t>
      </w:r>
    </w:p>
    <w:p w14:paraId="0252ADF2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2"/>
          <w:sz w:val="13"/>
        </w:rPr>
        <w:t>či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odchylkou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smluvních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podmínek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ani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rekapitulací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jinými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slovy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Pokud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bychom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měnili</w:t>
      </w:r>
    </w:p>
    <w:p w14:paraId="38E7D410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2"/>
          <w:sz w:val="13"/>
        </w:rPr>
        <w:t>náležitosti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smlouvy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rozsahu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dle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VP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</w:t>
      </w:r>
      <w:r>
        <w:rPr>
          <w:rFonts w:ascii="Segoe UI" w:eastAsia="Segoe UI" w:hAnsi="Segoe UI"/>
          <w:color w:val="000000"/>
          <w:spacing w:val="-2"/>
          <w:sz w:val="13"/>
        </w:rPr>
        <w:t>např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cenu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parametry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8"/>
          <w:sz w:val="13"/>
        </w:rPr>
        <w:t>tarifu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či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dobu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trvání</w:t>
      </w:r>
    </w:p>
    <w:p w14:paraId="30BF37AB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1"/>
          <w:sz w:val="13"/>
        </w:rPr>
        <w:t>závazku</w:t>
      </w:r>
      <w:r>
        <w:rPr>
          <w:rFonts w:ascii="Segoe UI" w:eastAsia="Segoe UI" w:hAnsi="Segoe UI"/>
          <w:color w:val="000000"/>
          <w:spacing w:val="2"/>
          <w:sz w:val="13"/>
        </w:rPr>
        <w:t>),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budeme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vás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informovat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minimálně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2"/>
          <w:sz w:val="13"/>
        </w:rPr>
        <w:t>1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měsíc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předem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stejným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způsobem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</w:p>
    <w:p w14:paraId="32C75B09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2"/>
          <w:sz w:val="13"/>
        </w:rPr>
        <w:t>jakým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vám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zasíláme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vyúčtování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Pravidla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jimiž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řídí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zpracování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osobních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údajů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najdete</w:t>
      </w:r>
    </w:p>
    <w:p w14:paraId="24FC3FCA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1"/>
          <w:sz w:val="13"/>
        </w:rPr>
        <w:t>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7"/>
          <w:sz w:val="13"/>
        </w:rPr>
        <w:t>www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Segoe UI" w:eastAsia="Segoe UI" w:hAnsi="Segoe UI"/>
          <w:color w:val="000000"/>
          <w:spacing w:val="-2"/>
          <w:sz w:val="13"/>
        </w:rPr>
        <w:t>cz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sekci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Zásady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zpracování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osobních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údajů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7C27E1D9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3"/>
          <w:sz w:val="13"/>
        </w:rPr>
        <w:t>Vedle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sjednaných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můžete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čerpat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aktuální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nabídky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volitelných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kterou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vás</w:t>
      </w:r>
    </w:p>
    <w:p w14:paraId="21104E40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3"/>
          <w:sz w:val="13"/>
        </w:rPr>
        <w:t>pravidelně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aktualizujeme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zvláštním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ceníku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Pokud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jste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smlouvě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či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jejím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dodatku</w:t>
      </w:r>
    </w:p>
    <w:p w14:paraId="0996B004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3"/>
          <w:sz w:val="13"/>
        </w:rPr>
        <w:t>sjednali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poskytování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digitálního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obsahu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(zejm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8"/>
          <w:sz w:val="13"/>
        </w:rPr>
        <w:t>tarif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Oneplay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související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balíčky</w:t>
      </w:r>
      <w:r>
        <w:rPr>
          <w:rFonts w:ascii="Segoe UI" w:eastAsia="Segoe UI" w:hAnsi="Segoe UI"/>
          <w:color w:val="000000"/>
          <w:spacing w:val="2"/>
          <w:sz w:val="13"/>
        </w:rPr>
        <w:t>),</w:t>
      </w:r>
    </w:p>
    <w:p w14:paraId="74EB36DB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3"/>
          <w:sz w:val="13"/>
        </w:rPr>
        <w:t>souhlasíte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objednání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zahájením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poskytování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digitálního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obsahu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uplynutím</w:t>
      </w:r>
    </w:p>
    <w:p w14:paraId="7EA4729B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2"/>
          <w:sz w:val="13"/>
        </w:rPr>
        <w:t>lhůty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odstoupení</w:t>
      </w:r>
      <w:r>
        <w:rPr>
          <w:rFonts w:ascii="Segoe UI" w:eastAsia="Segoe UI" w:hAnsi="Segoe UI"/>
          <w:color w:val="000000"/>
          <w:spacing w:val="8"/>
          <w:sz w:val="13"/>
        </w:rPr>
        <w:t>;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berete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tedy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vědomí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že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tohoto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důvodu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udělením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zmíněného</w:t>
      </w:r>
    </w:p>
    <w:p w14:paraId="05CD98AD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3"/>
          <w:sz w:val="13"/>
        </w:rPr>
        <w:t>souhlasu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zaniklo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Vaše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právo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odstoupit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ujednání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poskytování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digitálního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obsahu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ve</w:t>
      </w:r>
    </w:p>
    <w:p w14:paraId="3B66DBC5" w14:textId="77777777" w:rsidR="00DE1DE9" w:rsidRDefault="002C7C64">
      <w:pPr>
        <w:wordWrap w:val="0"/>
        <w:autoSpaceDE w:val="0"/>
        <w:autoSpaceDN w:val="0"/>
        <w:spacing w:before="19" w:after="80" w:line="130" w:lineRule="exact"/>
        <w:ind w:left="40"/>
      </w:pPr>
      <w:r>
        <w:rPr>
          <w:rFonts w:ascii="Segoe UI" w:eastAsia="Segoe UI" w:hAnsi="Segoe UI"/>
          <w:color w:val="000000"/>
          <w:spacing w:val="-2"/>
          <w:sz w:val="13"/>
        </w:rPr>
        <w:t>lhůtě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2"/>
          <w:sz w:val="13"/>
        </w:rPr>
        <w:t>14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dnů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jak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jinak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upraveno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shora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7409F3DF" w14:textId="77777777" w:rsidR="00DE1DE9" w:rsidRDefault="002C7C64">
      <w:pPr>
        <w:wordWrap w:val="0"/>
        <w:autoSpaceDE w:val="0"/>
        <w:autoSpaceDN w:val="0"/>
        <w:spacing w:before="159" w:after="78" w:line="170" w:lineRule="exact"/>
        <w:ind w:left="40"/>
      </w:pPr>
      <w:r>
        <w:rPr>
          <w:rFonts w:ascii="Segoe UI" w:eastAsia="Segoe UI" w:hAnsi="Segoe UI"/>
          <w:color w:val="000000"/>
          <w:spacing w:val="-3"/>
          <w:sz w:val="17"/>
        </w:rPr>
        <w:t>Vaše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7"/>
        </w:rPr>
        <w:t>základní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povinnosti</w:t>
      </w:r>
    </w:p>
    <w:p w14:paraId="3CDDB403" w14:textId="77777777" w:rsidR="00DE1DE9" w:rsidRDefault="002C7C64">
      <w:pPr>
        <w:wordWrap w:val="0"/>
        <w:autoSpaceDE w:val="0"/>
        <w:autoSpaceDN w:val="0"/>
        <w:spacing w:before="157" w:after="10" w:line="130" w:lineRule="exact"/>
        <w:ind w:left="40"/>
      </w:pPr>
      <w:r>
        <w:rPr>
          <w:rFonts w:ascii="Segoe UI" w:eastAsia="Segoe UI" w:hAnsi="Segoe UI"/>
          <w:color w:val="000000"/>
          <w:spacing w:val="-2"/>
          <w:sz w:val="13"/>
        </w:rPr>
        <w:t>Uzavřením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smlouvy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zavazujete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dodržovat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smluvní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podmínky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jako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celek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Existují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ale</w:t>
      </w:r>
    </w:p>
    <w:p w14:paraId="204FB6A0" w14:textId="77777777" w:rsidR="00DE1DE9" w:rsidRDefault="002C7C64">
      <w:pPr>
        <w:wordWrap w:val="0"/>
        <w:autoSpaceDE w:val="0"/>
        <w:autoSpaceDN w:val="0"/>
        <w:spacing w:before="19" w:after="77" w:line="130" w:lineRule="exact"/>
        <w:ind w:left="40"/>
      </w:pPr>
      <w:r>
        <w:rPr>
          <w:rFonts w:ascii="Segoe UI" w:eastAsia="Segoe UI" w:hAnsi="Segoe UI"/>
          <w:color w:val="000000"/>
          <w:spacing w:val="-2"/>
          <w:sz w:val="13"/>
        </w:rPr>
        <w:t>základní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povinnosti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které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jsou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obzvlášť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důležité</w:t>
      </w:r>
      <w:r>
        <w:rPr>
          <w:rFonts w:ascii="Segoe UI" w:eastAsia="Segoe UI" w:hAnsi="Segoe UI"/>
          <w:color w:val="000000"/>
          <w:spacing w:val="8"/>
          <w:sz w:val="13"/>
        </w:rPr>
        <w:t>:</w:t>
      </w:r>
    </w:p>
    <w:p w14:paraId="2D1DE24E" w14:textId="77777777" w:rsidR="00DE1DE9" w:rsidRDefault="002C7C64">
      <w:pPr>
        <w:wordWrap w:val="0"/>
        <w:autoSpaceDE w:val="0"/>
        <w:autoSpaceDN w:val="0"/>
        <w:spacing w:before="155" w:after="78" w:line="130" w:lineRule="exact"/>
        <w:ind w:left="40"/>
      </w:pPr>
      <w:r>
        <w:rPr>
          <w:rFonts w:ascii="Segoe UI" w:eastAsia="Segoe UI" w:hAnsi="Segoe UI"/>
          <w:color w:val="6C6E70"/>
          <w:spacing w:val="2"/>
          <w:sz w:val="13"/>
        </w:rPr>
        <w:t>1</w:t>
      </w:r>
      <w:r>
        <w:rPr>
          <w:rFonts w:ascii="Segoe UI" w:eastAsia="Segoe UI" w:hAnsi="Segoe UI"/>
          <w:color w:val="6C6E7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108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Jste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povinen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řádně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včas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platit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vystavená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vyúčtování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6E7F9D6E" w14:textId="77777777" w:rsidR="00DE1DE9" w:rsidRDefault="002C7C64">
      <w:pPr>
        <w:wordWrap w:val="0"/>
        <w:autoSpaceDE w:val="0"/>
        <w:autoSpaceDN w:val="0"/>
        <w:spacing w:before="155" w:after="10" w:line="130" w:lineRule="exact"/>
        <w:ind w:left="40"/>
      </w:pPr>
      <w:r>
        <w:rPr>
          <w:rFonts w:ascii="Segoe UI" w:eastAsia="Segoe UI" w:hAnsi="Segoe UI"/>
          <w:color w:val="6C6E70"/>
          <w:spacing w:val="2"/>
          <w:sz w:val="13"/>
        </w:rPr>
        <w:t>2</w:t>
      </w:r>
      <w:r>
        <w:rPr>
          <w:rFonts w:ascii="Segoe UI" w:eastAsia="Segoe UI" w:hAnsi="Segoe UI"/>
          <w:color w:val="6C6E7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108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Nesmíte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přenechávat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úplatu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jiným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osobám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</w:t>
      </w:r>
      <w:r>
        <w:rPr>
          <w:rFonts w:ascii="Segoe UI" w:eastAsia="Segoe UI" w:hAnsi="Segoe UI"/>
          <w:color w:val="000000"/>
          <w:w w:val="99"/>
          <w:sz w:val="13"/>
        </w:rPr>
        <w:t>„přeprodej</w:t>
      </w:r>
      <w:r>
        <w:rPr>
          <w:rFonts w:ascii="Segoe UI" w:eastAsia="Segoe UI" w:hAnsi="Segoe UI"/>
          <w:color w:val="000000"/>
          <w:spacing w:val="23"/>
          <w:sz w:val="13"/>
        </w:rPr>
        <w:t>“</w:t>
      </w:r>
      <w:r>
        <w:rPr>
          <w:rFonts w:ascii="Segoe UI" w:eastAsia="Segoe UI" w:hAnsi="Segoe UI"/>
          <w:color w:val="000000"/>
          <w:spacing w:val="-3"/>
          <w:sz w:val="13"/>
        </w:rPr>
        <w:t>)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ani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přeprodej</w:t>
      </w:r>
    </w:p>
    <w:p w14:paraId="30C76FA9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9"/>
      </w:pPr>
      <w:r>
        <w:rPr>
          <w:rFonts w:ascii="Segoe UI" w:eastAsia="Segoe UI" w:hAnsi="Segoe UI"/>
          <w:color w:val="000000"/>
          <w:spacing w:val="-2"/>
          <w:sz w:val="13"/>
        </w:rPr>
        <w:t>umožnit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něm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podílet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Zakázáno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rovněž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začleňování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</w:t>
      </w:r>
    </w:p>
    <w:p w14:paraId="6E13730B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9"/>
      </w:pPr>
      <w:r>
        <w:rPr>
          <w:rFonts w:ascii="Segoe UI" w:eastAsia="Segoe UI" w:hAnsi="Segoe UI"/>
          <w:color w:val="000000"/>
          <w:spacing w:val="-2"/>
          <w:sz w:val="13"/>
        </w:rPr>
        <w:t>technických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řešení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určených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poskytování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jiným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osobám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vydávání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</w:p>
    <w:p w14:paraId="7B31663A" w14:textId="77777777" w:rsidR="00DE1DE9" w:rsidRDefault="002C7C64">
      <w:pPr>
        <w:wordWrap w:val="0"/>
        <w:autoSpaceDE w:val="0"/>
        <w:autoSpaceDN w:val="0"/>
        <w:spacing w:before="19" w:after="78" w:line="130" w:lineRule="exact"/>
        <w:ind w:left="289"/>
      </w:pPr>
      <w:r>
        <w:rPr>
          <w:rFonts w:ascii="Segoe UI" w:eastAsia="Segoe UI" w:hAnsi="Segoe UI"/>
          <w:color w:val="000000"/>
          <w:spacing w:val="-1"/>
          <w:sz w:val="13"/>
        </w:rPr>
        <w:t>za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jiného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subjektu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312BBB61" w14:textId="77777777" w:rsidR="00DE1DE9" w:rsidRDefault="002C7C64">
      <w:pPr>
        <w:wordWrap w:val="0"/>
        <w:autoSpaceDE w:val="0"/>
        <w:autoSpaceDN w:val="0"/>
        <w:spacing w:before="157" w:after="10" w:line="130" w:lineRule="exact"/>
        <w:ind w:left="40"/>
      </w:pPr>
      <w:r>
        <w:rPr>
          <w:rFonts w:ascii="Segoe UI" w:eastAsia="Segoe UI" w:hAnsi="Segoe UI"/>
          <w:color w:val="6C6E70"/>
          <w:spacing w:val="2"/>
          <w:sz w:val="13"/>
        </w:rPr>
        <w:t>3</w:t>
      </w:r>
      <w:r>
        <w:rPr>
          <w:rFonts w:ascii="Segoe UI" w:eastAsia="Segoe UI" w:hAnsi="Segoe UI"/>
          <w:color w:val="6C6E7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108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Nesmíte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negativně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ovlivňovat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provoz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sítě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kvalitu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poskytovaných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ostatním</w:t>
      </w:r>
    </w:p>
    <w:p w14:paraId="75C038E6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9"/>
      </w:pPr>
      <w:r>
        <w:rPr>
          <w:rFonts w:ascii="Segoe UI" w:eastAsia="Segoe UI" w:hAnsi="Segoe UI"/>
          <w:color w:val="000000"/>
          <w:spacing w:val="-2"/>
          <w:sz w:val="13"/>
        </w:rPr>
        <w:t>účastníkům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například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používáním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SIM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karty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z w:val="13"/>
        </w:rPr>
        <w:t>GSM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SMS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branách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</w:p>
    <w:p w14:paraId="6A53C664" w14:textId="3600016F" w:rsidR="00DE1DE9" w:rsidRDefault="002C7C64">
      <w:pPr>
        <w:wordWrap w:val="0"/>
        <w:autoSpaceDE w:val="0"/>
        <w:autoSpaceDN w:val="0"/>
        <w:spacing w:before="19" w:after="10" w:line="130" w:lineRule="exact"/>
        <w:ind w:left="289"/>
      </w:pPr>
      <w:r>
        <w:rPr>
          <w:rFonts w:ascii="Segoe UI" w:eastAsia="Segoe UI" w:hAnsi="Segoe UI"/>
          <w:color w:val="000000"/>
          <w:spacing w:val="-2"/>
          <w:sz w:val="13"/>
        </w:rPr>
        <w:t>zařízeních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určených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primárně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ke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sdílení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propojováním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hovorů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mezi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sítěmi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2AEEC777" w14:textId="77777777" w:rsidR="00DE1DE9" w:rsidRDefault="002C7C64">
      <w:pPr>
        <w:wordWrap w:val="0"/>
        <w:autoSpaceDE w:val="0"/>
        <w:autoSpaceDN w:val="0"/>
        <w:spacing w:before="19" w:after="79" w:line="130" w:lineRule="exact"/>
        <w:ind w:left="289"/>
      </w:pPr>
      <w:r>
        <w:rPr>
          <w:rFonts w:ascii="Segoe UI" w:eastAsia="Segoe UI" w:hAnsi="Segoe UI"/>
          <w:color w:val="000000"/>
          <w:spacing w:val="-4"/>
          <w:sz w:val="13"/>
        </w:rPr>
        <w:t>Nesmíte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zasahovat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sítě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síťových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zařízení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ani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koncového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</w:t>
      </w:r>
      <w:r>
        <w:rPr>
          <w:rFonts w:ascii="Segoe UI" w:eastAsia="Segoe UI" w:hAnsi="Segoe UI"/>
          <w:color w:val="000000"/>
          <w:spacing w:val="-2"/>
          <w:sz w:val="13"/>
        </w:rPr>
        <w:t>technologického</w:t>
      </w:r>
      <w:r>
        <w:rPr>
          <w:rFonts w:ascii="Segoe UI" w:eastAsia="Segoe UI" w:hAnsi="Segoe UI"/>
          <w:color w:val="000000"/>
          <w:spacing w:val="-3"/>
          <w:sz w:val="13"/>
        </w:rPr>
        <w:t>)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bodu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2566F19B" w14:textId="77777777" w:rsidR="00DE1DE9" w:rsidRDefault="002C7C64">
      <w:pPr>
        <w:wordWrap w:val="0"/>
        <w:autoSpaceDE w:val="0"/>
        <w:autoSpaceDN w:val="0"/>
        <w:spacing w:before="157" w:after="10" w:line="130" w:lineRule="exact"/>
        <w:ind w:left="40"/>
      </w:pPr>
      <w:r>
        <w:rPr>
          <w:rFonts w:ascii="Segoe UI" w:eastAsia="Segoe UI" w:hAnsi="Segoe UI"/>
          <w:color w:val="6C6E70"/>
          <w:spacing w:val="2"/>
          <w:sz w:val="13"/>
        </w:rPr>
        <w:t>4</w:t>
      </w:r>
      <w:r>
        <w:rPr>
          <w:rFonts w:ascii="Segoe UI" w:eastAsia="Segoe UI" w:hAnsi="Segoe UI"/>
          <w:color w:val="6C6E7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108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Nesmíte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uměle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automaticky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generovat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hovory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zprávy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hromadným</w:t>
      </w:r>
    </w:p>
    <w:p w14:paraId="794F84D2" w14:textId="77777777" w:rsidR="00DE1DE9" w:rsidRDefault="002C7C64">
      <w:pPr>
        <w:wordWrap w:val="0"/>
        <w:autoSpaceDE w:val="0"/>
        <w:autoSpaceDN w:val="0"/>
        <w:spacing w:before="19" w:after="78" w:line="130" w:lineRule="exact"/>
        <w:ind w:left="289"/>
      </w:pPr>
      <w:r>
        <w:rPr>
          <w:rFonts w:ascii="Segoe UI" w:eastAsia="Segoe UI" w:hAnsi="Segoe UI"/>
          <w:color w:val="000000"/>
          <w:spacing w:val="-3"/>
          <w:sz w:val="13"/>
        </w:rPr>
        <w:t>způsobem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7AA7715C" w14:textId="77777777" w:rsidR="00DE1DE9" w:rsidRDefault="002C7C64">
      <w:pPr>
        <w:wordWrap w:val="0"/>
        <w:autoSpaceDE w:val="0"/>
        <w:autoSpaceDN w:val="0"/>
        <w:spacing w:before="157" w:after="10" w:line="130" w:lineRule="exact"/>
        <w:ind w:left="40"/>
      </w:pPr>
      <w:r>
        <w:rPr>
          <w:rFonts w:ascii="Segoe UI" w:eastAsia="Segoe UI" w:hAnsi="Segoe UI"/>
          <w:color w:val="6C6E70"/>
          <w:spacing w:val="2"/>
          <w:sz w:val="13"/>
        </w:rPr>
        <w:t>5</w:t>
      </w:r>
      <w:r>
        <w:rPr>
          <w:rFonts w:ascii="Segoe UI" w:eastAsia="Segoe UI" w:hAnsi="Segoe UI"/>
          <w:color w:val="6C6E7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108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Výhody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jsou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určeny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pouze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vám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Proto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nesmíte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sdílet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101"/>
          <w:sz w:val="13"/>
        </w:rPr>
        <w:t>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získání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finančního</w:t>
      </w:r>
    </w:p>
    <w:p w14:paraId="04B4C70B" w14:textId="77777777" w:rsidR="00DE1DE9" w:rsidRDefault="002C7C64">
      <w:pPr>
        <w:wordWrap w:val="0"/>
        <w:autoSpaceDE w:val="0"/>
        <w:autoSpaceDN w:val="0"/>
        <w:spacing w:before="19" w:after="78" w:line="130" w:lineRule="exact"/>
        <w:ind w:left="289"/>
      </w:pPr>
      <w:r>
        <w:rPr>
          <w:rFonts w:ascii="Segoe UI" w:eastAsia="Segoe UI" w:hAnsi="Segoe UI"/>
          <w:color w:val="000000"/>
          <w:spacing w:val="-3"/>
          <w:sz w:val="13"/>
        </w:rPr>
        <w:t>prospěchu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2644A4C6" w14:textId="77777777" w:rsidR="00DE1DE9" w:rsidRDefault="002C7C64">
      <w:pPr>
        <w:wordWrap w:val="0"/>
        <w:autoSpaceDE w:val="0"/>
        <w:autoSpaceDN w:val="0"/>
        <w:spacing w:before="157" w:after="10" w:line="130" w:lineRule="exact"/>
        <w:ind w:left="40"/>
      </w:pPr>
      <w:r>
        <w:rPr>
          <w:rFonts w:ascii="Segoe UI" w:eastAsia="Segoe UI" w:hAnsi="Segoe UI"/>
          <w:color w:val="6C6E70"/>
          <w:spacing w:val="2"/>
          <w:sz w:val="13"/>
        </w:rPr>
        <w:t>6</w:t>
      </w:r>
      <w:r>
        <w:rPr>
          <w:rFonts w:ascii="Segoe UI" w:eastAsia="Segoe UI" w:hAnsi="Segoe UI"/>
          <w:color w:val="6C6E7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108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Zavazujete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užívat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výhody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rozsahu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nepřesahujícím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maximální</w:t>
      </w:r>
    </w:p>
    <w:p w14:paraId="3272071D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9"/>
      </w:pPr>
      <w:r>
        <w:rPr>
          <w:rFonts w:ascii="Segoe UI" w:eastAsia="Segoe UI" w:hAnsi="Segoe UI"/>
          <w:color w:val="000000"/>
          <w:spacing w:val="-3"/>
          <w:sz w:val="13"/>
        </w:rPr>
        <w:t>předpokládatelné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chování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jednoho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člověka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Za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takovou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hranici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považujeme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2"/>
          <w:sz w:val="13"/>
        </w:rPr>
        <w:t>10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Segoe UI" w:eastAsia="Segoe UI" w:hAnsi="Segoe UI"/>
          <w:color w:val="000000"/>
          <w:spacing w:val="2"/>
          <w:sz w:val="13"/>
        </w:rPr>
        <w:t>000</w:t>
      </w:r>
    </w:p>
    <w:p w14:paraId="5B87AC70" w14:textId="77777777" w:rsidR="00DE1DE9" w:rsidRDefault="002C7C64">
      <w:pPr>
        <w:wordWrap w:val="0"/>
        <w:autoSpaceDE w:val="0"/>
        <w:autoSpaceDN w:val="0"/>
        <w:spacing w:before="19" w:after="77" w:line="130" w:lineRule="exact"/>
        <w:ind w:left="289"/>
      </w:pPr>
      <w:r>
        <w:rPr>
          <w:rFonts w:ascii="Segoe UI" w:eastAsia="Segoe UI" w:hAnsi="Segoe UI"/>
          <w:color w:val="000000"/>
          <w:spacing w:val="-2"/>
          <w:sz w:val="13"/>
        </w:rPr>
        <w:t>minut</w:t>
      </w:r>
      <w:r>
        <w:rPr>
          <w:rFonts w:ascii="Segoe UI" w:eastAsia="Segoe UI" w:hAnsi="Segoe UI"/>
          <w:color w:val="000000"/>
          <w:spacing w:val="-15"/>
          <w:sz w:val="13"/>
        </w:rPr>
        <w:t>/</w:t>
      </w:r>
      <w:r>
        <w:rPr>
          <w:rFonts w:ascii="Segoe UI" w:eastAsia="Segoe UI" w:hAnsi="Segoe UI"/>
          <w:color w:val="000000"/>
          <w:spacing w:val="-3"/>
          <w:sz w:val="13"/>
        </w:rPr>
        <w:t>SMS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měsíc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7EEF3AC5" w14:textId="77777777" w:rsidR="00DE1DE9" w:rsidRDefault="002C7C64">
      <w:pPr>
        <w:wordWrap w:val="0"/>
        <w:autoSpaceDE w:val="0"/>
        <w:autoSpaceDN w:val="0"/>
        <w:spacing w:before="155" w:after="10" w:line="130" w:lineRule="exact"/>
        <w:ind w:left="40"/>
      </w:pPr>
      <w:r>
        <w:rPr>
          <w:rFonts w:ascii="Segoe UI" w:eastAsia="Segoe UI" w:hAnsi="Segoe UI"/>
          <w:color w:val="6C6E70"/>
          <w:spacing w:val="2"/>
          <w:sz w:val="13"/>
        </w:rPr>
        <w:t>7</w:t>
      </w:r>
      <w:r>
        <w:rPr>
          <w:rFonts w:ascii="Segoe UI" w:eastAsia="Segoe UI" w:hAnsi="Segoe UI"/>
          <w:color w:val="6C6E7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108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Mobilní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roaming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regulovanými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cenami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zavazujete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užívat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takové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míře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aby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úhrada</w:t>
      </w:r>
    </w:p>
    <w:p w14:paraId="3AAEA1F6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9"/>
      </w:pPr>
      <w:r>
        <w:rPr>
          <w:rFonts w:ascii="Segoe UI" w:eastAsia="Segoe UI" w:hAnsi="Segoe UI"/>
          <w:color w:val="000000"/>
          <w:spacing w:val="-1"/>
          <w:sz w:val="13"/>
        </w:rPr>
        <w:t>za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spotřebované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zóně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EU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(odchozí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volání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odchozí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SMS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data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odchozí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MMS</w:t>
      </w:r>
      <w:r>
        <w:rPr>
          <w:rFonts w:ascii="Segoe UI" w:eastAsia="Segoe UI" w:hAnsi="Segoe UI"/>
          <w:color w:val="000000"/>
          <w:spacing w:val="-3"/>
          <w:sz w:val="13"/>
        </w:rPr>
        <w:t>)</w:t>
      </w:r>
    </w:p>
    <w:p w14:paraId="588820B9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9"/>
      </w:pPr>
      <w:r>
        <w:rPr>
          <w:rFonts w:ascii="Segoe UI" w:eastAsia="Segoe UI" w:hAnsi="Segoe UI"/>
          <w:color w:val="000000"/>
          <w:spacing w:val="-2"/>
          <w:sz w:val="13"/>
        </w:rPr>
        <w:t>nepřevážila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rámci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vaší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celkové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úhrady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Rozhodné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vždy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období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2"/>
          <w:sz w:val="13"/>
        </w:rPr>
        <w:t>4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měsíce</w:t>
      </w:r>
    </w:p>
    <w:p w14:paraId="795C488C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9"/>
      </w:pPr>
      <w:r>
        <w:rPr>
          <w:rFonts w:ascii="Segoe UI" w:eastAsia="Segoe UI" w:hAnsi="Segoe UI"/>
          <w:color w:val="000000"/>
          <w:spacing w:val="-2"/>
          <w:sz w:val="13"/>
        </w:rPr>
        <w:t>zpětně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účtované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společným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paušálem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z w:val="13"/>
        </w:rPr>
        <w:t>ČR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zónu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EU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počítá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poměrná</w:t>
      </w:r>
    </w:p>
    <w:p w14:paraId="64581FEA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9"/>
      </w:pPr>
      <w:r>
        <w:rPr>
          <w:rFonts w:ascii="Segoe UI" w:eastAsia="Segoe UI" w:hAnsi="Segoe UI"/>
          <w:color w:val="000000"/>
          <w:spacing w:val="-2"/>
          <w:sz w:val="13"/>
        </w:rPr>
        <w:t>část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paušálu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každý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den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kdy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uskutečněno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spojení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rámci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zóny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EU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zahrnuté</w:t>
      </w:r>
    </w:p>
    <w:p w14:paraId="23CD33FE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9"/>
      </w:pP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paušálu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ostatních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případech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započítávají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ceny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jednotek</w:t>
      </w:r>
    </w:p>
    <w:p w14:paraId="125064E7" w14:textId="77777777" w:rsidR="00DE1DE9" w:rsidRDefault="002C7C64">
      <w:pPr>
        <w:wordWrap w:val="0"/>
        <w:autoSpaceDE w:val="0"/>
        <w:autoSpaceDN w:val="0"/>
        <w:spacing w:before="19" w:after="78" w:line="130" w:lineRule="exact"/>
        <w:ind w:left="289"/>
      </w:pPr>
      <w:r>
        <w:rPr>
          <w:rFonts w:ascii="Segoe UI" w:eastAsia="Segoe UI" w:hAnsi="Segoe UI"/>
          <w:color w:val="000000"/>
          <w:spacing w:val="-3"/>
          <w:sz w:val="13"/>
        </w:rPr>
        <w:t>spotřebovaných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zóně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EU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313BAC4A" w14:textId="77777777" w:rsidR="00DE1DE9" w:rsidRDefault="002C7C64">
      <w:pPr>
        <w:wordWrap w:val="0"/>
        <w:autoSpaceDE w:val="0"/>
        <w:autoSpaceDN w:val="0"/>
        <w:spacing w:before="155" w:after="10" w:line="130" w:lineRule="exact"/>
        <w:ind w:left="40"/>
      </w:pPr>
      <w:r>
        <w:rPr>
          <w:rFonts w:ascii="Segoe UI" w:eastAsia="Segoe UI" w:hAnsi="Segoe UI"/>
          <w:color w:val="000000"/>
          <w:spacing w:val="-4"/>
          <w:sz w:val="13"/>
        </w:rPr>
        <w:t>Při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porušení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těchto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povinností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oprávněna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vám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omezit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či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přerušit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poskytování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594D5977" w14:textId="77777777" w:rsidR="00DE1DE9" w:rsidRDefault="002C7C64">
      <w:pPr>
        <w:wordWrap w:val="0"/>
        <w:autoSpaceDE w:val="0"/>
        <w:autoSpaceDN w:val="0"/>
        <w:spacing w:before="19" w:after="129" w:line="130" w:lineRule="exact"/>
        <w:ind w:left="40"/>
      </w:pPr>
      <w:r>
        <w:rPr>
          <w:rFonts w:ascii="Segoe UI" w:eastAsia="Segoe UI" w:hAnsi="Segoe UI"/>
          <w:color w:val="000000"/>
          <w:spacing w:val="-1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případě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neplacení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vás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vyzveme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dáme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Vám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nejméně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2"/>
          <w:sz w:val="13"/>
        </w:rPr>
        <w:t>7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dodatečnou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úhradu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076E081F" w14:textId="77777777" w:rsidR="00DE1DE9" w:rsidRDefault="00DE1DE9">
      <w:pPr>
        <w:spacing w:after="0"/>
        <w:sectPr w:rsidR="00DE1DE9">
          <w:type w:val="continuous"/>
          <w:pgSz w:w="11905" w:h="16837"/>
          <w:pgMar w:top="417" w:right="529" w:bottom="200" w:left="800" w:header="720" w:footer="720" w:gutter="0"/>
          <w:cols w:num="2" w:space="720" w:equalWidth="0">
            <w:col w:w="5270" w:space="0"/>
            <w:col w:w="5306" w:space="0"/>
          </w:cols>
          <w:docGrid w:linePitch="360"/>
        </w:sectPr>
      </w:pPr>
    </w:p>
    <w:p w14:paraId="233A313B" w14:textId="77777777" w:rsidR="00DE1DE9" w:rsidRDefault="002C7C64">
      <w:pPr>
        <w:wordWrap w:val="0"/>
        <w:autoSpaceDE w:val="0"/>
        <w:autoSpaceDN w:val="0"/>
        <w:spacing w:before="137" w:after="78" w:line="170" w:lineRule="exact"/>
        <w:ind w:left="107"/>
      </w:pPr>
      <w:r>
        <w:rPr>
          <w:rFonts w:ascii="Segoe UI" w:eastAsia="Segoe UI" w:hAnsi="Segoe UI"/>
          <w:color w:val="000000"/>
          <w:spacing w:val="-4"/>
          <w:sz w:val="17"/>
        </w:rPr>
        <w:t>Placení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vyúčtování</w:t>
      </w:r>
    </w:p>
    <w:p w14:paraId="0A7F5F1B" w14:textId="77777777" w:rsidR="00DE1DE9" w:rsidRDefault="002C7C64">
      <w:pPr>
        <w:wordWrap w:val="0"/>
        <w:autoSpaceDE w:val="0"/>
        <w:autoSpaceDN w:val="0"/>
        <w:spacing w:before="157" w:after="10" w:line="130" w:lineRule="exact"/>
        <w:ind w:left="107"/>
      </w:pPr>
      <w:r>
        <w:rPr>
          <w:rFonts w:ascii="Segoe UI" w:eastAsia="Segoe UI" w:hAnsi="Segoe UI"/>
          <w:color w:val="000000"/>
          <w:spacing w:val="-3"/>
          <w:sz w:val="13"/>
        </w:rPr>
        <w:t>Splatnost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pravidla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doručování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vyúčtování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platební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podmínky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řídí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VP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případě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prodlení</w:t>
      </w:r>
    </w:p>
    <w:p w14:paraId="53704AE6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07"/>
      </w:pP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oprávněna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omezit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poskytování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pokud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vyúčtování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neuhradíte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ani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2"/>
          <w:sz w:val="13"/>
        </w:rPr>
        <w:t>7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dní</w:t>
      </w:r>
    </w:p>
    <w:p w14:paraId="15F64D52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07"/>
      </w:pPr>
      <w:r>
        <w:rPr>
          <w:rFonts w:ascii="Segoe UI" w:eastAsia="Segoe UI" w:hAnsi="Segoe UI"/>
          <w:color w:val="000000"/>
          <w:spacing w:val="-4"/>
          <w:sz w:val="13"/>
        </w:rPr>
        <w:t>po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prokazatelném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upozornění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Pokud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nedojde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101"/>
          <w:sz w:val="13"/>
        </w:rPr>
        <w:t>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úhradě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ani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po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omezení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</w:p>
    <w:p w14:paraId="25010E9E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07"/>
      </w:pPr>
      <w:r>
        <w:rPr>
          <w:rFonts w:ascii="Segoe UI" w:eastAsia="Segoe UI" w:hAnsi="Segoe UI"/>
          <w:color w:val="000000"/>
          <w:spacing w:val="-2"/>
          <w:sz w:val="13"/>
        </w:rPr>
        <w:t>oprávněna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přerušit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Upomínka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obnova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poskytování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jsou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zpoplatněny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dle</w:t>
      </w:r>
    </w:p>
    <w:p w14:paraId="349A9658" w14:textId="77777777" w:rsidR="00DE1DE9" w:rsidRDefault="002C7C64">
      <w:pPr>
        <w:wordWrap w:val="0"/>
        <w:autoSpaceDE w:val="0"/>
        <w:autoSpaceDN w:val="0"/>
        <w:spacing w:before="19" w:after="80" w:line="130" w:lineRule="exact"/>
        <w:ind w:left="107"/>
      </w:pPr>
      <w:r>
        <w:rPr>
          <w:rFonts w:ascii="Segoe UI" w:eastAsia="Segoe UI" w:hAnsi="Segoe UI"/>
          <w:color w:val="000000"/>
          <w:spacing w:val="-2"/>
          <w:sz w:val="13"/>
        </w:rPr>
        <w:t>ceníku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Dluhy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jsou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hlášeny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registru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SOLUS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</w:t>
      </w:r>
      <w:r>
        <w:rPr>
          <w:rFonts w:ascii="Segoe UI" w:eastAsia="Segoe UI" w:hAnsi="Segoe UI"/>
          <w:color w:val="000000"/>
          <w:spacing w:val="7"/>
          <w:sz w:val="13"/>
        </w:rPr>
        <w:t>www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Segoe UI" w:eastAsia="Segoe UI" w:hAnsi="Segoe UI"/>
          <w:color w:val="000000"/>
          <w:spacing w:val="-3"/>
          <w:sz w:val="13"/>
        </w:rPr>
        <w:t>solus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Segoe UI" w:eastAsia="Segoe UI" w:hAnsi="Segoe UI"/>
          <w:color w:val="000000"/>
          <w:spacing w:val="-2"/>
          <w:sz w:val="13"/>
        </w:rPr>
        <w:t>cz</w:t>
      </w:r>
      <w:r>
        <w:rPr>
          <w:rFonts w:ascii="Segoe UI" w:eastAsia="Segoe UI" w:hAnsi="Segoe UI"/>
          <w:color w:val="000000"/>
          <w:spacing w:val="2"/>
          <w:sz w:val="13"/>
        </w:rPr>
        <w:t>).</w:t>
      </w:r>
    </w:p>
    <w:p w14:paraId="29868ABB" w14:textId="77777777" w:rsidR="00DE1DE9" w:rsidRDefault="002C7C64">
      <w:pPr>
        <w:wordWrap w:val="0"/>
        <w:autoSpaceDE w:val="0"/>
        <w:autoSpaceDN w:val="0"/>
        <w:spacing w:before="160" w:after="78" w:line="170" w:lineRule="exact"/>
        <w:ind w:left="107"/>
      </w:pPr>
      <w:r>
        <w:rPr>
          <w:rFonts w:ascii="Segoe UI" w:eastAsia="Segoe UI" w:hAnsi="Segoe UI"/>
          <w:color w:val="000000"/>
          <w:spacing w:val="-1"/>
          <w:sz w:val="17"/>
        </w:rPr>
        <w:t>Aktuální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7"/>
        </w:rPr>
        <w:t>nabídka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volitelných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služeb</w:t>
      </w:r>
    </w:p>
    <w:p w14:paraId="2984FCD4" w14:textId="77777777" w:rsidR="00DE1DE9" w:rsidRDefault="002C7C64">
      <w:pPr>
        <w:wordWrap w:val="0"/>
        <w:autoSpaceDE w:val="0"/>
        <w:autoSpaceDN w:val="0"/>
        <w:spacing w:before="157" w:after="10" w:line="130" w:lineRule="exact"/>
        <w:ind w:left="107"/>
      </w:pPr>
      <w:r>
        <w:rPr>
          <w:rFonts w:ascii="Segoe UI" w:eastAsia="Segoe UI" w:hAnsi="Segoe UI"/>
          <w:color w:val="000000"/>
          <w:spacing w:val="-1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samostatném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ceníku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vás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pravidelně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aktualizujeme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nabídku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volitelných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</w:p>
    <w:p w14:paraId="6DE42322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07"/>
      </w:pP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podmínky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jejich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poskytování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Tato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nabídka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součástí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smlouvy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základní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službu</w:t>
      </w:r>
      <w:r>
        <w:rPr>
          <w:rFonts w:ascii="Segoe UI" w:eastAsia="Segoe UI" w:hAnsi="Segoe UI"/>
          <w:color w:val="000000"/>
          <w:spacing w:val="8"/>
          <w:sz w:val="13"/>
        </w:rPr>
        <w:t>;</w:t>
      </w:r>
    </w:p>
    <w:p w14:paraId="6424D28D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07"/>
      </w:pPr>
      <w:r>
        <w:rPr>
          <w:rFonts w:ascii="Segoe UI" w:eastAsia="Segoe UI" w:hAnsi="Segoe UI"/>
          <w:color w:val="000000"/>
          <w:spacing w:val="-3"/>
          <w:sz w:val="13"/>
        </w:rPr>
        <w:t>volitelná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služba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doplňující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či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rozšiřující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základní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poskytována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shodných</w:t>
      </w:r>
    </w:p>
    <w:p w14:paraId="73AE4728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07"/>
      </w:pPr>
      <w:r>
        <w:rPr>
          <w:rFonts w:ascii="Segoe UI" w:eastAsia="Segoe UI" w:hAnsi="Segoe UI"/>
          <w:color w:val="000000"/>
          <w:spacing w:val="-2"/>
          <w:sz w:val="13"/>
        </w:rPr>
        <w:t>parametrů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kvality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podmínek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nestanoví</w:t>
      </w:r>
      <w:r>
        <w:rPr>
          <w:rFonts w:ascii="Segoe UI" w:eastAsia="Segoe UI" w:hAnsi="Segoe UI"/>
          <w:color w:val="000000"/>
          <w:spacing w:val="-9"/>
          <w:sz w:val="13"/>
        </w:rPr>
        <w:t>-</w:t>
      </w:r>
      <w:r>
        <w:rPr>
          <w:rFonts w:ascii="Segoe UI" w:eastAsia="Segoe UI" w:hAnsi="Segoe UI"/>
          <w:color w:val="000000"/>
          <w:spacing w:val="-3"/>
          <w:sz w:val="13"/>
        </w:rPr>
        <w:t>li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ceník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jinak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Volitelné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můžete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objednat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</w:p>
    <w:p w14:paraId="7FECC4DC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07"/>
      </w:pPr>
      <w:r>
        <w:rPr>
          <w:rFonts w:ascii="Segoe UI" w:eastAsia="Segoe UI" w:hAnsi="Segoe UI"/>
          <w:color w:val="000000"/>
          <w:spacing w:val="-3"/>
          <w:sz w:val="13"/>
        </w:rPr>
        <w:t>pokud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aktuálně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nabízíme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podle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podmínek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účinných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101"/>
          <w:sz w:val="13"/>
        </w:rPr>
        <w:t>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datu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objednání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Nabízený</w:t>
      </w:r>
    </w:p>
    <w:p w14:paraId="39492B87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07"/>
      </w:pPr>
      <w:r>
        <w:rPr>
          <w:rFonts w:ascii="Segoe UI" w:eastAsia="Segoe UI" w:hAnsi="Segoe UI"/>
          <w:color w:val="000000"/>
          <w:spacing w:val="-2"/>
          <w:sz w:val="13"/>
        </w:rPr>
        <w:t>rozsah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může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měnit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Změna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ceny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rozsahu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jiných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podmínek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poskytování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aktuální</w:t>
      </w:r>
    </w:p>
    <w:p w14:paraId="47179A68" w14:textId="77777777" w:rsidR="00DE1DE9" w:rsidRDefault="002C7C64">
      <w:pPr>
        <w:wordWrap w:val="0"/>
        <w:autoSpaceDE w:val="0"/>
        <w:autoSpaceDN w:val="0"/>
        <w:spacing w:before="19" w:after="80" w:line="130" w:lineRule="exact"/>
        <w:ind w:left="107"/>
      </w:pPr>
      <w:r>
        <w:rPr>
          <w:rFonts w:ascii="Segoe UI" w:eastAsia="Segoe UI" w:hAnsi="Segoe UI"/>
          <w:color w:val="000000"/>
          <w:spacing w:val="-3"/>
          <w:sz w:val="13"/>
        </w:rPr>
        <w:t>nabídce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volitelných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změnou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smlouvy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6F8B62BE" w14:textId="77777777" w:rsidR="00DE1DE9" w:rsidRDefault="002C7C64">
      <w:pPr>
        <w:wordWrap w:val="0"/>
        <w:autoSpaceDE w:val="0"/>
        <w:autoSpaceDN w:val="0"/>
        <w:spacing w:before="160" w:after="78" w:line="170" w:lineRule="exact"/>
        <w:ind w:left="107"/>
      </w:pPr>
      <w:r>
        <w:rPr>
          <w:rFonts w:ascii="Segoe UI" w:eastAsia="Segoe UI" w:hAnsi="Segoe UI"/>
          <w:color w:val="000000"/>
          <w:spacing w:val="-3"/>
          <w:sz w:val="17"/>
        </w:rPr>
        <w:t>Upozornění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pro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služby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6"/>
          <w:sz w:val="17"/>
        </w:rPr>
        <w:t>v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pevném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místě</w:t>
      </w:r>
    </w:p>
    <w:p w14:paraId="5158007E" w14:textId="77777777" w:rsidR="00DE1DE9" w:rsidRDefault="002C7C64">
      <w:pPr>
        <w:wordWrap w:val="0"/>
        <w:autoSpaceDE w:val="0"/>
        <w:autoSpaceDN w:val="0"/>
        <w:spacing w:before="157" w:after="10" w:line="130" w:lineRule="exact"/>
        <w:ind w:left="107"/>
      </w:pPr>
      <w:r>
        <w:rPr>
          <w:rFonts w:ascii="Segoe UI" w:eastAsia="Segoe UI" w:hAnsi="Segoe UI"/>
          <w:color w:val="000000"/>
          <w:spacing w:val="4"/>
          <w:sz w:val="13"/>
        </w:rPr>
        <w:t>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poskytování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nutné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mít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zřízený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funkční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koncový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bod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</w:t>
      </w:r>
      <w:r>
        <w:rPr>
          <w:rFonts w:ascii="Segoe UI" w:eastAsia="Segoe UI" w:hAnsi="Segoe UI"/>
          <w:color w:val="000000"/>
          <w:spacing w:val="-2"/>
          <w:sz w:val="13"/>
        </w:rPr>
        <w:t>zásuvku</w:t>
      </w:r>
      <w:r>
        <w:rPr>
          <w:rFonts w:ascii="Segoe UI" w:eastAsia="Segoe UI" w:hAnsi="Segoe UI"/>
          <w:color w:val="000000"/>
          <w:spacing w:val="-3"/>
          <w:sz w:val="13"/>
        </w:rPr>
        <w:t>)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volnou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kapacitu</w:t>
      </w:r>
    </w:p>
    <w:p w14:paraId="3817CA26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07"/>
      </w:pPr>
      <w:r>
        <w:rPr>
          <w:rFonts w:ascii="Segoe UI" w:eastAsia="Segoe UI" w:hAnsi="Segoe UI"/>
          <w:color w:val="000000"/>
          <w:spacing w:val="-3"/>
          <w:sz w:val="13"/>
        </w:rPr>
        <w:t>pevné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sítě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6"/>
          <w:sz w:val="13"/>
        </w:rPr>
        <w:t>Po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uzavření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smlouvy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zajistíme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podrobné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technické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šetření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Pokud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koncový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bod</w:t>
      </w:r>
    </w:p>
    <w:p w14:paraId="03B2EE9F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07"/>
      </w:pPr>
      <w:r>
        <w:rPr>
          <w:rFonts w:ascii="Segoe UI" w:eastAsia="Segoe UI" w:hAnsi="Segoe UI"/>
          <w:color w:val="000000"/>
          <w:spacing w:val="-2"/>
          <w:sz w:val="13"/>
        </w:rPr>
        <w:t>není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neumožňuje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kvalitní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poskytnutí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má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právo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smlouvu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vypovědět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</w:p>
    <w:p w14:paraId="027902F0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07"/>
      </w:pPr>
      <w:r>
        <w:rPr>
          <w:rFonts w:ascii="Segoe UI" w:eastAsia="Segoe UI" w:hAnsi="Segoe UI"/>
          <w:color w:val="000000"/>
          <w:spacing w:val="-1"/>
          <w:sz w:val="13"/>
        </w:rPr>
        <w:t>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žádost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zprostředkuje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možnost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vybudování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vedení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vaše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náklady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může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zajistit</w:t>
      </w:r>
    </w:p>
    <w:p w14:paraId="77725500" w14:textId="77777777" w:rsidR="00DE1DE9" w:rsidRDefault="002C7C64">
      <w:pPr>
        <w:wordWrap w:val="0"/>
        <w:autoSpaceDE w:val="0"/>
        <w:autoSpaceDN w:val="0"/>
        <w:spacing w:before="19" w:after="80" w:line="130" w:lineRule="exact"/>
        <w:ind w:left="107"/>
      </w:pPr>
      <w:r>
        <w:rPr>
          <w:rFonts w:ascii="Segoe UI" w:eastAsia="Segoe UI" w:hAnsi="Segoe UI"/>
          <w:color w:val="000000"/>
          <w:spacing w:val="-3"/>
          <w:sz w:val="13"/>
        </w:rPr>
        <w:t>službu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mobilní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7"/>
          <w:sz w:val="13"/>
        </w:rPr>
        <w:t>síť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což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ale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může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vyžádat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instalaci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vnější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antény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7833DA75" w14:textId="77777777" w:rsidR="00DE1DE9" w:rsidRDefault="002C7C64">
      <w:pPr>
        <w:wordWrap w:val="0"/>
        <w:autoSpaceDE w:val="0"/>
        <w:autoSpaceDN w:val="0"/>
        <w:spacing w:before="160" w:after="78" w:line="170" w:lineRule="exact"/>
        <w:ind w:left="107"/>
      </w:pPr>
      <w:r>
        <w:rPr>
          <w:rFonts w:ascii="Segoe UI" w:eastAsia="Segoe UI" w:hAnsi="Segoe UI"/>
          <w:color w:val="000000"/>
          <w:spacing w:val="-2"/>
          <w:sz w:val="17"/>
        </w:rPr>
        <w:t>Máte</w:t>
      </w:r>
      <w:r>
        <w:rPr>
          <w:rFonts w:ascii="Segoe UI" w:eastAsia="Segoe UI" w:hAnsi="Segoe UI"/>
          <w:color w:val="000000"/>
          <w:spacing w:val="-11"/>
          <w:sz w:val="17"/>
        </w:rPr>
        <w:t>-</w:t>
      </w:r>
      <w:r>
        <w:rPr>
          <w:rFonts w:ascii="Segoe UI" w:eastAsia="Segoe UI" w:hAnsi="Segoe UI"/>
          <w:color w:val="000000"/>
          <w:spacing w:val="-3"/>
          <w:sz w:val="17"/>
        </w:rPr>
        <w:t>li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7"/>
        </w:rPr>
        <w:t>službu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7"/>
        </w:rPr>
        <w:t>se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7"/>
        </w:rPr>
        <w:t>závazkem</w:t>
      </w:r>
    </w:p>
    <w:p w14:paraId="7850BC34" w14:textId="77777777" w:rsidR="00DE1DE9" w:rsidRDefault="002C7C64">
      <w:pPr>
        <w:wordWrap w:val="0"/>
        <w:autoSpaceDE w:val="0"/>
        <w:autoSpaceDN w:val="0"/>
        <w:spacing w:before="157" w:after="10" w:line="130" w:lineRule="exact"/>
        <w:ind w:left="107"/>
      </w:pPr>
      <w:r>
        <w:rPr>
          <w:rFonts w:ascii="Segoe UI" w:eastAsia="Segoe UI" w:hAnsi="Segoe UI"/>
          <w:color w:val="000000"/>
          <w:spacing w:val="-3"/>
          <w:sz w:val="13"/>
        </w:rPr>
        <w:t>Zavazujete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dodržovat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základní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povinnosti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až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konce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závazku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výměnou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zvýhodněnou</w:t>
      </w:r>
    </w:p>
    <w:p w14:paraId="4C5100EA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07"/>
      </w:pPr>
      <w:r>
        <w:rPr>
          <w:rFonts w:ascii="Segoe UI" w:eastAsia="Segoe UI" w:hAnsi="Segoe UI"/>
          <w:color w:val="000000"/>
          <w:spacing w:val="-2"/>
          <w:sz w:val="13"/>
        </w:rPr>
        <w:t>cenu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měsíčního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paušálu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případě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přerušení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jste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povinen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požádat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obnovu</w:t>
      </w:r>
    </w:p>
    <w:p w14:paraId="5A9CEBBF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07"/>
      </w:pPr>
      <w:r>
        <w:rPr>
          <w:rFonts w:ascii="Segoe UI" w:eastAsia="Segoe UI" w:hAnsi="Segoe UI"/>
          <w:color w:val="000000"/>
          <w:spacing w:val="-3"/>
          <w:sz w:val="13"/>
        </w:rPr>
        <w:t>poskytování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konce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sjednané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přerušení</w:t>
      </w:r>
      <w:r>
        <w:rPr>
          <w:rFonts w:ascii="Segoe UI" w:eastAsia="Segoe UI" w:hAnsi="Segoe UI"/>
          <w:color w:val="000000"/>
          <w:spacing w:val="8"/>
          <w:sz w:val="13"/>
        </w:rPr>
        <w:t>;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doba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přerušení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činí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2"/>
          <w:sz w:val="13"/>
        </w:rPr>
        <w:t>14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dní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pokud</w:t>
      </w:r>
    </w:p>
    <w:p w14:paraId="510CD6F4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07"/>
      </w:pPr>
      <w:r>
        <w:rPr>
          <w:rFonts w:ascii="Segoe UI" w:eastAsia="Segoe UI" w:hAnsi="Segoe UI"/>
          <w:color w:val="000000"/>
          <w:spacing w:val="-2"/>
          <w:sz w:val="13"/>
        </w:rPr>
        <w:t>není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sjednána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jiná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6"/>
          <w:sz w:val="13"/>
        </w:rPr>
        <w:t>Po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skončení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závazku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lze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smlouvu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ukončit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bez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sankce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ale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služba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bude</w:t>
      </w:r>
    </w:p>
    <w:p w14:paraId="749F1CF0" w14:textId="77777777" w:rsidR="00DE1DE9" w:rsidRDefault="002C7C64">
      <w:pPr>
        <w:wordWrap w:val="0"/>
        <w:autoSpaceDE w:val="0"/>
        <w:autoSpaceDN w:val="0"/>
        <w:spacing w:before="19" w:after="80" w:line="130" w:lineRule="exact"/>
        <w:ind w:left="107"/>
      </w:pPr>
      <w:r>
        <w:rPr>
          <w:rFonts w:ascii="Segoe UI" w:eastAsia="Segoe UI" w:hAnsi="Segoe UI"/>
          <w:color w:val="000000"/>
          <w:spacing w:val="-2"/>
          <w:sz w:val="13"/>
        </w:rPr>
        <w:t>účtována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bez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zvýhodnění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17261C46" w14:textId="77777777" w:rsidR="00DE1DE9" w:rsidRDefault="002C7C64">
      <w:pPr>
        <w:wordWrap w:val="0"/>
        <w:autoSpaceDE w:val="0"/>
        <w:autoSpaceDN w:val="0"/>
        <w:spacing w:before="160" w:after="78" w:line="170" w:lineRule="exact"/>
        <w:ind w:left="107"/>
      </w:pPr>
      <w:r>
        <w:rPr>
          <w:rFonts w:ascii="Segoe UI" w:eastAsia="Segoe UI" w:hAnsi="Segoe UI"/>
          <w:color w:val="000000"/>
          <w:spacing w:val="-4"/>
          <w:sz w:val="17"/>
        </w:rPr>
        <w:t>Smluvní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7"/>
        </w:rPr>
        <w:t>pokuta</w:t>
      </w:r>
    </w:p>
    <w:p w14:paraId="2C17714A" w14:textId="77777777" w:rsidR="00DE1DE9" w:rsidRDefault="002C7C64">
      <w:pPr>
        <w:wordWrap w:val="0"/>
        <w:autoSpaceDE w:val="0"/>
        <w:autoSpaceDN w:val="0"/>
        <w:spacing w:before="157" w:after="10" w:line="130" w:lineRule="exact"/>
        <w:ind w:left="107"/>
      </w:pPr>
      <w:r>
        <w:rPr>
          <w:rFonts w:ascii="Segoe UI" w:eastAsia="Segoe UI" w:hAnsi="Segoe UI"/>
          <w:color w:val="000000"/>
          <w:spacing w:val="-3"/>
          <w:sz w:val="13"/>
        </w:rPr>
        <w:t>Pokud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během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trvání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závazku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porušíte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některou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základních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povinností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užívání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</w:p>
    <w:p w14:paraId="1A61DEC7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07"/>
      </w:pPr>
      <w:r>
        <w:rPr>
          <w:rFonts w:ascii="Segoe UI" w:eastAsia="Segoe UI" w:hAnsi="Segoe UI"/>
          <w:color w:val="000000"/>
          <w:spacing w:val="-3"/>
          <w:sz w:val="13"/>
        </w:rPr>
        <w:t>(viz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výše</w:t>
      </w:r>
      <w:r>
        <w:rPr>
          <w:rFonts w:ascii="Segoe UI" w:eastAsia="Segoe UI" w:hAnsi="Segoe UI"/>
          <w:color w:val="000000"/>
          <w:spacing w:val="2"/>
          <w:sz w:val="13"/>
        </w:rPr>
        <w:t>),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oprávněna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vám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vyúčtovat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smluvní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pokutu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výši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součtu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zbývajících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celých</w:t>
      </w:r>
    </w:p>
    <w:p w14:paraId="37AC494B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07"/>
      </w:pPr>
      <w:r>
        <w:rPr>
          <w:rFonts w:ascii="Segoe UI" w:eastAsia="Segoe UI" w:hAnsi="Segoe UI"/>
          <w:color w:val="000000"/>
          <w:spacing w:val="-3"/>
          <w:sz w:val="13"/>
        </w:rPr>
        <w:t>měsíčních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paušálů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</w:t>
      </w:r>
      <w:r>
        <w:rPr>
          <w:rFonts w:ascii="Segoe UI" w:eastAsia="Segoe UI" w:hAnsi="Segoe UI"/>
          <w:color w:val="000000"/>
          <w:spacing w:val="-4"/>
          <w:sz w:val="13"/>
        </w:rPr>
        <w:t>podle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8"/>
          <w:sz w:val="13"/>
        </w:rPr>
        <w:t>tarifu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základní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včetně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6"/>
          <w:sz w:val="13"/>
        </w:rPr>
        <w:t>DPH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ke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dni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porušení)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porušení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</w:t>
      </w:r>
    </w:p>
    <w:p w14:paraId="67848348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07"/>
      </w:pPr>
      <w:r>
        <w:rPr>
          <w:rFonts w:ascii="Segoe UI" w:eastAsia="Segoe UI" w:hAnsi="Segoe UI"/>
          <w:color w:val="000000"/>
          <w:spacing w:val="-2"/>
          <w:sz w:val="13"/>
        </w:rPr>
        <w:t>konce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sjednané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závazku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Při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porušení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vaší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povinnosti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řádně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včas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platit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vystavená</w:t>
      </w:r>
    </w:p>
    <w:p w14:paraId="61AD5478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07"/>
      </w:pPr>
      <w:r>
        <w:rPr>
          <w:rFonts w:ascii="Segoe UI" w:eastAsia="Segoe UI" w:hAnsi="Segoe UI"/>
          <w:color w:val="000000"/>
          <w:spacing w:val="-3"/>
          <w:sz w:val="13"/>
        </w:rPr>
        <w:t>vyúčtování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vzniká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právo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smluvní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pokutu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okamžikem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uplynutí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2"/>
          <w:sz w:val="13"/>
        </w:rPr>
        <w:t>65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dne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prodlení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s</w:t>
      </w:r>
    </w:p>
    <w:p w14:paraId="518E6E56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07"/>
      </w:pPr>
      <w:r>
        <w:rPr>
          <w:rFonts w:ascii="Segoe UI" w:eastAsia="Segoe UI" w:hAnsi="Segoe UI"/>
          <w:color w:val="000000"/>
          <w:spacing w:val="-2"/>
          <w:sz w:val="13"/>
        </w:rPr>
        <w:t>úhradou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zbývající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paušály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počítají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až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tohoto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okamžiku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Nepožádáte</w:t>
      </w:r>
      <w:r>
        <w:rPr>
          <w:rFonts w:ascii="Segoe UI" w:eastAsia="Segoe UI" w:hAnsi="Segoe UI"/>
          <w:color w:val="000000"/>
          <w:spacing w:val="-9"/>
          <w:sz w:val="13"/>
        </w:rPr>
        <w:t>-</w:t>
      </w:r>
      <w:r>
        <w:rPr>
          <w:rFonts w:ascii="Segoe UI" w:eastAsia="Segoe UI" w:hAnsi="Segoe UI"/>
          <w:color w:val="000000"/>
          <w:spacing w:val="-3"/>
          <w:sz w:val="13"/>
        </w:rPr>
        <w:t>li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po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přerušení</w:t>
      </w:r>
    </w:p>
    <w:p w14:paraId="602BC4EA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07"/>
      </w:pP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včas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obnovu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jejího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poskytování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jde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také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porušení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smlouvy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závazkem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</w:p>
    <w:p w14:paraId="0A2E1F86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07"/>
      </w:pPr>
      <w:r>
        <w:rPr>
          <w:rFonts w:ascii="Segoe UI" w:eastAsia="Segoe UI" w:hAnsi="Segoe UI"/>
          <w:color w:val="000000"/>
          <w:spacing w:val="-2"/>
          <w:sz w:val="13"/>
        </w:rPr>
        <w:t>vzniká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právo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smluvní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pokutu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stejné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výši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jako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shora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dobu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uplynutí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sjednané</w:t>
      </w:r>
    </w:p>
    <w:p w14:paraId="267C1B58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07"/>
      </w:pPr>
      <w:r>
        <w:rPr>
          <w:rFonts w:ascii="Segoe UI" w:eastAsia="Segoe UI" w:hAnsi="Segoe UI"/>
          <w:color w:val="000000"/>
          <w:spacing w:val="-4"/>
          <w:sz w:val="13"/>
        </w:rPr>
        <w:t>doby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přerušení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konce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sjednané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závazku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Při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ukončení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smlouvy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uplynutím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doby</w:t>
      </w:r>
    </w:p>
    <w:p w14:paraId="0231B346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07"/>
      </w:pPr>
      <w:r>
        <w:rPr>
          <w:rFonts w:ascii="Segoe UI" w:eastAsia="Segoe UI" w:hAnsi="Segoe UI"/>
          <w:color w:val="000000"/>
          <w:spacing w:val="-2"/>
          <w:sz w:val="13"/>
        </w:rPr>
        <w:t>trvání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závazku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dohodou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výpovědí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vaší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strany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oprávněna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vám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vyúčtovat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úhradu</w:t>
      </w:r>
    </w:p>
    <w:p w14:paraId="47B72FAA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07"/>
      </w:pPr>
      <w:r>
        <w:rPr>
          <w:rFonts w:ascii="Segoe UI" w:eastAsia="Segoe UI" w:hAnsi="Segoe UI"/>
          <w:color w:val="000000"/>
          <w:spacing w:val="-1"/>
          <w:sz w:val="13"/>
        </w:rPr>
        <w:t>za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předčasné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ukončení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smlouvy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</w:t>
      </w:r>
      <w:r>
        <w:rPr>
          <w:rFonts w:ascii="Segoe UI" w:eastAsia="Segoe UI" w:hAnsi="Segoe UI"/>
          <w:color w:val="000000"/>
          <w:spacing w:val="-2"/>
          <w:sz w:val="13"/>
        </w:rPr>
        <w:t>paušální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odškodnění</w:t>
      </w:r>
      <w:r>
        <w:rPr>
          <w:rFonts w:ascii="Segoe UI" w:eastAsia="Segoe UI" w:hAnsi="Segoe UI"/>
          <w:color w:val="000000"/>
          <w:spacing w:val="2"/>
          <w:sz w:val="13"/>
        </w:rPr>
        <w:t>).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Výše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paušálního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odškodnění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ve</w:t>
      </w:r>
    </w:p>
    <w:p w14:paraId="59AC5F2E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07"/>
      </w:pPr>
      <w:r>
        <w:rPr>
          <w:rFonts w:ascii="Segoe UI" w:eastAsia="Segoe UI" w:hAnsi="Segoe UI"/>
          <w:color w:val="000000"/>
          <w:spacing w:val="-4"/>
          <w:sz w:val="13"/>
        </w:rPr>
        <w:t>výši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součtu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měsíčních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paušálů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zbývajících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ukončení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smlouvy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konce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sjednané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doby</w:t>
      </w:r>
    </w:p>
    <w:p w14:paraId="44CC510F" w14:textId="77777777" w:rsidR="00DE1DE9" w:rsidRDefault="002C7C64">
      <w:pPr>
        <w:wordWrap w:val="0"/>
        <w:autoSpaceDE w:val="0"/>
        <w:autoSpaceDN w:val="0"/>
        <w:spacing w:before="19" w:after="130" w:line="130" w:lineRule="exact"/>
        <w:ind w:left="107"/>
      </w:pPr>
      <w:r>
        <w:rPr>
          <w:rFonts w:ascii="Segoe UI" w:eastAsia="Segoe UI" w:hAnsi="Segoe UI"/>
          <w:color w:val="000000"/>
          <w:spacing w:val="-2"/>
          <w:sz w:val="13"/>
        </w:rPr>
        <w:t>trvání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závazku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Jakékoli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sankce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závazku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účtují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jen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jednou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6D4E951F" w14:textId="77777777" w:rsidR="00DE1DE9" w:rsidRDefault="00DE1DE9">
      <w:pPr>
        <w:spacing w:after="0"/>
        <w:sectPr w:rsidR="00DE1DE9">
          <w:type w:val="nextColumn"/>
          <w:pgSz w:w="11905" w:h="16837"/>
          <w:pgMar w:top="417" w:right="529" w:bottom="200" w:left="800" w:header="720" w:footer="720" w:gutter="0"/>
          <w:cols w:num="2" w:space="720" w:equalWidth="0">
            <w:col w:w="5270" w:space="0"/>
            <w:col w:w="5306" w:space="0"/>
          </w:cols>
          <w:docGrid w:linePitch="360"/>
        </w:sectPr>
      </w:pPr>
    </w:p>
    <w:p w14:paraId="7ABBBCF2" w14:textId="77777777" w:rsidR="00DE1DE9" w:rsidRDefault="002C7C64">
      <w:pPr>
        <w:wordWrap w:val="0"/>
        <w:autoSpaceDE w:val="0"/>
        <w:autoSpaceDN w:val="0"/>
        <w:spacing w:before="129" w:after="133" w:line="220" w:lineRule="exact"/>
        <w:ind w:left="606"/>
      </w:pPr>
      <w:r>
        <w:rPr>
          <w:rFonts w:ascii="Segoe UI" w:eastAsia="Segoe UI" w:hAnsi="Segoe UI"/>
          <w:b/>
          <w:color w:val="000000"/>
          <w:spacing w:val="-1"/>
        </w:rPr>
        <w:t>Co</w:t>
      </w:r>
      <w:r>
        <w:rPr>
          <w:rFonts w:ascii="Times New Roman" w:eastAsia="Times New Roman" w:hAnsi="Times New Roman"/>
          <w:b/>
          <w:color w:val="000000"/>
          <w:spacing w:val="6"/>
        </w:rPr>
        <w:t xml:space="preserve"> </w:t>
      </w:r>
      <w:r>
        <w:rPr>
          <w:rFonts w:ascii="Segoe UI" w:eastAsia="Segoe UI" w:hAnsi="Segoe UI"/>
          <w:b/>
          <w:color w:val="000000"/>
        </w:rPr>
        <w:t>tvoří</w:t>
      </w:r>
      <w:r>
        <w:rPr>
          <w:rFonts w:ascii="Times New Roman" w:eastAsia="Times New Roman" w:hAnsi="Times New Roman"/>
          <w:b/>
          <w:color w:val="000000"/>
          <w:spacing w:val="6"/>
        </w:rPr>
        <w:t xml:space="preserve"> </w:t>
      </w:r>
      <w:r>
        <w:rPr>
          <w:rFonts w:ascii="Segoe UI" w:eastAsia="Segoe UI" w:hAnsi="Segoe UI"/>
          <w:b/>
          <w:color w:val="000000"/>
        </w:rPr>
        <w:t>smlouvu</w:t>
      </w:r>
      <w:r>
        <w:rPr>
          <w:rFonts w:ascii="Times New Roman" w:eastAsia="Times New Roman" w:hAnsi="Times New Roman"/>
          <w:b/>
          <w:color w:val="000000"/>
          <w:spacing w:val="6"/>
        </w:rPr>
        <w:t xml:space="preserve"> </w:t>
      </w:r>
      <w:r>
        <w:rPr>
          <w:rFonts w:ascii="Segoe UI" w:eastAsia="Segoe UI" w:hAnsi="Segoe UI"/>
          <w:b/>
          <w:color w:val="000000"/>
          <w:spacing w:val="4"/>
        </w:rPr>
        <w:t>a</w:t>
      </w:r>
      <w:r>
        <w:rPr>
          <w:rFonts w:ascii="Times New Roman" w:eastAsia="Times New Roman" w:hAnsi="Times New Roman"/>
          <w:b/>
          <w:color w:val="000000"/>
          <w:spacing w:val="6"/>
        </w:rPr>
        <w:t xml:space="preserve"> </w:t>
      </w:r>
      <w:r>
        <w:rPr>
          <w:rFonts w:ascii="Segoe UI" w:eastAsia="Segoe UI" w:hAnsi="Segoe UI"/>
          <w:b/>
          <w:color w:val="000000"/>
        </w:rPr>
        <w:t>kde</w:t>
      </w:r>
      <w:r>
        <w:rPr>
          <w:rFonts w:ascii="Times New Roman" w:eastAsia="Times New Roman" w:hAnsi="Times New Roman"/>
          <w:b/>
          <w:color w:val="000000"/>
          <w:spacing w:val="6"/>
        </w:rPr>
        <w:t xml:space="preserve"> </w:t>
      </w:r>
      <w:r>
        <w:rPr>
          <w:rFonts w:ascii="Segoe UI" w:eastAsia="Segoe UI" w:hAnsi="Segoe UI"/>
          <w:b/>
          <w:color w:val="000000"/>
        </w:rPr>
        <w:t>jsou</w:t>
      </w:r>
      <w:r>
        <w:rPr>
          <w:rFonts w:ascii="Times New Roman" w:eastAsia="Times New Roman" w:hAnsi="Times New Roman"/>
          <w:b/>
          <w:color w:val="000000"/>
          <w:spacing w:val="6"/>
        </w:rPr>
        <w:t xml:space="preserve"> </w:t>
      </w:r>
      <w:r>
        <w:rPr>
          <w:rFonts w:ascii="Segoe UI" w:eastAsia="Segoe UI" w:hAnsi="Segoe UI"/>
          <w:b/>
          <w:color w:val="000000"/>
        </w:rPr>
        <w:t>podrobné</w:t>
      </w:r>
      <w:r>
        <w:rPr>
          <w:rFonts w:ascii="Times New Roman" w:eastAsia="Times New Roman" w:hAnsi="Times New Roman"/>
          <w:b/>
          <w:color w:val="000000"/>
          <w:spacing w:val="6"/>
        </w:rPr>
        <w:t xml:space="preserve"> </w:t>
      </w:r>
      <w:r>
        <w:rPr>
          <w:rFonts w:ascii="Segoe UI" w:eastAsia="Segoe UI" w:hAnsi="Segoe UI"/>
          <w:b/>
          <w:color w:val="000000"/>
          <w:w w:val="99"/>
        </w:rPr>
        <w:t>podmínky</w:t>
      </w:r>
    </w:p>
    <w:p w14:paraId="0F4C8554" w14:textId="77777777" w:rsidR="00DE1DE9" w:rsidRDefault="00DE1DE9">
      <w:pPr>
        <w:spacing w:after="0"/>
        <w:sectPr w:rsidR="00DE1DE9">
          <w:type w:val="continuous"/>
          <w:pgSz w:w="11905" w:h="16837"/>
          <w:pgMar w:top="417" w:right="529" w:bottom="200" w:left="800" w:header="720" w:footer="720" w:gutter="0"/>
          <w:cols w:space="720" w:equalWidth="0">
            <w:col w:w="10576" w:space="0"/>
          </w:cols>
          <w:docGrid w:linePitch="360"/>
        </w:sectPr>
      </w:pPr>
    </w:p>
    <w:p w14:paraId="05A3B346" w14:textId="77777777" w:rsidR="00DE1DE9" w:rsidRDefault="002C7C64">
      <w:pPr>
        <w:wordWrap w:val="0"/>
        <w:autoSpaceDE w:val="0"/>
        <w:autoSpaceDN w:val="0"/>
        <w:spacing w:before="133" w:after="10" w:line="130" w:lineRule="exact"/>
        <w:ind w:left="40"/>
      </w:pPr>
      <w:r>
        <w:rPr>
          <w:rFonts w:ascii="Segoe UI" w:eastAsia="Segoe UI" w:hAnsi="Segoe UI"/>
          <w:color w:val="000000"/>
          <w:spacing w:val="-3"/>
          <w:sz w:val="13"/>
        </w:rPr>
        <w:t>Smlouvu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poskytování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elektronických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komunikací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tvoří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tyto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dokumenty</w:t>
      </w:r>
      <w:r>
        <w:rPr>
          <w:rFonts w:ascii="Segoe UI" w:eastAsia="Segoe UI" w:hAnsi="Segoe UI"/>
          <w:color w:val="000000"/>
          <w:spacing w:val="8"/>
          <w:sz w:val="13"/>
        </w:rPr>
        <w:t>: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</w:t>
      </w:r>
      <w:r>
        <w:rPr>
          <w:rFonts w:ascii="Segoe UI" w:eastAsia="Segoe UI" w:hAnsi="Segoe UI"/>
          <w:color w:val="000000"/>
          <w:spacing w:val="2"/>
          <w:sz w:val="13"/>
        </w:rPr>
        <w:t>1</w:t>
      </w:r>
      <w:r>
        <w:rPr>
          <w:rFonts w:ascii="Segoe UI" w:eastAsia="Segoe UI" w:hAnsi="Segoe UI"/>
          <w:color w:val="000000"/>
          <w:spacing w:val="-3"/>
          <w:sz w:val="13"/>
        </w:rPr>
        <w:t>)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tento</w:t>
      </w:r>
    </w:p>
    <w:p w14:paraId="74212A0A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3"/>
          <w:sz w:val="13"/>
        </w:rPr>
        <w:t>smluvní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dokument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</w:t>
      </w:r>
      <w:r>
        <w:rPr>
          <w:rFonts w:ascii="Segoe UI" w:eastAsia="Segoe UI" w:hAnsi="Segoe UI"/>
          <w:color w:val="000000"/>
          <w:spacing w:val="2"/>
          <w:sz w:val="13"/>
        </w:rPr>
        <w:t>2</w:t>
      </w:r>
      <w:r>
        <w:rPr>
          <w:rFonts w:ascii="Segoe UI" w:eastAsia="Segoe UI" w:hAnsi="Segoe UI"/>
          <w:color w:val="000000"/>
          <w:spacing w:val="-3"/>
          <w:sz w:val="13"/>
        </w:rPr>
        <w:t>)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Všeobecné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podmínky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</w:t>
      </w:r>
      <w:r>
        <w:rPr>
          <w:rFonts w:ascii="Segoe UI" w:eastAsia="Segoe UI" w:hAnsi="Segoe UI"/>
          <w:color w:val="000000"/>
          <w:spacing w:val="-5"/>
          <w:sz w:val="13"/>
        </w:rPr>
        <w:t>VP</w:t>
      </w:r>
      <w:r>
        <w:rPr>
          <w:rFonts w:ascii="Segoe UI" w:eastAsia="Segoe UI" w:hAnsi="Segoe UI"/>
          <w:color w:val="000000"/>
          <w:spacing w:val="-3"/>
          <w:sz w:val="13"/>
        </w:rPr>
        <w:t>)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</w:t>
      </w:r>
      <w:r>
        <w:rPr>
          <w:rFonts w:ascii="Segoe UI" w:eastAsia="Segoe UI" w:hAnsi="Segoe UI"/>
          <w:color w:val="000000"/>
          <w:spacing w:val="2"/>
          <w:sz w:val="13"/>
        </w:rPr>
        <w:t>3</w:t>
      </w:r>
      <w:r>
        <w:rPr>
          <w:rFonts w:ascii="Segoe UI" w:eastAsia="Segoe UI" w:hAnsi="Segoe UI"/>
          <w:color w:val="000000"/>
          <w:spacing w:val="-3"/>
          <w:sz w:val="13"/>
        </w:rPr>
        <w:t>)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rozsahu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sjednaných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ceník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3756C8E1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3"/>
          <w:sz w:val="13"/>
        </w:rPr>
        <w:t>Dohromady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též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označujeme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jako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101"/>
          <w:sz w:val="13"/>
        </w:rPr>
        <w:t>„smluvní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podmínky</w:t>
      </w:r>
      <w:r>
        <w:rPr>
          <w:rFonts w:ascii="Segoe UI" w:eastAsia="Segoe UI" w:hAnsi="Segoe UI"/>
          <w:color w:val="000000"/>
          <w:spacing w:val="23"/>
          <w:sz w:val="13"/>
        </w:rPr>
        <w:t>“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Smluvní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podmínky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najdete</w:t>
      </w:r>
    </w:p>
    <w:p w14:paraId="17653456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aplikaci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Moje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kde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můžete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snadno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ovládat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nastavení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9"/>
          <w:sz w:val="13"/>
        </w:rPr>
        <w:t>-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například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znepřístupnit</w:t>
      </w:r>
    </w:p>
    <w:p w14:paraId="20957D7E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3"/>
          <w:sz w:val="13"/>
        </w:rPr>
        <w:t>využívání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platebních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transakcí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</w:t>
      </w:r>
      <w:r>
        <w:rPr>
          <w:rFonts w:ascii="Segoe UI" w:eastAsia="Segoe UI" w:hAnsi="Segoe UI"/>
          <w:color w:val="000000"/>
          <w:w w:val="101"/>
          <w:sz w:val="13"/>
        </w:rPr>
        <w:t>„platby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Segoe UI" w:eastAsia="Segoe UI" w:hAnsi="Segoe UI"/>
          <w:color w:val="000000"/>
          <w:spacing w:val="23"/>
          <w:sz w:val="13"/>
        </w:rPr>
        <w:t>“</w:t>
      </w:r>
      <w:r>
        <w:rPr>
          <w:rFonts w:ascii="Segoe UI" w:eastAsia="Segoe UI" w:hAnsi="Segoe UI"/>
          <w:color w:val="000000"/>
          <w:spacing w:val="2"/>
          <w:sz w:val="13"/>
        </w:rPr>
        <w:t>),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roamingu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čerpání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dat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po</w:t>
      </w:r>
    </w:p>
    <w:p w14:paraId="21FC11BC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3"/>
          <w:sz w:val="13"/>
        </w:rPr>
        <w:t>spotřebování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základního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datového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objemu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Smlouvu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nelze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uzavřít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výhradou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dodatkem</w:t>
      </w:r>
    </w:p>
    <w:p w14:paraId="5E410D4C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2"/>
          <w:sz w:val="13"/>
        </w:rPr>
        <w:t>či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odchylkou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smluvních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podmínek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ani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rekapitulací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jinými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slovy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Pokud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bychom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měnili</w:t>
      </w:r>
    </w:p>
    <w:p w14:paraId="00A7F8B3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2"/>
          <w:sz w:val="13"/>
        </w:rPr>
        <w:t>náležitosti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smlouvy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rozsahu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dle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VP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</w:t>
      </w:r>
      <w:r>
        <w:rPr>
          <w:rFonts w:ascii="Segoe UI" w:eastAsia="Segoe UI" w:hAnsi="Segoe UI"/>
          <w:color w:val="000000"/>
          <w:spacing w:val="-2"/>
          <w:sz w:val="13"/>
        </w:rPr>
        <w:t>např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cenu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parametry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8"/>
          <w:sz w:val="13"/>
        </w:rPr>
        <w:t>tarifu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či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dobu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trvání</w:t>
      </w:r>
    </w:p>
    <w:p w14:paraId="46FCA792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1"/>
          <w:sz w:val="13"/>
        </w:rPr>
        <w:t>závazku</w:t>
      </w:r>
      <w:r>
        <w:rPr>
          <w:rFonts w:ascii="Segoe UI" w:eastAsia="Segoe UI" w:hAnsi="Segoe UI"/>
          <w:color w:val="000000"/>
          <w:spacing w:val="2"/>
          <w:sz w:val="13"/>
        </w:rPr>
        <w:t>),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budeme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vás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informovat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minimálně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2"/>
          <w:sz w:val="13"/>
        </w:rPr>
        <w:t>1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měsíc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předem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stejným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způsobem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</w:p>
    <w:p w14:paraId="65B55CE3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2"/>
          <w:sz w:val="13"/>
        </w:rPr>
        <w:t>jakým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vám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zasíláme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vyúčtování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Pravidla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jimiž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řídí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zpracování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osobních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údajů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najdete</w:t>
      </w:r>
    </w:p>
    <w:p w14:paraId="79B95564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1"/>
          <w:sz w:val="13"/>
        </w:rPr>
        <w:t>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7"/>
          <w:sz w:val="13"/>
        </w:rPr>
        <w:t>www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Segoe UI" w:eastAsia="Segoe UI" w:hAnsi="Segoe UI"/>
          <w:color w:val="000000"/>
          <w:spacing w:val="-2"/>
          <w:sz w:val="13"/>
        </w:rPr>
        <w:t>cz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sekci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Zásady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zpracování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osobních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údajů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560DD0DE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3"/>
          <w:sz w:val="13"/>
        </w:rPr>
        <w:t>Vedle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sjednaných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můžete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čerpat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aktuální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nabídky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volitelných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kterou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vás</w:t>
      </w:r>
    </w:p>
    <w:p w14:paraId="6B12B215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3"/>
          <w:sz w:val="13"/>
        </w:rPr>
        <w:t>pravidelně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aktualizujeme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zvláštním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ceníku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Pokud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jste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smlouvě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či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jejím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dodatku</w:t>
      </w:r>
    </w:p>
    <w:p w14:paraId="4746BCE0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3"/>
          <w:sz w:val="13"/>
        </w:rPr>
        <w:t>sjednali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poskytování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digitálního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obsahu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(zejm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8"/>
          <w:sz w:val="13"/>
        </w:rPr>
        <w:t>tarif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Oneplay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související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balíčky</w:t>
      </w:r>
      <w:r>
        <w:rPr>
          <w:rFonts w:ascii="Segoe UI" w:eastAsia="Segoe UI" w:hAnsi="Segoe UI"/>
          <w:color w:val="000000"/>
          <w:spacing w:val="2"/>
          <w:sz w:val="13"/>
        </w:rPr>
        <w:t>),</w:t>
      </w:r>
    </w:p>
    <w:p w14:paraId="7FC8B0EB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3"/>
          <w:sz w:val="13"/>
        </w:rPr>
        <w:t>souhlasíte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objednání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zahájením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poskytování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digitálního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obsahu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uplynutím</w:t>
      </w:r>
    </w:p>
    <w:p w14:paraId="51381584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2"/>
          <w:sz w:val="13"/>
        </w:rPr>
        <w:t>lhůty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odstoupení</w:t>
      </w:r>
      <w:r>
        <w:rPr>
          <w:rFonts w:ascii="Segoe UI" w:eastAsia="Segoe UI" w:hAnsi="Segoe UI"/>
          <w:color w:val="000000"/>
          <w:spacing w:val="8"/>
          <w:sz w:val="13"/>
        </w:rPr>
        <w:t>;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berete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tedy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vědomí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že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tohoto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důvodu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udělením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zmíněného</w:t>
      </w:r>
    </w:p>
    <w:p w14:paraId="6F9E4364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3"/>
          <w:sz w:val="13"/>
        </w:rPr>
        <w:t>souhlasu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zaniklo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Vaše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právo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odstoupit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ujednání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poskytování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digitálního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obsahu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ve</w:t>
      </w:r>
    </w:p>
    <w:p w14:paraId="258C3663" w14:textId="77777777" w:rsidR="00DE1DE9" w:rsidRDefault="002C7C64">
      <w:pPr>
        <w:wordWrap w:val="0"/>
        <w:autoSpaceDE w:val="0"/>
        <w:autoSpaceDN w:val="0"/>
        <w:spacing w:before="19" w:after="80" w:line="130" w:lineRule="exact"/>
        <w:ind w:left="40"/>
      </w:pPr>
      <w:r>
        <w:rPr>
          <w:rFonts w:ascii="Segoe UI" w:eastAsia="Segoe UI" w:hAnsi="Segoe UI"/>
          <w:color w:val="000000"/>
          <w:spacing w:val="-2"/>
          <w:sz w:val="13"/>
        </w:rPr>
        <w:t>lhůtě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2"/>
          <w:sz w:val="13"/>
        </w:rPr>
        <w:t>14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dnů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jak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jinak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upraveno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shora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0F0F2C8A" w14:textId="77777777" w:rsidR="00DE1DE9" w:rsidRDefault="002C7C64">
      <w:pPr>
        <w:wordWrap w:val="0"/>
        <w:autoSpaceDE w:val="0"/>
        <w:autoSpaceDN w:val="0"/>
        <w:spacing w:before="160" w:after="78" w:line="170" w:lineRule="exact"/>
        <w:ind w:left="40"/>
      </w:pPr>
      <w:r>
        <w:rPr>
          <w:rFonts w:ascii="Segoe UI" w:eastAsia="Segoe UI" w:hAnsi="Segoe UI"/>
          <w:color w:val="000000"/>
          <w:spacing w:val="-3"/>
          <w:sz w:val="17"/>
        </w:rPr>
        <w:t>Vaše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7"/>
        </w:rPr>
        <w:t>základní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povinnosti</w:t>
      </w:r>
    </w:p>
    <w:p w14:paraId="542C62ED" w14:textId="77777777" w:rsidR="00DE1DE9" w:rsidRDefault="002C7C64">
      <w:pPr>
        <w:wordWrap w:val="0"/>
        <w:autoSpaceDE w:val="0"/>
        <w:autoSpaceDN w:val="0"/>
        <w:spacing w:before="157" w:after="10" w:line="130" w:lineRule="exact"/>
        <w:ind w:left="40"/>
      </w:pPr>
      <w:r>
        <w:rPr>
          <w:rFonts w:ascii="Segoe UI" w:eastAsia="Segoe UI" w:hAnsi="Segoe UI"/>
          <w:color w:val="000000"/>
          <w:spacing w:val="-2"/>
          <w:sz w:val="13"/>
        </w:rPr>
        <w:t>Uzavřením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smlouvy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zavazujete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dodržovat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smluvní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podmínky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jako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celek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Existují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ale</w:t>
      </w:r>
    </w:p>
    <w:p w14:paraId="45DC1229" w14:textId="77777777" w:rsidR="00DE1DE9" w:rsidRDefault="002C7C64">
      <w:pPr>
        <w:wordWrap w:val="0"/>
        <w:autoSpaceDE w:val="0"/>
        <w:autoSpaceDN w:val="0"/>
        <w:spacing w:before="19" w:after="78" w:line="130" w:lineRule="exact"/>
        <w:ind w:left="40"/>
      </w:pPr>
      <w:r>
        <w:rPr>
          <w:rFonts w:ascii="Segoe UI" w:eastAsia="Segoe UI" w:hAnsi="Segoe UI"/>
          <w:color w:val="000000"/>
          <w:spacing w:val="-2"/>
          <w:sz w:val="13"/>
        </w:rPr>
        <w:t>základní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povinnosti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které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jsou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obzvlášť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důležité</w:t>
      </w:r>
      <w:r>
        <w:rPr>
          <w:rFonts w:ascii="Segoe UI" w:eastAsia="Segoe UI" w:hAnsi="Segoe UI"/>
          <w:color w:val="000000"/>
          <w:spacing w:val="8"/>
          <w:sz w:val="13"/>
        </w:rPr>
        <w:t>:</w:t>
      </w:r>
    </w:p>
    <w:p w14:paraId="26B19699" w14:textId="77777777" w:rsidR="00DE1DE9" w:rsidRDefault="002C7C64">
      <w:pPr>
        <w:wordWrap w:val="0"/>
        <w:autoSpaceDE w:val="0"/>
        <w:autoSpaceDN w:val="0"/>
        <w:spacing w:before="155" w:after="77" w:line="130" w:lineRule="exact"/>
        <w:ind w:left="40"/>
      </w:pPr>
      <w:r>
        <w:rPr>
          <w:rFonts w:ascii="Segoe UI" w:eastAsia="Segoe UI" w:hAnsi="Segoe UI"/>
          <w:color w:val="000000"/>
          <w:spacing w:val="2"/>
          <w:sz w:val="13"/>
        </w:rPr>
        <w:t>1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108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Jste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povinen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řádně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včas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platit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vystavená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vyúčtování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05EB2E0C" w14:textId="77777777" w:rsidR="00DE1DE9" w:rsidRDefault="002C7C64">
      <w:pPr>
        <w:wordWrap w:val="0"/>
        <w:autoSpaceDE w:val="0"/>
        <w:autoSpaceDN w:val="0"/>
        <w:spacing w:before="155" w:after="226" w:line="130" w:lineRule="exact"/>
        <w:ind w:left="40"/>
      </w:pPr>
      <w:r>
        <w:rPr>
          <w:rFonts w:ascii="Segoe UI" w:eastAsia="Segoe UI" w:hAnsi="Segoe UI"/>
          <w:color w:val="000000"/>
          <w:spacing w:val="2"/>
          <w:sz w:val="13"/>
        </w:rPr>
        <w:t>2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108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Nesmíte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přenechávat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úplatu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jiným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osobám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</w:t>
      </w:r>
      <w:r>
        <w:rPr>
          <w:rFonts w:ascii="Segoe UI" w:eastAsia="Segoe UI" w:hAnsi="Segoe UI"/>
          <w:color w:val="000000"/>
          <w:w w:val="99"/>
          <w:sz w:val="13"/>
        </w:rPr>
        <w:t>„přeprodej</w:t>
      </w:r>
      <w:r>
        <w:rPr>
          <w:rFonts w:ascii="Segoe UI" w:eastAsia="Segoe UI" w:hAnsi="Segoe UI"/>
          <w:color w:val="000000"/>
          <w:spacing w:val="23"/>
          <w:sz w:val="13"/>
        </w:rPr>
        <w:t>“</w:t>
      </w:r>
      <w:r>
        <w:rPr>
          <w:rFonts w:ascii="Segoe UI" w:eastAsia="Segoe UI" w:hAnsi="Segoe UI"/>
          <w:color w:val="000000"/>
          <w:spacing w:val="-3"/>
          <w:sz w:val="13"/>
        </w:rPr>
        <w:t>)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ani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přeprodej</w:t>
      </w:r>
    </w:p>
    <w:p w14:paraId="2A523A42" w14:textId="77777777" w:rsidR="00DE1DE9" w:rsidRDefault="00DE1DE9">
      <w:pPr>
        <w:spacing w:after="0"/>
        <w:sectPr w:rsidR="00DE1DE9">
          <w:type w:val="continuous"/>
          <w:pgSz w:w="11905" w:h="16837"/>
          <w:pgMar w:top="417" w:right="529" w:bottom="200" w:left="800" w:header="720" w:footer="720" w:gutter="0"/>
          <w:cols w:num="2" w:space="720" w:equalWidth="0">
            <w:col w:w="5260" w:space="0"/>
            <w:col w:w="5316" w:space="0"/>
          </w:cols>
          <w:docGrid w:linePitch="360"/>
        </w:sectPr>
      </w:pPr>
    </w:p>
    <w:p w14:paraId="2F91BCC9" w14:textId="77777777" w:rsidR="00DE1DE9" w:rsidRDefault="002C7C64">
      <w:pPr>
        <w:wordWrap w:val="0"/>
        <w:autoSpaceDE w:val="0"/>
        <w:autoSpaceDN w:val="0"/>
        <w:spacing w:before="137" w:after="78" w:line="170" w:lineRule="exact"/>
        <w:ind w:left="116"/>
      </w:pPr>
      <w:r>
        <w:rPr>
          <w:rFonts w:ascii="Segoe UI" w:eastAsia="Segoe UI" w:hAnsi="Segoe UI"/>
          <w:color w:val="000000"/>
          <w:spacing w:val="-4"/>
          <w:sz w:val="17"/>
        </w:rPr>
        <w:t>Placení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vyúčtování</w:t>
      </w:r>
    </w:p>
    <w:p w14:paraId="05043773" w14:textId="77777777" w:rsidR="00DE1DE9" w:rsidRDefault="002C7C64">
      <w:pPr>
        <w:wordWrap w:val="0"/>
        <w:autoSpaceDE w:val="0"/>
        <w:autoSpaceDN w:val="0"/>
        <w:spacing w:before="157" w:after="10" w:line="130" w:lineRule="exact"/>
        <w:ind w:left="116"/>
      </w:pPr>
      <w:r>
        <w:rPr>
          <w:rFonts w:ascii="Segoe UI" w:eastAsia="Segoe UI" w:hAnsi="Segoe UI"/>
          <w:color w:val="000000"/>
          <w:spacing w:val="-3"/>
          <w:sz w:val="13"/>
        </w:rPr>
        <w:t>Splatnost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pravidla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doručování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vyúčtování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platební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podmínky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řídí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VP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případě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prodlení</w:t>
      </w:r>
    </w:p>
    <w:p w14:paraId="0DCFF4BF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16"/>
      </w:pP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oprávněna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omezit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poskytování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pokud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vyúčtování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neuhradíte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ani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2"/>
          <w:sz w:val="13"/>
        </w:rPr>
        <w:t>7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dní</w:t>
      </w:r>
    </w:p>
    <w:p w14:paraId="7DECFF2D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16"/>
      </w:pPr>
      <w:r>
        <w:rPr>
          <w:rFonts w:ascii="Segoe UI" w:eastAsia="Segoe UI" w:hAnsi="Segoe UI"/>
          <w:color w:val="000000"/>
          <w:spacing w:val="-4"/>
          <w:sz w:val="13"/>
        </w:rPr>
        <w:t>po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prokazatelném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upozornění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Pokud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nedojde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101"/>
          <w:sz w:val="13"/>
        </w:rPr>
        <w:t>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úhradě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ani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po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omezení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</w:p>
    <w:p w14:paraId="08065F9B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16"/>
      </w:pPr>
      <w:r>
        <w:rPr>
          <w:rFonts w:ascii="Segoe UI" w:eastAsia="Segoe UI" w:hAnsi="Segoe UI"/>
          <w:color w:val="000000"/>
          <w:spacing w:val="-2"/>
          <w:sz w:val="13"/>
        </w:rPr>
        <w:t>oprávněna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přerušit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Upomínka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obnova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poskytování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jsou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zpoplatněny</w:t>
      </w:r>
    </w:p>
    <w:p w14:paraId="778E7354" w14:textId="77777777" w:rsidR="00DE1DE9" w:rsidRDefault="002C7C64">
      <w:pPr>
        <w:wordWrap w:val="0"/>
        <w:autoSpaceDE w:val="0"/>
        <w:autoSpaceDN w:val="0"/>
        <w:spacing w:before="19" w:after="80" w:line="130" w:lineRule="exact"/>
        <w:ind w:left="116"/>
      </w:pPr>
      <w:r>
        <w:rPr>
          <w:rFonts w:ascii="Segoe UI" w:eastAsia="Segoe UI" w:hAnsi="Segoe UI"/>
          <w:color w:val="000000"/>
          <w:spacing w:val="-3"/>
          <w:sz w:val="13"/>
        </w:rPr>
        <w:t>dle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ceníku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Dluhy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jsou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hlášeny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registru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SOLUS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</w:t>
      </w:r>
      <w:r>
        <w:rPr>
          <w:rFonts w:ascii="Segoe UI" w:eastAsia="Segoe UI" w:hAnsi="Segoe UI"/>
          <w:color w:val="000000"/>
          <w:spacing w:val="7"/>
          <w:sz w:val="13"/>
        </w:rPr>
        <w:t>www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solus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Segoe UI" w:eastAsia="Segoe UI" w:hAnsi="Segoe UI"/>
          <w:color w:val="000000"/>
          <w:spacing w:val="-2"/>
          <w:sz w:val="13"/>
        </w:rPr>
        <w:t>cz</w:t>
      </w:r>
      <w:r>
        <w:rPr>
          <w:rFonts w:ascii="Segoe UI" w:eastAsia="Segoe UI" w:hAnsi="Segoe UI"/>
          <w:color w:val="000000"/>
          <w:spacing w:val="2"/>
          <w:sz w:val="13"/>
        </w:rPr>
        <w:t>).</w:t>
      </w:r>
    </w:p>
    <w:p w14:paraId="2EEB5C4C" w14:textId="77777777" w:rsidR="00DE1DE9" w:rsidRDefault="002C7C64">
      <w:pPr>
        <w:wordWrap w:val="0"/>
        <w:autoSpaceDE w:val="0"/>
        <w:autoSpaceDN w:val="0"/>
        <w:spacing w:before="159" w:after="78" w:line="170" w:lineRule="exact"/>
        <w:ind w:left="116"/>
      </w:pPr>
      <w:r>
        <w:rPr>
          <w:rFonts w:ascii="Segoe UI" w:eastAsia="Segoe UI" w:hAnsi="Segoe UI"/>
          <w:color w:val="000000"/>
          <w:spacing w:val="-1"/>
          <w:sz w:val="17"/>
        </w:rPr>
        <w:t>Aktuální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7"/>
        </w:rPr>
        <w:t>nabídka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volitelných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služeb</w:t>
      </w:r>
    </w:p>
    <w:p w14:paraId="16408FFA" w14:textId="77777777" w:rsidR="00DE1DE9" w:rsidRDefault="002C7C64">
      <w:pPr>
        <w:wordWrap w:val="0"/>
        <w:autoSpaceDE w:val="0"/>
        <w:autoSpaceDN w:val="0"/>
        <w:spacing w:before="157" w:after="10" w:line="130" w:lineRule="exact"/>
        <w:ind w:left="116"/>
      </w:pPr>
      <w:r>
        <w:rPr>
          <w:rFonts w:ascii="Segoe UI" w:eastAsia="Segoe UI" w:hAnsi="Segoe UI"/>
          <w:color w:val="000000"/>
          <w:spacing w:val="-1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samostatném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ceníku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Vás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pravidelně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aktualizujeme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nabídku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volitelných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</w:p>
    <w:p w14:paraId="45E01E6C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16"/>
      </w:pP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podmínky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jejich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poskytování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Tato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nabídka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součástí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smlouvy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základní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službu</w:t>
      </w:r>
      <w:r>
        <w:rPr>
          <w:rFonts w:ascii="Segoe UI" w:eastAsia="Segoe UI" w:hAnsi="Segoe UI"/>
          <w:color w:val="000000"/>
          <w:spacing w:val="8"/>
          <w:sz w:val="13"/>
        </w:rPr>
        <w:t>;</w:t>
      </w:r>
    </w:p>
    <w:p w14:paraId="41FBDC57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16"/>
      </w:pPr>
      <w:r>
        <w:rPr>
          <w:rFonts w:ascii="Segoe UI" w:eastAsia="Segoe UI" w:hAnsi="Segoe UI"/>
          <w:color w:val="000000"/>
          <w:spacing w:val="-3"/>
          <w:sz w:val="13"/>
        </w:rPr>
        <w:t>volitelná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služba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doplňující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či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rozšiřující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základní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poskytována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shodných</w:t>
      </w:r>
    </w:p>
    <w:p w14:paraId="7640DDE7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16"/>
      </w:pPr>
      <w:r>
        <w:rPr>
          <w:rFonts w:ascii="Segoe UI" w:eastAsia="Segoe UI" w:hAnsi="Segoe UI"/>
          <w:color w:val="000000"/>
          <w:spacing w:val="-2"/>
          <w:sz w:val="13"/>
        </w:rPr>
        <w:t>parametrů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kvality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podmínek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nestanoví</w:t>
      </w:r>
      <w:r>
        <w:rPr>
          <w:rFonts w:ascii="Segoe UI" w:eastAsia="Segoe UI" w:hAnsi="Segoe UI"/>
          <w:color w:val="000000"/>
          <w:spacing w:val="-9"/>
          <w:sz w:val="13"/>
        </w:rPr>
        <w:t>-</w:t>
      </w:r>
      <w:r>
        <w:rPr>
          <w:rFonts w:ascii="Segoe UI" w:eastAsia="Segoe UI" w:hAnsi="Segoe UI"/>
          <w:color w:val="000000"/>
          <w:spacing w:val="-3"/>
          <w:sz w:val="13"/>
        </w:rPr>
        <w:t>li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ceník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jinak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Volitelné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můžete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objednat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</w:p>
    <w:p w14:paraId="318DE121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16"/>
      </w:pPr>
      <w:r>
        <w:rPr>
          <w:rFonts w:ascii="Segoe UI" w:eastAsia="Segoe UI" w:hAnsi="Segoe UI"/>
          <w:color w:val="000000"/>
          <w:spacing w:val="-3"/>
          <w:sz w:val="13"/>
        </w:rPr>
        <w:t>pokud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aktuálně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nabízíme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podle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podmínek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účinných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101"/>
          <w:sz w:val="13"/>
        </w:rPr>
        <w:t>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datu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objednání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Nabízený</w:t>
      </w:r>
    </w:p>
    <w:p w14:paraId="2B026C5B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16"/>
      </w:pPr>
      <w:r>
        <w:rPr>
          <w:rFonts w:ascii="Segoe UI" w:eastAsia="Segoe UI" w:hAnsi="Segoe UI"/>
          <w:color w:val="000000"/>
          <w:spacing w:val="-2"/>
          <w:sz w:val="13"/>
        </w:rPr>
        <w:t>rozsah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může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měnit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Změna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ceny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rozsahu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jiných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podmínek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poskytování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aktuální</w:t>
      </w:r>
    </w:p>
    <w:p w14:paraId="1703AFD6" w14:textId="77777777" w:rsidR="00DE1DE9" w:rsidRDefault="002C7C64">
      <w:pPr>
        <w:wordWrap w:val="0"/>
        <w:autoSpaceDE w:val="0"/>
        <w:autoSpaceDN w:val="0"/>
        <w:spacing w:before="19" w:after="80" w:line="130" w:lineRule="exact"/>
        <w:ind w:left="116"/>
      </w:pPr>
      <w:r>
        <w:rPr>
          <w:rFonts w:ascii="Segoe UI" w:eastAsia="Segoe UI" w:hAnsi="Segoe UI"/>
          <w:color w:val="000000"/>
          <w:spacing w:val="-3"/>
          <w:sz w:val="13"/>
        </w:rPr>
        <w:t>nabídce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volitelných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změnou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smlouvy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037D50E1" w14:textId="77777777" w:rsidR="00DE1DE9" w:rsidRDefault="002C7C64">
      <w:pPr>
        <w:wordWrap w:val="0"/>
        <w:autoSpaceDE w:val="0"/>
        <w:autoSpaceDN w:val="0"/>
        <w:spacing w:before="159" w:after="78" w:line="170" w:lineRule="exact"/>
        <w:ind w:left="116"/>
      </w:pPr>
      <w:r>
        <w:rPr>
          <w:rFonts w:ascii="Segoe UI" w:eastAsia="Segoe UI" w:hAnsi="Segoe UI"/>
          <w:color w:val="000000"/>
          <w:spacing w:val="-3"/>
          <w:sz w:val="17"/>
        </w:rPr>
        <w:t>Upozornění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pro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služby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7"/>
        </w:rPr>
        <w:t>na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mobilní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7"/>
        </w:rPr>
        <w:t>síti</w:t>
      </w:r>
    </w:p>
    <w:p w14:paraId="79947AB0" w14:textId="77777777" w:rsidR="00DE1DE9" w:rsidRDefault="002C7C64">
      <w:pPr>
        <w:wordWrap w:val="0"/>
        <w:autoSpaceDE w:val="0"/>
        <w:autoSpaceDN w:val="0"/>
        <w:spacing w:before="157" w:after="10" w:line="130" w:lineRule="exact"/>
        <w:ind w:left="116"/>
      </w:pPr>
      <w:r>
        <w:rPr>
          <w:rFonts w:ascii="Segoe UI" w:eastAsia="Segoe UI" w:hAnsi="Segoe UI"/>
          <w:color w:val="000000"/>
          <w:spacing w:val="-2"/>
          <w:sz w:val="13"/>
        </w:rPr>
        <w:t>Služba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zřizována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konkrétní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místo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Lze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používat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všude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tam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kde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dostupný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signál</w:t>
      </w:r>
    </w:p>
    <w:p w14:paraId="50339F8F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16"/>
      </w:pPr>
      <w:r>
        <w:rPr>
          <w:rFonts w:ascii="Segoe UI" w:eastAsia="Segoe UI" w:hAnsi="Segoe UI"/>
          <w:color w:val="000000"/>
          <w:spacing w:val="-3"/>
          <w:sz w:val="13"/>
        </w:rPr>
        <w:t>sítě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Oblasti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pravděpodobným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výskytem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radiového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signálu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jsou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vyznačeny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mapě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pokrytí</w:t>
      </w:r>
    </w:p>
    <w:p w14:paraId="677D00E5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16"/>
      </w:pPr>
      <w:r>
        <w:rPr>
          <w:rFonts w:ascii="Segoe UI" w:eastAsia="Segoe UI" w:hAnsi="Segoe UI"/>
          <w:color w:val="000000"/>
          <w:spacing w:val="-3"/>
          <w:sz w:val="13"/>
        </w:rPr>
        <w:t>dostupné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7"/>
          <w:sz w:val="13"/>
        </w:rPr>
        <w:t>www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Segoe UI" w:eastAsia="Segoe UI" w:hAnsi="Segoe UI"/>
          <w:color w:val="000000"/>
          <w:spacing w:val="-2"/>
          <w:sz w:val="13"/>
        </w:rPr>
        <w:t>cz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Pokrytí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může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čase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měnit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působením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fyzikálních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vlivů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</w:p>
    <w:p w14:paraId="41984A20" w14:textId="77777777" w:rsidR="00DE1DE9" w:rsidRDefault="002C7C64">
      <w:pPr>
        <w:wordWrap w:val="0"/>
        <w:autoSpaceDE w:val="0"/>
        <w:autoSpaceDN w:val="0"/>
        <w:spacing w:before="19" w:after="80" w:line="130" w:lineRule="exact"/>
        <w:ind w:left="116"/>
      </w:pPr>
      <w:r>
        <w:rPr>
          <w:rFonts w:ascii="Segoe UI" w:eastAsia="Segoe UI" w:hAnsi="Segoe UI"/>
          <w:color w:val="000000"/>
          <w:spacing w:val="-2"/>
          <w:sz w:val="13"/>
        </w:rPr>
        <w:t>charakterem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použitých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technologií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0A608DE9" w14:textId="77777777" w:rsidR="00DE1DE9" w:rsidRDefault="002C7C64">
      <w:pPr>
        <w:wordWrap w:val="0"/>
        <w:autoSpaceDE w:val="0"/>
        <w:autoSpaceDN w:val="0"/>
        <w:spacing w:before="160" w:after="226" w:line="170" w:lineRule="exact"/>
        <w:ind w:left="116"/>
      </w:pPr>
      <w:r>
        <w:rPr>
          <w:rFonts w:ascii="Segoe UI" w:eastAsia="Segoe UI" w:hAnsi="Segoe UI"/>
          <w:color w:val="000000"/>
          <w:spacing w:val="-3"/>
          <w:sz w:val="17"/>
        </w:rPr>
        <w:t>Upozornění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pro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služby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6"/>
          <w:sz w:val="17"/>
        </w:rPr>
        <w:t>v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pevném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místě</w:t>
      </w:r>
    </w:p>
    <w:p w14:paraId="3530E6C8" w14:textId="77777777" w:rsidR="00DE1DE9" w:rsidRDefault="00DE1DE9">
      <w:pPr>
        <w:spacing w:after="0"/>
        <w:sectPr w:rsidR="00DE1DE9">
          <w:type w:val="nextColumn"/>
          <w:pgSz w:w="11905" w:h="16837"/>
          <w:pgMar w:top="417" w:right="529" w:bottom="200" w:left="800" w:header="720" w:footer="720" w:gutter="0"/>
          <w:cols w:num="2" w:space="720" w:equalWidth="0">
            <w:col w:w="5260" w:space="0"/>
            <w:col w:w="5316" w:space="0"/>
          </w:cols>
          <w:docGrid w:linePitch="360"/>
        </w:sectPr>
      </w:pPr>
    </w:p>
    <w:p w14:paraId="301256E8" w14:textId="77777777" w:rsidR="00DE1DE9" w:rsidRDefault="002C7C64">
      <w:pPr>
        <w:wordWrap w:val="0"/>
        <w:autoSpaceDE w:val="0"/>
        <w:autoSpaceDN w:val="0"/>
        <w:spacing w:before="226" w:after="23" w:line="170" w:lineRule="exact"/>
        <w:ind w:left="50"/>
      </w:pPr>
      <w:r>
        <w:rPr>
          <w:rFonts w:ascii="Segoe UI" w:eastAsia="Segoe UI" w:hAnsi="Segoe UI"/>
          <w:color w:val="000000"/>
          <w:spacing w:val="-2"/>
          <w:sz w:val="17"/>
        </w:rPr>
        <w:t>Strana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2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19"/>
          <w:sz w:val="17"/>
        </w:rPr>
        <w:t>/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4</w:t>
      </w:r>
      <w:r>
        <w:rPr>
          <w:rFonts w:ascii="Segoe UI" w:eastAsia="Segoe UI" w:hAnsi="Segoe UI"/>
          <w:color w:val="000000"/>
          <w:spacing w:val="1090"/>
          <w:sz w:val="17"/>
        </w:rPr>
        <w:t xml:space="preserve"> </w:t>
      </w:r>
      <w:r>
        <w:rPr>
          <w:rFonts w:ascii="Segoe UI" w:eastAsia="Segoe UI" w:hAnsi="Segoe UI"/>
          <w:color w:val="000000"/>
          <w:spacing w:val="9"/>
          <w:sz w:val="17"/>
        </w:rPr>
        <w:t>www</w:t>
      </w:r>
      <w:r>
        <w:rPr>
          <w:rFonts w:ascii="Segoe UI" w:eastAsia="Segoe UI" w:hAnsi="Segoe UI"/>
          <w:color w:val="000000"/>
          <w:spacing w:val="10"/>
          <w:sz w:val="17"/>
        </w:rPr>
        <w:t>.</w:t>
      </w:r>
      <w:r>
        <w:rPr>
          <w:rFonts w:ascii="Segoe UI" w:eastAsia="Segoe UI" w:hAnsi="Segoe UI"/>
          <w:color w:val="000000"/>
          <w:spacing w:val="-1"/>
          <w:sz w:val="17"/>
        </w:rPr>
        <w:t>o2</w:t>
      </w:r>
      <w:r>
        <w:rPr>
          <w:rFonts w:ascii="Segoe UI" w:eastAsia="Segoe UI" w:hAnsi="Segoe UI"/>
          <w:color w:val="000000"/>
          <w:spacing w:val="10"/>
          <w:sz w:val="17"/>
        </w:rPr>
        <w:t>.</w:t>
      </w:r>
      <w:r>
        <w:rPr>
          <w:rFonts w:ascii="Segoe UI" w:eastAsia="Segoe UI" w:hAnsi="Segoe UI"/>
          <w:color w:val="000000"/>
          <w:spacing w:val="-2"/>
          <w:sz w:val="17"/>
        </w:rPr>
        <w:t>cz</w:t>
      </w:r>
      <w:r>
        <w:rPr>
          <w:rFonts w:ascii="Segoe UI" w:eastAsia="Segoe UI" w:hAnsi="Segoe UI"/>
          <w:color w:val="000000"/>
          <w:spacing w:val="-19"/>
          <w:sz w:val="17"/>
        </w:rPr>
        <w:t>/</w:t>
      </w:r>
      <w:r>
        <w:rPr>
          <w:rFonts w:ascii="Segoe UI" w:eastAsia="Segoe UI" w:hAnsi="Segoe UI"/>
          <w:color w:val="000000"/>
          <w:spacing w:val="-3"/>
          <w:sz w:val="17"/>
        </w:rPr>
        <w:t>ceniky</w:t>
      </w:r>
      <w:r>
        <w:rPr>
          <w:rFonts w:ascii="Times New Roman" w:eastAsia="Times New Roman" w:hAnsi="Times New Roman"/>
          <w:b/>
          <w:color w:val="000000"/>
          <w:spacing w:val="1032"/>
          <w:sz w:val="17"/>
        </w:rPr>
        <w:t xml:space="preserve"> </w:t>
      </w:r>
      <w:r>
        <w:rPr>
          <w:rFonts w:ascii="Segoe UI" w:eastAsia="Segoe UI" w:hAnsi="Segoe UI"/>
          <w:b/>
          <w:color w:val="000000"/>
          <w:w w:val="101"/>
          <w:sz w:val="17"/>
        </w:rPr>
        <w:t>Dodavatel</w:t>
      </w:r>
      <w:r>
        <w:rPr>
          <w:rFonts w:ascii="Segoe UI" w:eastAsia="Segoe UI" w:hAnsi="Segoe UI"/>
          <w:b/>
          <w:color w:val="000000"/>
          <w:spacing w:val="1"/>
          <w:sz w:val="17"/>
        </w:rPr>
        <w:t>: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7"/>
        </w:rPr>
        <w:t>O2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z w:val="17"/>
        </w:rPr>
        <w:t>Czech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Republic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7"/>
        </w:rPr>
        <w:t>a</w:t>
      </w:r>
      <w:r>
        <w:rPr>
          <w:rFonts w:ascii="Segoe UI" w:eastAsia="Segoe UI" w:hAnsi="Segoe UI"/>
          <w:color w:val="000000"/>
          <w:spacing w:val="10"/>
          <w:sz w:val="17"/>
        </w:rPr>
        <w:t>.</w:t>
      </w:r>
      <w:r>
        <w:rPr>
          <w:rFonts w:ascii="Segoe UI" w:eastAsia="Segoe UI" w:hAnsi="Segoe UI"/>
          <w:color w:val="000000"/>
          <w:spacing w:val="-6"/>
          <w:sz w:val="17"/>
        </w:rPr>
        <w:t>s</w:t>
      </w:r>
      <w:r>
        <w:rPr>
          <w:rFonts w:ascii="Segoe UI" w:eastAsia="Segoe UI" w:hAnsi="Segoe UI"/>
          <w:color w:val="000000"/>
          <w:spacing w:val="10"/>
          <w:sz w:val="17"/>
        </w:rPr>
        <w:t>.,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7"/>
          <w:sz w:val="17"/>
        </w:rPr>
        <w:t>Za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7"/>
        </w:rPr>
        <w:t>Brumlovkou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266</w:t>
      </w:r>
      <w:r>
        <w:rPr>
          <w:rFonts w:ascii="Segoe UI" w:eastAsia="Segoe UI" w:hAnsi="Segoe UI"/>
          <w:color w:val="000000"/>
          <w:spacing w:val="-19"/>
          <w:sz w:val="17"/>
        </w:rPr>
        <w:t>/</w:t>
      </w:r>
      <w:r>
        <w:rPr>
          <w:rFonts w:ascii="Segoe UI" w:eastAsia="Segoe UI" w:hAnsi="Segoe UI"/>
          <w:color w:val="000000"/>
          <w:spacing w:val="3"/>
          <w:sz w:val="17"/>
        </w:rPr>
        <w:t>2</w:t>
      </w:r>
      <w:r>
        <w:rPr>
          <w:rFonts w:ascii="Segoe UI" w:eastAsia="Segoe UI" w:hAnsi="Segoe UI"/>
          <w:color w:val="000000"/>
          <w:spacing w:val="10"/>
          <w:sz w:val="17"/>
        </w:rPr>
        <w:t>,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140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22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7"/>
        </w:rPr>
        <w:t>Praha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4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z w:val="17"/>
        </w:rPr>
        <w:t>–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7"/>
        </w:rPr>
        <w:t>Michle</w:t>
      </w:r>
    </w:p>
    <w:p w14:paraId="4A9CCA5D" w14:textId="77777777" w:rsidR="00DE1DE9" w:rsidRDefault="002C7C64">
      <w:pPr>
        <w:wordWrap w:val="0"/>
        <w:autoSpaceDE w:val="0"/>
        <w:autoSpaceDN w:val="0"/>
        <w:spacing w:before="46" w:after="0" w:line="150" w:lineRule="exact"/>
        <w:ind w:left="4733"/>
      </w:pPr>
      <w:r>
        <w:rPr>
          <w:rFonts w:ascii="Segoe UI" w:eastAsia="Segoe UI" w:hAnsi="Segoe UI"/>
          <w:color w:val="6C6E70"/>
          <w:spacing w:val="-1"/>
          <w:sz w:val="15"/>
        </w:rPr>
        <w:t>IČO</w:t>
      </w:r>
      <w:r>
        <w:rPr>
          <w:rFonts w:ascii="Segoe UI" w:eastAsia="Segoe UI" w:hAnsi="Segoe UI"/>
          <w:color w:val="6C6E70"/>
          <w:spacing w:val="9"/>
          <w:sz w:val="15"/>
        </w:rPr>
        <w:t>: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3"/>
          <w:sz w:val="15"/>
        </w:rPr>
        <w:t>60193336</w:t>
      </w:r>
      <w:r>
        <w:rPr>
          <w:rFonts w:ascii="Segoe UI" w:eastAsia="Segoe UI" w:hAnsi="Segoe UI"/>
          <w:color w:val="6C6E70"/>
          <w:spacing w:val="9"/>
          <w:sz w:val="15"/>
        </w:rPr>
        <w:t>,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2"/>
          <w:sz w:val="15"/>
        </w:rPr>
        <w:t>DIČ</w:t>
      </w:r>
      <w:r>
        <w:rPr>
          <w:rFonts w:ascii="Segoe UI" w:eastAsia="Segoe UI" w:hAnsi="Segoe UI"/>
          <w:color w:val="6C6E70"/>
          <w:spacing w:val="9"/>
          <w:sz w:val="15"/>
        </w:rPr>
        <w:t>: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2"/>
          <w:sz w:val="15"/>
        </w:rPr>
        <w:t>CZ60193336</w:t>
      </w:r>
      <w:r>
        <w:rPr>
          <w:rFonts w:ascii="Segoe UI" w:eastAsia="Segoe UI" w:hAnsi="Segoe UI"/>
          <w:color w:val="6C6E70"/>
          <w:spacing w:val="9"/>
          <w:sz w:val="15"/>
        </w:rPr>
        <w:t>,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6"/>
          <w:sz w:val="15"/>
        </w:rPr>
        <w:t>DUNS</w:t>
      </w:r>
      <w:r>
        <w:rPr>
          <w:rFonts w:ascii="Segoe UI" w:eastAsia="Segoe UI" w:hAnsi="Segoe UI"/>
          <w:color w:val="6C6E70"/>
          <w:spacing w:val="9"/>
          <w:sz w:val="15"/>
        </w:rPr>
        <w:t>: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3"/>
          <w:sz w:val="15"/>
        </w:rPr>
        <w:t>366937597</w:t>
      </w:r>
      <w:r>
        <w:rPr>
          <w:rFonts w:ascii="Segoe UI" w:eastAsia="Segoe UI" w:hAnsi="Segoe UI"/>
          <w:color w:val="6C6E70"/>
          <w:spacing w:val="9"/>
          <w:sz w:val="15"/>
        </w:rPr>
        <w:t>,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4"/>
          <w:sz w:val="15"/>
        </w:rPr>
        <w:t>Zapsaná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5"/>
          <w:sz w:val="15"/>
        </w:rPr>
        <w:t>v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6"/>
          <w:sz w:val="15"/>
        </w:rPr>
        <w:t>OR</w:t>
      </w:r>
      <w:r>
        <w:rPr>
          <w:rFonts w:ascii="Segoe UI" w:eastAsia="Segoe UI" w:hAnsi="Segoe UI"/>
          <w:color w:val="6C6E70"/>
          <w:spacing w:val="9"/>
          <w:sz w:val="15"/>
        </w:rPr>
        <w:t>: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3"/>
          <w:sz w:val="15"/>
        </w:rPr>
        <w:t>MS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5"/>
          <w:sz w:val="15"/>
        </w:rPr>
        <w:t>v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3"/>
          <w:sz w:val="15"/>
        </w:rPr>
        <w:t>Praze</w:t>
      </w:r>
      <w:r>
        <w:rPr>
          <w:rFonts w:ascii="Segoe UI" w:eastAsia="Segoe UI" w:hAnsi="Segoe UI"/>
          <w:color w:val="6C6E70"/>
          <w:spacing w:val="9"/>
          <w:sz w:val="15"/>
        </w:rPr>
        <w:t>,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3"/>
          <w:sz w:val="15"/>
        </w:rPr>
        <w:t>B</w:t>
      </w:r>
      <w:r>
        <w:rPr>
          <w:rFonts w:ascii="Segoe UI" w:eastAsia="Segoe UI" w:hAnsi="Segoe UI"/>
          <w:color w:val="6C6E70"/>
          <w:spacing w:val="9"/>
          <w:sz w:val="15"/>
        </w:rPr>
        <w:t>.</w:t>
      </w:r>
      <w:r>
        <w:rPr>
          <w:rFonts w:ascii="Segoe UI" w:eastAsia="Segoe UI" w:hAnsi="Segoe UI"/>
          <w:color w:val="6C6E70"/>
          <w:spacing w:val="3"/>
          <w:sz w:val="15"/>
        </w:rPr>
        <w:t>2322</w:t>
      </w:r>
    </w:p>
    <w:p w14:paraId="7C0C2195" w14:textId="77777777" w:rsidR="00DE1DE9" w:rsidRDefault="00DE1DE9">
      <w:pPr>
        <w:spacing w:after="0"/>
        <w:sectPr w:rsidR="00DE1DE9">
          <w:type w:val="continuous"/>
          <w:pgSz w:w="11905" w:h="16837"/>
          <w:pgMar w:top="417" w:right="529" w:bottom="200" w:left="800" w:header="720" w:footer="720" w:gutter="0"/>
          <w:cols w:space="720" w:equalWidth="0">
            <w:col w:w="10576" w:space="0"/>
          </w:cols>
          <w:docGrid w:linePitch="360"/>
        </w:sectPr>
      </w:pPr>
    </w:p>
    <w:p w14:paraId="78713C20" w14:textId="77777777" w:rsidR="00DE1DE9" w:rsidRDefault="002C7C64">
      <w:pPr>
        <w:wordWrap w:val="0"/>
        <w:autoSpaceDE w:val="0"/>
        <w:autoSpaceDN w:val="0"/>
        <w:spacing w:after="214" w:line="14" w:lineRule="exact"/>
      </w:pPr>
      <w:r>
        <w:rPr>
          <w:noProof/>
        </w:rPr>
        <w:lastRenderedPageBreak/>
        <w:drawing>
          <wp:anchor distT="0" distB="0" distL="0" distR="0" simplePos="0" relativeHeight="251656192" behindDoc="1" locked="0" layoutInCell="1" allowOverlap="1" wp14:anchorId="74D65CB4" wp14:editId="5EAF4EE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06725115">
          <v:shape id="_x0000_s1027" style="position:absolute;margin-left:11.35pt;margin-top:687.95pt;width:8.5pt;height:39.35pt;z-index:251660288;mso-position-horizontal-relative:page;mso-position-vertical-relative:page" coordsize="" o:spt="100" adj="0,,0" path="m,l,1000r1000,l1000,xe" filled="f" stroked="f">
            <v:stroke joinstyle="round"/>
            <v:formulas/>
            <v:path o:connecttype="segments"/>
            <v:textbox style="layout-flow:vertical;mso-rotate-with-shape:t" inset="0,0,0,0">
              <w:txbxContent>
                <w:p w14:paraId="04762BD9" w14:textId="77777777" w:rsidR="00DE1DE9" w:rsidRDefault="002C7C64">
                  <w:pPr>
                    <w:wordWrap w:val="0"/>
                    <w:autoSpaceDE w:val="0"/>
                    <w:autoSpaceDN w:val="0"/>
                    <w:spacing w:after="0" w:line="150" w:lineRule="exact"/>
                  </w:pPr>
                  <w:r>
                    <w:rPr>
                      <w:rFonts w:ascii="Segoe UI" w:eastAsia="Segoe UI" w:hAnsi="Segoe UI"/>
                      <w:color w:val="000000"/>
                      <w:w w:val="101"/>
                      <w:sz w:val="15"/>
                    </w:rPr>
                    <w:t>DOC002</w:t>
                  </w:r>
                  <w:r>
                    <w:rPr>
                      <w:rFonts w:ascii="Segoe UI" w:eastAsia="Segoe UI" w:hAnsi="Segoe UI"/>
                      <w:color w:val="000000"/>
                      <w:spacing w:val="-10"/>
                      <w:sz w:val="15"/>
                    </w:rPr>
                    <w:t>-</w:t>
                  </w:r>
                  <w:r>
                    <w:rPr>
                      <w:rFonts w:ascii="Segoe UI" w:eastAsia="Segoe UI" w:hAnsi="Segoe UI"/>
                      <w:color w:val="000000"/>
                      <w:spacing w:val="-1"/>
                      <w:sz w:val="15"/>
                    </w:rPr>
                    <w:t>S1</w:t>
                  </w:r>
                </w:p>
              </w:txbxContent>
            </v:textbox>
            <w10:wrap anchorx="page" anchory="page"/>
          </v:shape>
        </w:pict>
      </w:r>
    </w:p>
    <w:p w14:paraId="2B1C8027" w14:textId="77777777" w:rsidR="00DE1DE9" w:rsidRDefault="00DE1DE9">
      <w:pPr>
        <w:spacing w:after="0"/>
        <w:sectPr w:rsidR="00DE1DE9">
          <w:pgSz w:w="11905" w:h="16837"/>
          <w:pgMar w:top="417" w:right="529" w:bottom="200" w:left="800" w:header="720" w:footer="720" w:gutter="0"/>
          <w:cols w:space="720" w:equalWidth="0">
            <w:col w:w="10576" w:space="0"/>
          </w:cols>
          <w:docGrid w:linePitch="360"/>
        </w:sectPr>
      </w:pPr>
    </w:p>
    <w:p w14:paraId="7F6D1AA0" w14:textId="77777777" w:rsidR="00DE1DE9" w:rsidRDefault="002C7C64">
      <w:pPr>
        <w:wordWrap w:val="0"/>
        <w:autoSpaceDE w:val="0"/>
        <w:autoSpaceDN w:val="0"/>
        <w:spacing w:before="228" w:after="29" w:line="320" w:lineRule="exact"/>
        <w:ind w:left="50"/>
      </w:pPr>
      <w:r>
        <w:rPr>
          <w:rFonts w:ascii="Segoe UI" w:eastAsia="Segoe UI" w:hAnsi="Segoe UI"/>
          <w:b/>
          <w:color w:val="32306B"/>
          <w:sz w:val="32"/>
        </w:rPr>
        <w:t>Dodatek</w:t>
      </w:r>
      <w:r>
        <w:rPr>
          <w:rFonts w:ascii="Times New Roman" w:eastAsia="Times New Roman" w:hAnsi="Times New Roman"/>
          <w:b/>
          <w:color w:val="32306B"/>
          <w:spacing w:val="9"/>
          <w:sz w:val="32"/>
        </w:rPr>
        <w:t xml:space="preserve"> </w:t>
      </w:r>
      <w:r>
        <w:rPr>
          <w:rFonts w:ascii="Segoe UI" w:eastAsia="Segoe UI" w:hAnsi="Segoe UI"/>
          <w:b/>
          <w:color w:val="32306B"/>
          <w:spacing w:val="2"/>
          <w:sz w:val="32"/>
        </w:rPr>
        <w:t>ke</w:t>
      </w:r>
      <w:r>
        <w:rPr>
          <w:rFonts w:ascii="Times New Roman" w:eastAsia="Times New Roman" w:hAnsi="Times New Roman"/>
          <w:b/>
          <w:color w:val="32306B"/>
          <w:spacing w:val="9"/>
          <w:sz w:val="32"/>
        </w:rPr>
        <w:t xml:space="preserve"> </w:t>
      </w:r>
      <w:r>
        <w:rPr>
          <w:rFonts w:ascii="Segoe UI" w:eastAsia="Segoe UI" w:hAnsi="Segoe UI"/>
          <w:b/>
          <w:color w:val="32306B"/>
          <w:sz w:val="32"/>
        </w:rPr>
        <w:t>smlouvě</w:t>
      </w:r>
    </w:p>
    <w:p w14:paraId="17A370C0" w14:textId="77777777" w:rsidR="00DE1DE9" w:rsidRDefault="002C7C64">
      <w:pPr>
        <w:wordWrap w:val="0"/>
        <w:autoSpaceDE w:val="0"/>
        <w:autoSpaceDN w:val="0"/>
        <w:spacing w:before="57" w:after="25" w:line="170" w:lineRule="exact"/>
        <w:ind w:left="50"/>
      </w:pPr>
      <w:r>
        <w:rPr>
          <w:rFonts w:ascii="Segoe UI" w:eastAsia="Segoe UI" w:hAnsi="Segoe UI"/>
          <w:color w:val="1B2674"/>
          <w:spacing w:val="-5"/>
          <w:sz w:val="17"/>
        </w:rPr>
        <w:t>o</w:t>
      </w:r>
      <w:r>
        <w:rPr>
          <w:rFonts w:ascii="Times New Roman" w:eastAsia="Times New Roman" w:hAnsi="Times New Roman"/>
          <w:color w:val="1B2674"/>
          <w:spacing w:val="5"/>
          <w:sz w:val="17"/>
        </w:rPr>
        <w:t xml:space="preserve"> </w:t>
      </w:r>
      <w:r>
        <w:rPr>
          <w:rFonts w:ascii="Segoe UI" w:eastAsia="Segoe UI" w:hAnsi="Segoe UI"/>
          <w:color w:val="1B2674"/>
          <w:spacing w:val="-4"/>
          <w:sz w:val="17"/>
        </w:rPr>
        <w:t>poskytování</w:t>
      </w:r>
      <w:r>
        <w:rPr>
          <w:rFonts w:ascii="Times New Roman" w:eastAsia="Times New Roman" w:hAnsi="Times New Roman"/>
          <w:color w:val="1B2674"/>
          <w:spacing w:val="5"/>
          <w:sz w:val="17"/>
        </w:rPr>
        <w:t xml:space="preserve"> </w:t>
      </w:r>
      <w:r>
        <w:rPr>
          <w:rFonts w:ascii="Segoe UI" w:eastAsia="Segoe UI" w:hAnsi="Segoe UI"/>
          <w:color w:val="1B2674"/>
          <w:spacing w:val="-4"/>
          <w:sz w:val="17"/>
        </w:rPr>
        <w:t>služeb</w:t>
      </w:r>
      <w:r>
        <w:rPr>
          <w:rFonts w:ascii="Times New Roman" w:eastAsia="Times New Roman" w:hAnsi="Times New Roman"/>
          <w:color w:val="1B2674"/>
          <w:spacing w:val="5"/>
          <w:sz w:val="17"/>
        </w:rPr>
        <w:t xml:space="preserve"> </w:t>
      </w:r>
      <w:r>
        <w:rPr>
          <w:rFonts w:ascii="Segoe UI" w:eastAsia="Segoe UI" w:hAnsi="Segoe UI"/>
          <w:color w:val="1B2674"/>
          <w:spacing w:val="-3"/>
          <w:sz w:val="17"/>
        </w:rPr>
        <w:t>elektronických</w:t>
      </w:r>
      <w:r>
        <w:rPr>
          <w:rFonts w:ascii="Times New Roman" w:eastAsia="Times New Roman" w:hAnsi="Times New Roman"/>
          <w:color w:val="1B2674"/>
          <w:spacing w:val="5"/>
          <w:sz w:val="17"/>
        </w:rPr>
        <w:t xml:space="preserve"> </w:t>
      </w:r>
      <w:r>
        <w:rPr>
          <w:rFonts w:ascii="Segoe UI" w:eastAsia="Segoe UI" w:hAnsi="Segoe UI"/>
          <w:color w:val="1B2674"/>
          <w:spacing w:val="-2"/>
          <w:sz w:val="17"/>
        </w:rPr>
        <w:t>komunikací</w:t>
      </w:r>
    </w:p>
    <w:p w14:paraId="74293CB4" w14:textId="77777777" w:rsidR="00DE1DE9" w:rsidRDefault="002C7C64">
      <w:pPr>
        <w:wordWrap w:val="0"/>
        <w:autoSpaceDE w:val="0"/>
        <w:autoSpaceDN w:val="0"/>
        <w:spacing w:before="51" w:after="93" w:line="170" w:lineRule="exact"/>
        <w:ind w:left="50"/>
      </w:pPr>
      <w:r>
        <w:rPr>
          <w:rFonts w:ascii="Segoe UI" w:eastAsia="Segoe UI" w:hAnsi="Segoe UI"/>
          <w:color w:val="1B2674"/>
          <w:w w:val="101"/>
          <w:sz w:val="17"/>
        </w:rPr>
        <w:t>k</w:t>
      </w:r>
      <w:r>
        <w:rPr>
          <w:rFonts w:ascii="Times New Roman" w:eastAsia="Times New Roman" w:hAnsi="Times New Roman"/>
          <w:color w:val="1B2674"/>
          <w:spacing w:val="5"/>
          <w:sz w:val="17"/>
        </w:rPr>
        <w:t xml:space="preserve"> </w:t>
      </w:r>
      <w:r>
        <w:rPr>
          <w:rFonts w:ascii="Segoe UI" w:eastAsia="Segoe UI" w:hAnsi="Segoe UI"/>
          <w:color w:val="1B2674"/>
          <w:spacing w:val="-4"/>
          <w:sz w:val="17"/>
        </w:rPr>
        <w:t>objednávce</w:t>
      </w:r>
      <w:r>
        <w:rPr>
          <w:rFonts w:ascii="Times New Roman" w:eastAsia="Times New Roman" w:hAnsi="Times New Roman"/>
          <w:color w:val="1B2674"/>
          <w:spacing w:val="5"/>
          <w:sz w:val="17"/>
        </w:rPr>
        <w:t xml:space="preserve"> </w:t>
      </w:r>
      <w:r>
        <w:rPr>
          <w:rFonts w:ascii="Segoe UI" w:eastAsia="Segoe UI" w:hAnsi="Segoe UI"/>
          <w:color w:val="1B2674"/>
          <w:spacing w:val="-4"/>
          <w:sz w:val="17"/>
        </w:rPr>
        <w:t>číslo</w:t>
      </w:r>
      <w:r>
        <w:rPr>
          <w:rFonts w:ascii="Times New Roman" w:eastAsia="Times New Roman" w:hAnsi="Times New Roman"/>
          <w:color w:val="1B2674"/>
          <w:spacing w:val="5"/>
          <w:sz w:val="17"/>
        </w:rPr>
        <w:t xml:space="preserve"> </w:t>
      </w:r>
      <w:r>
        <w:rPr>
          <w:rFonts w:ascii="Segoe UI" w:eastAsia="Segoe UI" w:hAnsi="Segoe UI"/>
          <w:color w:val="1B2674"/>
          <w:w w:val="101"/>
          <w:sz w:val="17"/>
        </w:rPr>
        <w:t>O6YQUYD6</w:t>
      </w:r>
    </w:p>
    <w:p w14:paraId="6D0AC61D" w14:textId="77777777" w:rsidR="00DE1DE9" w:rsidRDefault="00DE1DE9">
      <w:pPr>
        <w:spacing w:before="117" w:after="0"/>
        <w:sectPr w:rsidR="00DE1DE9">
          <w:type w:val="continuous"/>
          <w:pgSz w:w="11905" w:h="16837"/>
          <w:pgMar w:top="417" w:right="529" w:bottom="200" w:left="800" w:header="720" w:footer="720" w:gutter="0"/>
          <w:cols w:num="2" w:space="720" w:equalWidth="0">
            <w:col w:w="3917" w:space="0"/>
            <w:col w:w="6659" w:space="0"/>
          </w:cols>
          <w:docGrid w:linePitch="360"/>
        </w:sectPr>
      </w:pPr>
    </w:p>
    <w:p w14:paraId="515F4922" w14:textId="77777777" w:rsidR="00DE1DE9" w:rsidRDefault="002C7C64">
      <w:pPr>
        <w:wordWrap w:val="0"/>
        <w:autoSpaceDE w:val="0"/>
        <w:autoSpaceDN w:val="0"/>
        <w:spacing w:before="359" w:after="25" w:line="170" w:lineRule="exact"/>
        <w:ind w:left="381"/>
      </w:pPr>
      <w:r>
        <w:rPr>
          <w:rFonts w:ascii="Segoe UI" w:eastAsia="Segoe UI" w:hAnsi="Segoe UI"/>
          <w:color w:val="1B2674"/>
          <w:spacing w:val="-2"/>
          <w:sz w:val="17"/>
        </w:rPr>
        <w:t>Číslo</w:t>
      </w:r>
      <w:r>
        <w:rPr>
          <w:rFonts w:ascii="Times New Roman" w:eastAsia="Times New Roman" w:hAnsi="Times New Roman"/>
          <w:color w:val="1B2674"/>
          <w:spacing w:val="5"/>
          <w:sz w:val="17"/>
        </w:rPr>
        <w:t xml:space="preserve"> </w:t>
      </w:r>
      <w:r>
        <w:rPr>
          <w:rFonts w:ascii="Segoe UI" w:eastAsia="Segoe UI" w:hAnsi="Segoe UI"/>
          <w:color w:val="1B2674"/>
          <w:spacing w:val="-5"/>
          <w:sz w:val="17"/>
        </w:rPr>
        <w:t>smlouvy</w:t>
      </w:r>
    </w:p>
    <w:p w14:paraId="4F858E45" w14:textId="77777777" w:rsidR="00DE1DE9" w:rsidRDefault="002C7C64">
      <w:pPr>
        <w:wordWrap w:val="0"/>
        <w:autoSpaceDE w:val="0"/>
        <w:autoSpaceDN w:val="0"/>
        <w:spacing w:before="51" w:after="93" w:line="170" w:lineRule="exact"/>
        <w:ind w:left="381"/>
      </w:pPr>
      <w:r>
        <w:rPr>
          <w:rFonts w:ascii="Segoe UI" w:eastAsia="Segoe UI" w:hAnsi="Segoe UI"/>
          <w:b/>
          <w:color w:val="1B2674"/>
          <w:sz w:val="17"/>
        </w:rPr>
        <w:t>OMS</w:t>
      </w:r>
      <w:r>
        <w:rPr>
          <w:rFonts w:ascii="Segoe UI" w:eastAsia="Segoe UI" w:hAnsi="Segoe UI"/>
          <w:b/>
          <w:color w:val="1B2674"/>
          <w:spacing w:val="-12"/>
          <w:sz w:val="17"/>
        </w:rPr>
        <w:t>-</w:t>
      </w:r>
      <w:r>
        <w:rPr>
          <w:rFonts w:ascii="Segoe UI" w:eastAsia="Segoe UI" w:hAnsi="Segoe UI"/>
          <w:b/>
          <w:color w:val="1B2674"/>
          <w:spacing w:val="-3"/>
          <w:sz w:val="17"/>
        </w:rPr>
        <w:t>298069793</w:t>
      </w:r>
    </w:p>
    <w:p w14:paraId="51AFBCA4" w14:textId="77777777" w:rsidR="00DE1DE9" w:rsidRDefault="00DE1DE9">
      <w:pPr>
        <w:spacing w:after="0"/>
        <w:sectPr w:rsidR="00DE1DE9">
          <w:type w:val="nextColumn"/>
          <w:pgSz w:w="11905" w:h="16837"/>
          <w:pgMar w:top="417" w:right="529" w:bottom="200" w:left="800" w:header="720" w:footer="720" w:gutter="0"/>
          <w:cols w:num="2" w:space="720" w:equalWidth="0">
            <w:col w:w="3917" w:space="0"/>
            <w:col w:w="6659" w:space="0"/>
          </w:cols>
          <w:docGrid w:linePitch="360"/>
        </w:sectPr>
      </w:pPr>
    </w:p>
    <w:p w14:paraId="5DE4B5AB" w14:textId="77777777" w:rsidR="00DE1DE9" w:rsidRDefault="002C7C64">
      <w:pPr>
        <w:wordWrap w:val="0"/>
        <w:autoSpaceDE w:val="0"/>
        <w:autoSpaceDN w:val="0"/>
        <w:spacing w:before="93" w:after="10" w:line="130" w:lineRule="exact"/>
        <w:ind w:left="289"/>
      </w:pPr>
      <w:r>
        <w:rPr>
          <w:rFonts w:ascii="Segoe UI" w:eastAsia="Segoe UI" w:hAnsi="Segoe UI"/>
          <w:color w:val="000000"/>
          <w:spacing w:val="-2"/>
          <w:sz w:val="13"/>
        </w:rPr>
        <w:t>umožnit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něm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podílet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Zakázáno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rovněž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začleňování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Segoe UI" w:eastAsia="Segoe UI" w:hAnsi="Segoe UI"/>
          <w:color w:val="000000"/>
          <w:spacing w:val="875"/>
          <w:sz w:val="13"/>
        </w:rPr>
        <w:t xml:space="preserve"> </w:t>
      </w:r>
      <w:r>
        <w:rPr>
          <w:rFonts w:ascii="Segoe UI" w:eastAsia="Segoe UI" w:hAnsi="Segoe UI"/>
          <w:color w:val="000000"/>
          <w:spacing w:val="4"/>
          <w:sz w:val="13"/>
        </w:rPr>
        <w:t>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poskytování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nutné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mít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zřízený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funkční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koncový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bod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</w:t>
      </w:r>
      <w:r>
        <w:rPr>
          <w:rFonts w:ascii="Segoe UI" w:eastAsia="Segoe UI" w:hAnsi="Segoe UI"/>
          <w:color w:val="000000"/>
          <w:spacing w:val="-2"/>
          <w:sz w:val="13"/>
        </w:rPr>
        <w:t>zásuvku</w:t>
      </w:r>
      <w:r>
        <w:rPr>
          <w:rFonts w:ascii="Segoe UI" w:eastAsia="Segoe UI" w:hAnsi="Segoe UI"/>
          <w:color w:val="000000"/>
          <w:spacing w:val="-3"/>
          <w:sz w:val="13"/>
        </w:rPr>
        <w:t>)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volnou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kapacitu</w:t>
      </w:r>
    </w:p>
    <w:p w14:paraId="2A1A5603" w14:textId="77777777" w:rsidR="00DE1DE9" w:rsidRDefault="00DE1DE9">
      <w:pPr>
        <w:spacing w:after="0"/>
        <w:sectPr w:rsidR="00DE1DE9">
          <w:type w:val="continuous"/>
          <w:pgSz w:w="11905" w:h="16837"/>
          <w:pgMar w:top="417" w:right="529" w:bottom="200" w:left="800" w:header="720" w:footer="720" w:gutter="0"/>
          <w:cols w:space="720" w:equalWidth="0">
            <w:col w:w="10576" w:space="0"/>
          </w:cols>
          <w:docGrid w:linePitch="360"/>
        </w:sectPr>
      </w:pPr>
    </w:p>
    <w:p w14:paraId="4F62725A" w14:textId="77777777" w:rsidR="00DE1DE9" w:rsidRDefault="002C7C64">
      <w:pPr>
        <w:wordWrap w:val="0"/>
        <w:autoSpaceDE w:val="0"/>
        <w:autoSpaceDN w:val="0"/>
        <w:spacing w:before="10" w:after="10" w:line="130" w:lineRule="exact"/>
        <w:ind w:left="289"/>
      </w:pPr>
      <w:r>
        <w:rPr>
          <w:rFonts w:ascii="Segoe UI" w:eastAsia="Segoe UI" w:hAnsi="Segoe UI"/>
          <w:color w:val="000000"/>
          <w:spacing w:val="-4"/>
          <w:sz w:val="13"/>
        </w:rPr>
        <w:t>do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technických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řešení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určených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poskytování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jiným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osobám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vydávání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</w:p>
    <w:p w14:paraId="0EC9C88E" w14:textId="77777777" w:rsidR="00DE1DE9" w:rsidRDefault="002C7C64">
      <w:pPr>
        <w:wordWrap w:val="0"/>
        <w:autoSpaceDE w:val="0"/>
        <w:autoSpaceDN w:val="0"/>
        <w:spacing w:before="19" w:after="77" w:line="130" w:lineRule="exact"/>
        <w:ind w:left="289"/>
      </w:pP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jiného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subjektu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6E1FAB9A" w14:textId="77777777" w:rsidR="00DE1DE9" w:rsidRDefault="002C7C64">
      <w:pPr>
        <w:wordWrap w:val="0"/>
        <w:autoSpaceDE w:val="0"/>
        <w:autoSpaceDN w:val="0"/>
        <w:spacing w:before="155" w:after="10" w:line="130" w:lineRule="exact"/>
        <w:ind w:left="40"/>
      </w:pPr>
      <w:r>
        <w:rPr>
          <w:rFonts w:ascii="Segoe UI" w:eastAsia="Segoe UI" w:hAnsi="Segoe UI"/>
          <w:color w:val="000000"/>
          <w:spacing w:val="2"/>
          <w:sz w:val="13"/>
        </w:rPr>
        <w:t>3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108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Nesmíte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negativně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ovlivňovat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provoz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sítě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kvalitu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poskytovaných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ostatním</w:t>
      </w:r>
    </w:p>
    <w:p w14:paraId="50071FBE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9"/>
      </w:pPr>
      <w:r>
        <w:rPr>
          <w:rFonts w:ascii="Segoe UI" w:eastAsia="Segoe UI" w:hAnsi="Segoe UI"/>
          <w:color w:val="000000"/>
          <w:spacing w:val="-2"/>
          <w:sz w:val="13"/>
        </w:rPr>
        <w:t>účastníkům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například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používáním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SIM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karty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z w:val="13"/>
        </w:rPr>
        <w:t>GSM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SMS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branách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</w:p>
    <w:p w14:paraId="3C598BF9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9"/>
      </w:pPr>
      <w:r>
        <w:rPr>
          <w:rFonts w:ascii="Segoe UI" w:eastAsia="Segoe UI" w:hAnsi="Segoe UI"/>
          <w:color w:val="000000"/>
          <w:spacing w:val="-2"/>
          <w:sz w:val="13"/>
        </w:rPr>
        <w:t>zařízeních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určených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primárně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ke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sdílení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propojováním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hovorů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mezi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sítěmi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525BA207" w14:textId="77777777" w:rsidR="00DE1DE9" w:rsidRDefault="002C7C64">
      <w:pPr>
        <w:wordWrap w:val="0"/>
        <w:autoSpaceDE w:val="0"/>
        <w:autoSpaceDN w:val="0"/>
        <w:spacing w:before="19" w:after="77" w:line="130" w:lineRule="exact"/>
        <w:ind w:left="289"/>
      </w:pPr>
      <w:r>
        <w:rPr>
          <w:rFonts w:ascii="Segoe UI" w:eastAsia="Segoe UI" w:hAnsi="Segoe UI"/>
          <w:color w:val="000000"/>
          <w:spacing w:val="-4"/>
          <w:sz w:val="13"/>
        </w:rPr>
        <w:t>Nesmíte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zasahovat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sítě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síťových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zařízení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ani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koncového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</w:t>
      </w:r>
      <w:r>
        <w:rPr>
          <w:rFonts w:ascii="Segoe UI" w:eastAsia="Segoe UI" w:hAnsi="Segoe UI"/>
          <w:color w:val="000000"/>
          <w:spacing w:val="-2"/>
          <w:sz w:val="13"/>
        </w:rPr>
        <w:t>technologického</w:t>
      </w:r>
      <w:r>
        <w:rPr>
          <w:rFonts w:ascii="Segoe UI" w:eastAsia="Segoe UI" w:hAnsi="Segoe UI"/>
          <w:color w:val="000000"/>
          <w:spacing w:val="-3"/>
          <w:sz w:val="13"/>
        </w:rPr>
        <w:t>)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bodu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2063C6D4" w14:textId="77777777" w:rsidR="00DE1DE9" w:rsidRDefault="002C7C64">
      <w:pPr>
        <w:wordWrap w:val="0"/>
        <w:autoSpaceDE w:val="0"/>
        <w:autoSpaceDN w:val="0"/>
        <w:spacing w:before="155" w:after="10" w:line="130" w:lineRule="exact"/>
        <w:ind w:left="40"/>
      </w:pPr>
      <w:r>
        <w:rPr>
          <w:rFonts w:ascii="Segoe UI" w:eastAsia="Segoe UI" w:hAnsi="Segoe UI"/>
          <w:color w:val="000000"/>
          <w:spacing w:val="2"/>
          <w:sz w:val="13"/>
        </w:rPr>
        <w:t>4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108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Nesmíte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uměle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automaticky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generovat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hovory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zprávy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hromadným</w:t>
      </w:r>
    </w:p>
    <w:p w14:paraId="2ECF7627" w14:textId="77777777" w:rsidR="00DE1DE9" w:rsidRDefault="002C7C64">
      <w:pPr>
        <w:wordWrap w:val="0"/>
        <w:autoSpaceDE w:val="0"/>
        <w:autoSpaceDN w:val="0"/>
        <w:spacing w:before="19" w:after="77" w:line="130" w:lineRule="exact"/>
        <w:ind w:left="289"/>
      </w:pPr>
      <w:r>
        <w:rPr>
          <w:rFonts w:ascii="Segoe UI" w:eastAsia="Segoe UI" w:hAnsi="Segoe UI"/>
          <w:color w:val="000000"/>
          <w:spacing w:val="-3"/>
          <w:sz w:val="13"/>
        </w:rPr>
        <w:t>způsobem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67F4866A" w14:textId="77777777" w:rsidR="00DE1DE9" w:rsidRDefault="002C7C64">
      <w:pPr>
        <w:wordWrap w:val="0"/>
        <w:autoSpaceDE w:val="0"/>
        <w:autoSpaceDN w:val="0"/>
        <w:spacing w:before="155" w:after="10" w:line="130" w:lineRule="exact"/>
        <w:ind w:left="40"/>
      </w:pPr>
      <w:r>
        <w:rPr>
          <w:rFonts w:ascii="Segoe UI" w:eastAsia="Segoe UI" w:hAnsi="Segoe UI"/>
          <w:color w:val="000000"/>
          <w:spacing w:val="2"/>
          <w:sz w:val="13"/>
        </w:rPr>
        <w:t>5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108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Výhody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jsou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určeny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pouze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vám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Proto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nesmíte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sdílet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101"/>
          <w:sz w:val="13"/>
        </w:rPr>
        <w:t>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získání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finančního</w:t>
      </w:r>
    </w:p>
    <w:p w14:paraId="2AD57EF4" w14:textId="77777777" w:rsidR="00DE1DE9" w:rsidRDefault="002C7C64">
      <w:pPr>
        <w:wordWrap w:val="0"/>
        <w:autoSpaceDE w:val="0"/>
        <w:autoSpaceDN w:val="0"/>
        <w:spacing w:before="19" w:after="77" w:line="130" w:lineRule="exact"/>
        <w:ind w:left="289"/>
      </w:pPr>
      <w:r>
        <w:rPr>
          <w:rFonts w:ascii="Segoe UI" w:eastAsia="Segoe UI" w:hAnsi="Segoe UI"/>
          <w:color w:val="000000"/>
          <w:spacing w:val="-3"/>
          <w:sz w:val="13"/>
        </w:rPr>
        <w:t>prospěchu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5B742670" w14:textId="77777777" w:rsidR="00DE1DE9" w:rsidRDefault="002C7C64">
      <w:pPr>
        <w:wordWrap w:val="0"/>
        <w:autoSpaceDE w:val="0"/>
        <w:autoSpaceDN w:val="0"/>
        <w:spacing w:before="155" w:after="10" w:line="130" w:lineRule="exact"/>
        <w:ind w:left="40"/>
      </w:pPr>
      <w:r>
        <w:rPr>
          <w:rFonts w:ascii="Segoe UI" w:eastAsia="Segoe UI" w:hAnsi="Segoe UI"/>
          <w:color w:val="000000"/>
          <w:spacing w:val="2"/>
          <w:sz w:val="13"/>
        </w:rPr>
        <w:t>6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108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Zavazujete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užívat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výhody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rozsahu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nepřesahujícím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maximální</w:t>
      </w:r>
    </w:p>
    <w:p w14:paraId="11F381B0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9"/>
      </w:pPr>
      <w:r>
        <w:rPr>
          <w:rFonts w:ascii="Segoe UI" w:eastAsia="Segoe UI" w:hAnsi="Segoe UI"/>
          <w:color w:val="000000"/>
          <w:spacing w:val="-3"/>
          <w:sz w:val="13"/>
        </w:rPr>
        <w:t>předpokládatelné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chování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jednoho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člověka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Za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takovou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hranici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považujeme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2"/>
          <w:sz w:val="13"/>
        </w:rPr>
        <w:t>10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Segoe UI" w:eastAsia="Segoe UI" w:hAnsi="Segoe UI"/>
          <w:color w:val="000000"/>
          <w:spacing w:val="2"/>
          <w:sz w:val="13"/>
        </w:rPr>
        <w:t>000</w:t>
      </w:r>
    </w:p>
    <w:p w14:paraId="45C2FF19" w14:textId="77777777" w:rsidR="00DE1DE9" w:rsidRDefault="002C7C64">
      <w:pPr>
        <w:wordWrap w:val="0"/>
        <w:autoSpaceDE w:val="0"/>
        <w:autoSpaceDN w:val="0"/>
        <w:spacing w:before="19" w:after="77" w:line="130" w:lineRule="exact"/>
        <w:ind w:left="289"/>
      </w:pPr>
      <w:r>
        <w:rPr>
          <w:rFonts w:ascii="Segoe UI" w:eastAsia="Segoe UI" w:hAnsi="Segoe UI"/>
          <w:color w:val="000000"/>
          <w:spacing w:val="-2"/>
          <w:sz w:val="13"/>
        </w:rPr>
        <w:t>minut</w:t>
      </w:r>
      <w:r>
        <w:rPr>
          <w:rFonts w:ascii="Segoe UI" w:eastAsia="Segoe UI" w:hAnsi="Segoe UI"/>
          <w:color w:val="000000"/>
          <w:spacing w:val="-15"/>
          <w:sz w:val="13"/>
        </w:rPr>
        <w:t>/</w:t>
      </w:r>
      <w:r>
        <w:rPr>
          <w:rFonts w:ascii="Segoe UI" w:eastAsia="Segoe UI" w:hAnsi="Segoe UI"/>
          <w:color w:val="000000"/>
          <w:spacing w:val="-3"/>
          <w:sz w:val="13"/>
        </w:rPr>
        <w:t>SMS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měsíc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64C14AD4" w14:textId="77777777" w:rsidR="00DE1DE9" w:rsidRDefault="002C7C64">
      <w:pPr>
        <w:wordWrap w:val="0"/>
        <w:autoSpaceDE w:val="0"/>
        <w:autoSpaceDN w:val="0"/>
        <w:spacing w:before="155" w:after="10" w:line="130" w:lineRule="exact"/>
        <w:ind w:left="40"/>
      </w:pPr>
      <w:r>
        <w:rPr>
          <w:rFonts w:ascii="Segoe UI" w:eastAsia="Segoe UI" w:hAnsi="Segoe UI"/>
          <w:color w:val="000000"/>
          <w:spacing w:val="2"/>
          <w:sz w:val="13"/>
        </w:rPr>
        <w:t>7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108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Mobilní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roaming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regulovanými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cenami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zavazujete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užívat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takové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míře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aby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úhrada</w:t>
      </w:r>
    </w:p>
    <w:p w14:paraId="6660A4AB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9"/>
      </w:pPr>
      <w:r>
        <w:rPr>
          <w:rFonts w:ascii="Segoe UI" w:eastAsia="Segoe UI" w:hAnsi="Segoe UI"/>
          <w:color w:val="000000"/>
          <w:spacing w:val="-1"/>
          <w:sz w:val="13"/>
        </w:rPr>
        <w:t>za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spotřebované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zóně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EU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(odchozí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volání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odchozí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SMS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data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odchozí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MMS</w:t>
      </w:r>
      <w:r>
        <w:rPr>
          <w:rFonts w:ascii="Segoe UI" w:eastAsia="Segoe UI" w:hAnsi="Segoe UI"/>
          <w:color w:val="000000"/>
          <w:spacing w:val="-3"/>
          <w:sz w:val="13"/>
        </w:rPr>
        <w:t>)</w:t>
      </w:r>
    </w:p>
    <w:p w14:paraId="249A256A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9"/>
      </w:pPr>
      <w:r>
        <w:rPr>
          <w:rFonts w:ascii="Segoe UI" w:eastAsia="Segoe UI" w:hAnsi="Segoe UI"/>
          <w:color w:val="000000"/>
          <w:spacing w:val="-2"/>
          <w:sz w:val="13"/>
        </w:rPr>
        <w:t>nepřevážila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rámci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vaší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celkové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úhrady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Rozhodné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vždy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období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2"/>
          <w:sz w:val="13"/>
        </w:rPr>
        <w:t>4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měsíce</w:t>
      </w:r>
    </w:p>
    <w:p w14:paraId="489A1F8F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9"/>
      </w:pPr>
      <w:r>
        <w:rPr>
          <w:rFonts w:ascii="Segoe UI" w:eastAsia="Segoe UI" w:hAnsi="Segoe UI"/>
          <w:color w:val="000000"/>
          <w:spacing w:val="-2"/>
          <w:sz w:val="13"/>
        </w:rPr>
        <w:t>zpětně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účtované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společným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paušálem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z w:val="13"/>
        </w:rPr>
        <w:t>ČR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zónu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EU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počítá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poměrná</w:t>
      </w:r>
    </w:p>
    <w:p w14:paraId="5BB998CC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9"/>
      </w:pPr>
      <w:r>
        <w:rPr>
          <w:rFonts w:ascii="Segoe UI" w:eastAsia="Segoe UI" w:hAnsi="Segoe UI"/>
          <w:color w:val="000000"/>
          <w:spacing w:val="-2"/>
          <w:sz w:val="13"/>
        </w:rPr>
        <w:t>část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paušálu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každý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den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kdy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uskutečněno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spojení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rámci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zóny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EU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zahrnuté</w:t>
      </w:r>
    </w:p>
    <w:p w14:paraId="7A27C0DE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9"/>
      </w:pP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paušálu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ostatních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případech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započítávají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ceny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jednotek</w:t>
      </w:r>
    </w:p>
    <w:p w14:paraId="621F0107" w14:textId="77777777" w:rsidR="00DE1DE9" w:rsidRDefault="002C7C64">
      <w:pPr>
        <w:wordWrap w:val="0"/>
        <w:autoSpaceDE w:val="0"/>
        <w:autoSpaceDN w:val="0"/>
        <w:spacing w:before="19" w:after="146" w:line="130" w:lineRule="exact"/>
        <w:ind w:left="289"/>
      </w:pPr>
      <w:r>
        <w:rPr>
          <w:rFonts w:ascii="Segoe UI" w:eastAsia="Segoe UI" w:hAnsi="Segoe UI"/>
          <w:color w:val="000000"/>
          <w:spacing w:val="-3"/>
          <w:sz w:val="13"/>
        </w:rPr>
        <w:t>spotřebovaných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zóně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EU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5A775776" w14:textId="77777777" w:rsidR="00DE1DE9" w:rsidRDefault="002C7C64">
      <w:pPr>
        <w:wordWrap w:val="0"/>
        <w:autoSpaceDE w:val="0"/>
        <w:autoSpaceDN w:val="0"/>
        <w:spacing w:before="291" w:after="10" w:line="130" w:lineRule="exact"/>
        <w:ind w:left="40"/>
      </w:pPr>
      <w:r>
        <w:rPr>
          <w:rFonts w:ascii="Segoe UI" w:eastAsia="Segoe UI" w:hAnsi="Segoe UI"/>
          <w:color w:val="000000"/>
          <w:spacing w:val="-4"/>
          <w:sz w:val="13"/>
        </w:rPr>
        <w:t>Při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porušení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těchto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povinností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oprávněna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Vám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přerušit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poskytování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případě</w:t>
      </w:r>
    </w:p>
    <w:p w14:paraId="2F63359E" w14:textId="77777777" w:rsidR="00DE1DE9" w:rsidRDefault="002C7C64">
      <w:pPr>
        <w:wordWrap w:val="0"/>
        <w:autoSpaceDE w:val="0"/>
        <w:autoSpaceDN w:val="0"/>
        <w:spacing w:before="19" w:after="129" w:line="130" w:lineRule="exact"/>
        <w:ind w:left="40"/>
      </w:pPr>
      <w:r>
        <w:rPr>
          <w:rFonts w:ascii="Segoe UI" w:eastAsia="Segoe UI" w:hAnsi="Segoe UI"/>
          <w:color w:val="000000"/>
          <w:spacing w:val="-2"/>
          <w:sz w:val="13"/>
        </w:rPr>
        <w:t>neplacení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vás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vyzveme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dáme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Vám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nejméně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2"/>
          <w:sz w:val="13"/>
        </w:rPr>
        <w:t>7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dodatečnou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úhradu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0C0CA985" w14:textId="77777777" w:rsidR="00DE1DE9" w:rsidRDefault="002C7C64">
      <w:pPr>
        <w:wordWrap w:val="0"/>
        <w:autoSpaceDE w:val="0"/>
        <w:autoSpaceDN w:val="0"/>
        <w:spacing w:before="259" w:after="133" w:line="220" w:lineRule="exact"/>
        <w:ind w:left="606"/>
      </w:pPr>
      <w:r>
        <w:rPr>
          <w:rFonts w:ascii="Segoe UI" w:eastAsia="Segoe UI" w:hAnsi="Segoe UI"/>
          <w:b/>
          <w:color w:val="000000"/>
        </w:rPr>
        <w:t>Moje</w:t>
      </w:r>
      <w:r>
        <w:rPr>
          <w:rFonts w:ascii="Times New Roman" w:eastAsia="Times New Roman" w:hAnsi="Times New Roman"/>
          <w:b/>
          <w:color w:val="000000"/>
          <w:spacing w:val="6"/>
        </w:rPr>
        <w:t xml:space="preserve"> </w:t>
      </w:r>
      <w:r>
        <w:rPr>
          <w:rFonts w:ascii="Segoe UI" w:eastAsia="Segoe UI" w:hAnsi="Segoe UI"/>
          <w:b/>
          <w:color w:val="000000"/>
        </w:rPr>
        <w:t>O2</w:t>
      </w:r>
      <w:r>
        <w:rPr>
          <w:rFonts w:ascii="Times New Roman" w:eastAsia="Times New Roman" w:hAnsi="Times New Roman"/>
          <w:b/>
          <w:color w:val="000000"/>
          <w:spacing w:val="6"/>
        </w:rPr>
        <w:t xml:space="preserve"> </w:t>
      </w:r>
      <w:r>
        <w:rPr>
          <w:rFonts w:ascii="Segoe UI" w:eastAsia="Segoe UI" w:hAnsi="Segoe UI"/>
          <w:b/>
          <w:color w:val="000000"/>
          <w:spacing w:val="-16"/>
        </w:rPr>
        <w:t>-</w:t>
      </w:r>
      <w:r>
        <w:rPr>
          <w:rFonts w:ascii="Times New Roman" w:eastAsia="Times New Roman" w:hAnsi="Times New Roman"/>
          <w:b/>
          <w:color w:val="000000"/>
          <w:spacing w:val="6"/>
        </w:rPr>
        <w:t xml:space="preserve"> </w:t>
      </w:r>
      <w:r>
        <w:rPr>
          <w:rFonts w:ascii="Segoe UI" w:eastAsia="Segoe UI" w:hAnsi="Segoe UI"/>
          <w:b/>
          <w:color w:val="000000"/>
        </w:rPr>
        <w:t>pravidla</w:t>
      </w:r>
      <w:r>
        <w:rPr>
          <w:rFonts w:ascii="Times New Roman" w:eastAsia="Times New Roman" w:hAnsi="Times New Roman"/>
          <w:b/>
          <w:color w:val="000000"/>
          <w:spacing w:val="6"/>
        </w:rPr>
        <w:t xml:space="preserve"> </w:t>
      </w:r>
      <w:r>
        <w:rPr>
          <w:rFonts w:ascii="Segoe UI" w:eastAsia="Segoe UI" w:hAnsi="Segoe UI"/>
          <w:b/>
          <w:color w:val="000000"/>
          <w:w w:val="99"/>
        </w:rPr>
        <w:t>komunikace</w:t>
      </w:r>
    </w:p>
    <w:p w14:paraId="5CD012DB" w14:textId="77777777" w:rsidR="00DE1DE9" w:rsidRDefault="002C7C64">
      <w:pPr>
        <w:wordWrap w:val="0"/>
        <w:autoSpaceDE w:val="0"/>
        <w:autoSpaceDN w:val="0"/>
        <w:spacing w:before="265" w:after="10" w:line="130" w:lineRule="exact"/>
        <w:ind w:left="40"/>
      </w:pPr>
      <w:r>
        <w:rPr>
          <w:rFonts w:ascii="Segoe UI" w:eastAsia="Segoe UI" w:hAnsi="Segoe UI"/>
          <w:b/>
          <w:color w:val="000000"/>
          <w:sz w:val="13"/>
        </w:rPr>
        <w:t>Moje</w:t>
      </w:r>
      <w:r>
        <w:rPr>
          <w:rFonts w:ascii="Times New Roman" w:eastAsia="Times New Roman" w:hAnsi="Times New Roman"/>
          <w:b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samoobslužný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portál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jehož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prostřednictvím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vám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doručujeme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vyúčtování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</w:p>
    <w:p w14:paraId="35703699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3"/>
          <w:sz w:val="13"/>
        </w:rPr>
        <w:t>smluvní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dokumenty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související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informace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Moje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také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můžete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měnit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nastavení</w:t>
      </w:r>
    </w:p>
    <w:p w14:paraId="2CEB59A9" w14:textId="77777777" w:rsidR="00DE1DE9" w:rsidRDefault="002C7C64">
      <w:pPr>
        <w:wordWrap w:val="0"/>
        <w:autoSpaceDE w:val="0"/>
        <w:autoSpaceDN w:val="0"/>
        <w:spacing w:before="19" w:after="78" w:line="130" w:lineRule="exact"/>
        <w:ind w:left="40"/>
      </w:pPr>
      <w:r>
        <w:rPr>
          <w:rFonts w:ascii="Segoe UI" w:eastAsia="Segoe UI" w:hAnsi="Segoe UI"/>
          <w:color w:val="000000"/>
          <w:spacing w:val="-2"/>
          <w:sz w:val="13"/>
        </w:rPr>
        <w:t>stávajících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objednávat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nové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Proto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dbejte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následujících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pravidel</w:t>
      </w:r>
      <w:r>
        <w:rPr>
          <w:rFonts w:ascii="Segoe UI" w:eastAsia="Segoe UI" w:hAnsi="Segoe UI"/>
          <w:color w:val="000000"/>
          <w:spacing w:val="8"/>
          <w:sz w:val="13"/>
        </w:rPr>
        <w:t>:</w:t>
      </w:r>
    </w:p>
    <w:p w14:paraId="5BDB6636" w14:textId="77777777" w:rsidR="00DE1DE9" w:rsidRDefault="002C7C64">
      <w:pPr>
        <w:wordWrap w:val="0"/>
        <w:autoSpaceDE w:val="0"/>
        <w:autoSpaceDN w:val="0"/>
        <w:spacing w:before="155" w:after="10" w:line="130" w:lineRule="exact"/>
        <w:ind w:left="40"/>
      </w:pPr>
      <w:r>
        <w:rPr>
          <w:rFonts w:ascii="Segoe UI" w:eastAsia="Segoe UI" w:hAnsi="Segoe UI"/>
          <w:color w:val="000000"/>
          <w:spacing w:val="12"/>
          <w:sz w:val="13"/>
        </w:rPr>
        <w:t>•</w:t>
      </w:r>
      <w:r>
        <w:rPr>
          <w:rFonts w:ascii="Times New Roman" w:eastAsia="Times New Roman" w:hAnsi="Times New Roman"/>
          <w:b/>
          <w:color w:val="000000"/>
          <w:spacing w:val="151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sz w:val="13"/>
        </w:rPr>
        <w:t>O2</w:t>
      </w:r>
      <w:r>
        <w:rPr>
          <w:rFonts w:ascii="Times New Roman" w:eastAsia="Times New Roman" w:hAnsi="Times New Roman"/>
          <w:b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spacing w:val="-4"/>
          <w:sz w:val="13"/>
        </w:rPr>
        <w:t>ID</w:t>
      </w:r>
      <w:r>
        <w:rPr>
          <w:rFonts w:ascii="Times New Roman" w:eastAsia="Times New Roman" w:hAnsi="Times New Roman"/>
          <w:b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sz w:val="13"/>
        </w:rPr>
        <w:t>účastníka</w:t>
      </w:r>
      <w:r>
        <w:rPr>
          <w:rFonts w:ascii="Segoe UI" w:eastAsia="Segoe UI" w:hAnsi="Segoe UI"/>
          <w:b/>
          <w:color w:val="000000"/>
          <w:spacing w:val="1"/>
          <w:sz w:val="13"/>
        </w:rPr>
        <w:t>: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záhlaví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tohoto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smluvního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dokumentu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uvedeno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ID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které</w:t>
      </w:r>
    </w:p>
    <w:p w14:paraId="0AECF9D7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8"/>
      </w:pP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shodné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e</w:t>
      </w:r>
      <w:r>
        <w:rPr>
          <w:rFonts w:ascii="Segoe UI" w:eastAsia="Segoe UI" w:hAnsi="Segoe UI"/>
          <w:color w:val="000000"/>
          <w:spacing w:val="-9"/>
          <w:sz w:val="13"/>
        </w:rPr>
        <w:t>-</w:t>
      </w:r>
      <w:r>
        <w:rPr>
          <w:rFonts w:ascii="Segoe UI" w:eastAsia="Segoe UI" w:hAnsi="Segoe UI"/>
          <w:color w:val="000000"/>
          <w:spacing w:val="-3"/>
          <w:sz w:val="13"/>
        </w:rPr>
        <w:t>mailovou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adresou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kterou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obdržela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vás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jako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účastníka</w:t>
      </w:r>
    </w:p>
    <w:p w14:paraId="403966E0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8"/>
      </w:pPr>
      <w:r>
        <w:rPr>
          <w:rFonts w:ascii="Segoe UI" w:eastAsia="Segoe UI" w:hAnsi="Segoe UI"/>
          <w:color w:val="000000"/>
          <w:spacing w:val="-3"/>
          <w:sz w:val="13"/>
        </w:rPr>
        <w:t>pro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zřízení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přístupu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vašeho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účtu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Moje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Toto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ID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slouží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zároveň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jako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název</w:t>
      </w:r>
    </w:p>
    <w:p w14:paraId="752C7AEF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8"/>
      </w:pPr>
      <w:r>
        <w:rPr>
          <w:rFonts w:ascii="Segoe UI" w:eastAsia="Segoe UI" w:hAnsi="Segoe UI"/>
          <w:color w:val="000000"/>
          <w:spacing w:val="-1"/>
          <w:sz w:val="13"/>
        </w:rPr>
        <w:t>účtu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účastníka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Moje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Jako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ID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zadávejte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existující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e</w:t>
      </w:r>
      <w:r>
        <w:rPr>
          <w:rFonts w:ascii="Segoe UI" w:eastAsia="Segoe UI" w:hAnsi="Segoe UI"/>
          <w:color w:val="000000"/>
          <w:spacing w:val="-9"/>
          <w:sz w:val="13"/>
        </w:rPr>
        <w:t>-</w:t>
      </w:r>
      <w:r>
        <w:rPr>
          <w:rFonts w:ascii="Segoe UI" w:eastAsia="Segoe UI" w:hAnsi="Segoe UI"/>
          <w:color w:val="000000"/>
          <w:spacing w:val="-3"/>
          <w:sz w:val="13"/>
        </w:rPr>
        <w:t>mailovou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schránku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</w:p>
    <w:p w14:paraId="467521AE" w14:textId="77777777" w:rsidR="00DE1DE9" w:rsidRDefault="002C7C64">
      <w:pPr>
        <w:wordWrap w:val="0"/>
        <w:autoSpaceDE w:val="0"/>
        <w:autoSpaceDN w:val="0"/>
        <w:spacing w:before="19" w:after="77" w:line="130" w:lineRule="exact"/>
        <w:ind w:left="288"/>
      </w:pPr>
      <w:r>
        <w:rPr>
          <w:rFonts w:ascii="Segoe UI" w:eastAsia="Segoe UI" w:hAnsi="Segoe UI"/>
          <w:color w:val="000000"/>
          <w:spacing w:val="-2"/>
          <w:sz w:val="13"/>
        </w:rPr>
        <w:t>nad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kterou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máte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výlučnou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kontrolu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1699D79F" w14:textId="77777777" w:rsidR="00DE1DE9" w:rsidRDefault="002C7C64">
      <w:pPr>
        <w:wordWrap w:val="0"/>
        <w:autoSpaceDE w:val="0"/>
        <w:autoSpaceDN w:val="0"/>
        <w:spacing w:before="155" w:after="10" w:line="130" w:lineRule="exact"/>
        <w:ind w:left="40"/>
      </w:pPr>
      <w:r>
        <w:rPr>
          <w:rFonts w:ascii="Segoe UI" w:eastAsia="Segoe UI" w:hAnsi="Segoe UI"/>
          <w:color w:val="000000"/>
          <w:spacing w:val="12"/>
          <w:sz w:val="13"/>
        </w:rPr>
        <w:t>•</w:t>
      </w:r>
      <w:r>
        <w:rPr>
          <w:rFonts w:ascii="Times New Roman" w:eastAsia="Times New Roman" w:hAnsi="Times New Roman"/>
          <w:b/>
          <w:color w:val="000000"/>
          <w:spacing w:val="151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w w:val="99"/>
          <w:sz w:val="13"/>
        </w:rPr>
        <w:t>Účet</w:t>
      </w:r>
      <w:r>
        <w:rPr>
          <w:rFonts w:ascii="Times New Roman" w:eastAsia="Times New Roman" w:hAnsi="Times New Roman"/>
          <w:b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spacing w:val="2"/>
          <w:sz w:val="13"/>
        </w:rPr>
        <w:t>v</w:t>
      </w:r>
      <w:r>
        <w:rPr>
          <w:rFonts w:ascii="Times New Roman" w:eastAsia="Times New Roman" w:hAnsi="Times New Roman"/>
          <w:b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sz w:val="13"/>
        </w:rPr>
        <w:t>Moje</w:t>
      </w:r>
      <w:r>
        <w:rPr>
          <w:rFonts w:ascii="Times New Roman" w:eastAsia="Times New Roman" w:hAnsi="Times New Roman"/>
          <w:b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sz w:val="13"/>
        </w:rPr>
        <w:t>O2</w:t>
      </w:r>
      <w:r>
        <w:rPr>
          <w:rFonts w:ascii="Segoe UI" w:eastAsia="Segoe UI" w:hAnsi="Segoe UI"/>
          <w:b/>
          <w:color w:val="000000"/>
          <w:w w:val="102"/>
          <w:sz w:val="13"/>
        </w:rPr>
        <w:t>: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6"/>
          <w:sz w:val="13"/>
        </w:rPr>
        <w:t>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vašem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účtu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účastníka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Vám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může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zpřístupňovat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informace</w:t>
      </w:r>
    </w:p>
    <w:p w14:paraId="26F1A636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8"/>
      </w:pPr>
      <w:r>
        <w:rPr>
          <w:rFonts w:ascii="Segoe UI" w:eastAsia="Segoe UI" w:hAnsi="Segoe UI"/>
          <w:color w:val="000000"/>
          <w:spacing w:val="-4"/>
          <w:sz w:val="13"/>
        </w:rPr>
        <w:t>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vašich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službách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vyúčtováních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9"/>
          <w:sz w:val="13"/>
        </w:rPr>
        <w:t>Z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účtu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rovněž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můžete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vy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případně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osoby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které</w:t>
      </w:r>
    </w:p>
    <w:p w14:paraId="1F8228FB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8"/>
      </w:pPr>
      <w:r>
        <w:rPr>
          <w:rFonts w:ascii="Segoe UI" w:eastAsia="Segoe UI" w:hAnsi="Segoe UI"/>
          <w:color w:val="000000"/>
          <w:w w:val="101"/>
          <w:sz w:val="13"/>
        </w:rPr>
        <w:t>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tomu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budou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oprávněny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</w:t>
      </w:r>
      <w:r>
        <w:rPr>
          <w:rFonts w:ascii="Segoe UI" w:eastAsia="Segoe UI" w:hAnsi="Segoe UI"/>
          <w:color w:val="000000"/>
          <w:spacing w:val="-2"/>
          <w:sz w:val="13"/>
        </w:rPr>
        <w:t>tzv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uživatelé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sekundárního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přístupu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z w:val="13"/>
        </w:rPr>
        <w:t>–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viz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níže</w:t>
      </w:r>
      <w:r>
        <w:rPr>
          <w:rFonts w:ascii="Segoe UI" w:eastAsia="Segoe UI" w:hAnsi="Segoe UI"/>
          <w:color w:val="000000"/>
          <w:spacing w:val="2"/>
          <w:sz w:val="13"/>
        </w:rPr>
        <w:t>),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elektronicky</w:t>
      </w:r>
    </w:p>
    <w:p w14:paraId="5F6AE3F9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8"/>
      </w:pPr>
      <w:r>
        <w:rPr>
          <w:rFonts w:ascii="Segoe UI" w:eastAsia="Segoe UI" w:hAnsi="Segoe UI"/>
          <w:color w:val="000000"/>
          <w:spacing w:val="-2"/>
          <w:sz w:val="13"/>
        </w:rPr>
        <w:t>měnit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nastavení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vašich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sjednávat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vás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nové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6"/>
          <w:sz w:val="13"/>
        </w:rPr>
        <w:t>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účet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přistupujete</w:t>
      </w:r>
    </w:p>
    <w:p w14:paraId="22B8A98A" w14:textId="77777777" w:rsidR="00DE1DE9" w:rsidRDefault="002C7C64">
      <w:pPr>
        <w:wordWrap w:val="0"/>
        <w:autoSpaceDE w:val="0"/>
        <w:autoSpaceDN w:val="0"/>
        <w:spacing w:before="19" w:after="78" w:line="130" w:lineRule="exact"/>
        <w:ind w:left="288"/>
      </w:pPr>
      <w:r>
        <w:rPr>
          <w:rFonts w:ascii="Segoe UI" w:eastAsia="Segoe UI" w:hAnsi="Segoe UI"/>
          <w:color w:val="000000"/>
          <w:w w:val="99"/>
          <w:sz w:val="13"/>
        </w:rPr>
        <w:t>tak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že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zadáte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název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ID</w:t>
      </w:r>
      <w:r>
        <w:rPr>
          <w:rFonts w:ascii="Segoe UI" w:eastAsia="Segoe UI" w:hAnsi="Segoe UI"/>
          <w:color w:val="000000"/>
          <w:spacing w:val="-3"/>
          <w:sz w:val="13"/>
        </w:rPr>
        <w:t>)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heslo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214CE40F" w14:textId="77777777" w:rsidR="00DE1DE9" w:rsidRDefault="002C7C64">
      <w:pPr>
        <w:wordWrap w:val="0"/>
        <w:autoSpaceDE w:val="0"/>
        <w:autoSpaceDN w:val="0"/>
        <w:spacing w:before="155" w:after="10" w:line="130" w:lineRule="exact"/>
        <w:ind w:left="40"/>
      </w:pPr>
      <w:r>
        <w:rPr>
          <w:rFonts w:ascii="Segoe UI" w:eastAsia="Segoe UI" w:hAnsi="Segoe UI"/>
          <w:color w:val="000000"/>
          <w:spacing w:val="12"/>
          <w:sz w:val="13"/>
        </w:rPr>
        <w:t>•</w:t>
      </w:r>
      <w:r>
        <w:rPr>
          <w:rFonts w:ascii="Times New Roman" w:eastAsia="Times New Roman" w:hAnsi="Times New Roman"/>
          <w:b/>
          <w:color w:val="000000"/>
          <w:spacing w:val="151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w w:val="99"/>
          <w:sz w:val="13"/>
        </w:rPr>
        <w:t>Zřízení</w:t>
      </w:r>
      <w:r>
        <w:rPr>
          <w:rFonts w:ascii="Times New Roman" w:eastAsia="Times New Roman" w:hAnsi="Times New Roman"/>
          <w:b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w w:val="99"/>
          <w:sz w:val="13"/>
        </w:rPr>
        <w:t>účtu</w:t>
      </w:r>
      <w:r>
        <w:rPr>
          <w:rFonts w:ascii="Times New Roman" w:eastAsia="Times New Roman" w:hAnsi="Times New Roman"/>
          <w:b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spacing w:val="2"/>
          <w:sz w:val="13"/>
        </w:rPr>
        <w:t>v</w:t>
      </w:r>
      <w:r>
        <w:rPr>
          <w:rFonts w:ascii="Times New Roman" w:eastAsia="Times New Roman" w:hAnsi="Times New Roman"/>
          <w:b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sz w:val="13"/>
        </w:rPr>
        <w:t>Moje</w:t>
      </w:r>
      <w:r>
        <w:rPr>
          <w:rFonts w:ascii="Times New Roman" w:eastAsia="Times New Roman" w:hAnsi="Times New Roman"/>
          <w:b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sz w:val="13"/>
        </w:rPr>
        <w:t>O2</w:t>
      </w:r>
      <w:r>
        <w:rPr>
          <w:rFonts w:ascii="Segoe UI" w:eastAsia="Segoe UI" w:hAnsi="Segoe UI"/>
          <w:b/>
          <w:color w:val="000000"/>
          <w:w w:val="103"/>
          <w:sz w:val="13"/>
        </w:rPr>
        <w:t>: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Pokud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ještě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nemáte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zřízený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účet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Moje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zřídí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vám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jej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</w:p>
    <w:p w14:paraId="1DD5CD85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8"/>
      </w:pPr>
      <w:r>
        <w:rPr>
          <w:rFonts w:ascii="Segoe UI" w:eastAsia="Segoe UI" w:hAnsi="Segoe UI"/>
          <w:color w:val="000000"/>
          <w:spacing w:val="-3"/>
          <w:sz w:val="13"/>
        </w:rPr>
        <w:t>při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aktivaci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podle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tohoto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smluvního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dokumentu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e</w:t>
      </w:r>
      <w:r>
        <w:rPr>
          <w:rFonts w:ascii="Segoe UI" w:eastAsia="Segoe UI" w:hAnsi="Segoe UI"/>
          <w:color w:val="000000"/>
          <w:spacing w:val="-9"/>
          <w:sz w:val="13"/>
        </w:rPr>
        <w:t>-</w:t>
      </w:r>
      <w:r>
        <w:rPr>
          <w:rFonts w:ascii="Segoe UI" w:eastAsia="Segoe UI" w:hAnsi="Segoe UI"/>
          <w:color w:val="000000"/>
          <w:spacing w:val="-3"/>
          <w:sz w:val="13"/>
        </w:rPr>
        <w:t>mailové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schránky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uvedené</w:t>
      </w:r>
    </w:p>
    <w:p w14:paraId="2E3A3864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8"/>
      </w:pP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záhlaví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jako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vaše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ID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zašleme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zprávu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obsahující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aktivační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odkaz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Ten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neprodleně</w:t>
      </w:r>
    </w:p>
    <w:p w14:paraId="0A921C56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8"/>
      </w:pPr>
      <w:r>
        <w:rPr>
          <w:rFonts w:ascii="Segoe UI" w:eastAsia="Segoe UI" w:hAnsi="Segoe UI"/>
          <w:color w:val="000000"/>
          <w:spacing w:val="-4"/>
          <w:sz w:val="13"/>
        </w:rPr>
        <w:t>po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obdržení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zprávy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potvrďte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nastavte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heslo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Může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být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rovněž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vyžadováno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zadání</w:t>
      </w:r>
    </w:p>
    <w:p w14:paraId="2255D813" w14:textId="77777777" w:rsidR="00DE1DE9" w:rsidRDefault="002C7C64">
      <w:pPr>
        <w:wordWrap w:val="0"/>
        <w:autoSpaceDE w:val="0"/>
        <w:autoSpaceDN w:val="0"/>
        <w:spacing w:before="19" w:after="78" w:line="130" w:lineRule="exact"/>
        <w:ind w:left="288"/>
      </w:pPr>
      <w:r>
        <w:rPr>
          <w:rFonts w:ascii="Segoe UI" w:eastAsia="Segoe UI" w:hAnsi="Segoe UI"/>
          <w:color w:val="000000"/>
          <w:spacing w:val="-3"/>
          <w:sz w:val="13"/>
        </w:rPr>
        <w:t>bezpečnostního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kódu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který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ten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účel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vygeneruje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Moje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524F19A8" w14:textId="77777777" w:rsidR="00DE1DE9" w:rsidRDefault="002C7C64">
      <w:pPr>
        <w:wordWrap w:val="0"/>
        <w:autoSpaceDE w:val="0"/>
        <w:autoSpaceDN w:val="0"/>
        <w:spacing w:before="155" w:after="10" w:line="130" w:lineRule="exact"/>
        <w:ind w:left="40"/>
      </w:pPr>
      <w:r>
        <w:rPr>
          <w:rFonts w:ascii="Segoe UI" w:eastAsia="Segoe UI" w:hAnsi="Segoe UI"/>
          <w:color w:val="000000"/>
          <w:spacing w:val="12"/>
          <w:sz w:val="13"/>
        </w:rPr>
        <w:t>•</w:t>
      </w:r>
      <w:r>
        <w:rPr>
          <w:rFonts w:ascii="Times New Roman" w:eastAsia="Times New Roman" w:hAnsi="Times New Roman"/>
          <w:b/>
          <w:color w:val="000000"/>
          <w:spacing w:val="151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sz w:val="13"/>
        </w:rPr>
        <w:t>Zřizování</w:t>
      </w:r>
      <w:r>
        <w:rPr>
          <w:rFonts w:ascii="Times New Roman" w:eastAsia="Times New Roman" w:hAnsi="Times New Roman"/>
          <w:b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sz w:val="13"/>
        </w:rPr>
        <w:t>sekundárních</w:t>
      </w:r>
      <w:r>
        <w:rPr>
          <w:rFonts w:ascii="Times New Roman" w:eastAsia="Times New Roman" w:hAnsi="Times New Roman"/>
          <w:b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sz w:val="13"/>
        </w:rPr>
        <w:t>přístupů</w:t>
      </w:r>
      <w:r>
        <w:rPr>
          <w:rFonts w:ascii="Times New Roman" w:eastAsia="Times New Roman" w:hAnsi="Times New Roman"/>
          <w:b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sz w:val="13"/>
        </w:rPr>
        <w:t>–</w:t>
      </w:r>
      <w:r>
        <w:rPr>
          <w:rFonts w:ascii="Times New Roman" w:eastAsia="Times New Roman" w:hAnsi="Times New Roman"/>
          <w:b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w w:val="98"/>
          <w:sz w:val="13"/>
        </w:rPr>
        <w:t>cizí</w:t>
      </w:r>
      <w:r>
        <w:rPr>
          <w:rFonts w:ascii="Times New Roman" w:eastAsia="Times New Roman" w:hAnsi="Times New Roman"/>
          <w:b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sz w:val="13"/>
        </w:rPr>
        <w:t>O2</w:t>
      </w:r>
      <w:r>
        <w:rPr>
          <w:rFonts w:ascii="Times New Roman" w:eastAsia="Times New Roman" w:hAnsi="Times New Roman"/>
          <w:b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spacing w:val="-4"/>
          <w:sz w:val="13"/>
        </w:rPr>
        <w:t>ID</w:t>
      </w:r>
      <w:r>
        <w:rPr>
          <w:rFonts w:ascii="Segoe UI" w:eastAsia="Segoe UI" w:hAnsi="Segoe UI"/>
          <w:b/>
          <w:color w:val="000000"/>
          <w:w w:val="103"/>
          <w:sz w:val="13"/>
        </w:rPr>
        <w:t>: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101"/>
          <w:sz w:val="13"/>
        </w:rPr>
        <w:t>Ke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svému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účtu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Moje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můžete</w:t>
      </w:r>
    </w:p>
    <w:p w14:paraId="3F982A2F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8"/>
      </w:pPr>
      <w:r>
        <w:rPr>
          <w:rFonts w:ascii="Segoe UI" w:eastAsia="Segoe UI" w:hAnsi="Segoe UI"/>
          <w:color w:val="000000"/>
          <w:spacing w:val="-2"/>
          <w:sz w:val="13"/>
        </w:rPr>
        <w:t>zřídit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jeden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více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přístupů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</w:t>
      </w:r>
      <w:r>
        <w:rPr>
          <w:rFonts w:ascii="Segoe UI" w:eastAsia="Segoe UI" w:hAnsi="Segoe UI"/>
          <w:color w:val="000000"/>
          <w:spacing w:val="-2"/>
          <w:sz w:val="13"/>
        </w:rPr>
        <w:t>tzv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sekundární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přístupy)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jiné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uživatele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Moje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</w:p>
    <w:p w14:paraId="4B9712FB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8"/>
      </w:pPr>
      <w:r>
        <w:rPr>
          <w:rFonts w:ascii="Segoe UI" w:eastAsia="Segoe UI" w:hAnsi="Segoe UI"/>
          <w:color w:val="000000"/>
          <w:spacing w:val="-3"/>
          <w:sz w:val="13"/>
        </w:rPr>
        <w:t>(</w:t>
      </w:r>
      <w:r>
        <w:rPr>
          <w:rFonts w:ascii="Segoe UI" w:eastAsia="Segoe UI" w:hAnsi="Segoe UI"/>
          <w:color w:val="000000"/>
          <w:w w:val="101"/>
          <w:sz w:val="13"/>
        </w:rPr>
        <w:t>„uživatelé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sekundárního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přístupu</w:t>
      </w:r>
      <w:r>
        <w:rPr>
          <w:rFonts w:ascii="Segoe UI" w:eastAsia="Segoe UI" w:hAnsi="Segoe UI"/>
          <w:color w:val="000000"/>
          <w:spacing w:val="23"/>
          <w:sz w:val="13"/>
        </w:rPr>
        <w:t>“</w:t>
      </w:r>
      <w:r>
        <w:rPr>
          <w:rFonts w:ascii="Segoe UI" w:eastAsia="Segoe UI" w:hAnsi="Segoe UI"/>
          <w:color w:val="000000"/>
          <w:spacing w:val="2"/>
          <w:sz w:val="13"/>
        </w:rPr>
        <w:t>).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můžete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učinit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tak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že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svého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účtu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Moje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</w:p>
    <w:p w14:paraId="7DC01314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8"/>
      </w:pPr>
      <w:r>
        <w:rPr>
          <w:rFonts w:ascii="Segoe UI" w:eastAsia="Segoe UI" w:hAnsi="Segoe UI"/>
          <w:color w:val="000000"/>
          <w:spacing w:val="-2"/>
          <w:sz w:val="13"/>
        </w:rPr>
        <w:t>zašlete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e</w:t>
      </w:r>
      <w:r>
        <w:rPr>
          <w:rFonts w:ascii="Segoe UI" w:eastAsia="Segoe UI" w:hAnsi="Segoe UI"/>
          <w:color w:val="000000"/>
          <w:spacing w:val="-9"/>
          <w:sz w:val="13"/>
        </w:rPr>
        <w:t>-</w:t>
      </w:r>
      <w:r>
        <w:rPr>
          <w:rFonts w:ascii="Segoe UI" w:eastAsia="Segoe UI" w:hAnsi="Segoe UI"/>
          <w:color w:val="000000"/>
          <w:spacing w:val="-3"/>
          <w:sz w:val="13"/>
        </w:rPr>
        <w:t>mailovou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adresu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uživatele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sekundárního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přístupu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zprávu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aktivačním</w:t>
      </w:r>
    </w:p>
    <w:p w14:paraId="4CA8D5AF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8"/>
      </w:pPr>
      <w:r>
        <w:rPr>
          <w:rFonts w:ascii="Segoe UI" w:eastAsia="Segoe UI" w:hAnsi="Segoe UI"/>
          <w:color w:val="000000"/>
          <w:spacing w:val="-2"/>
          <w:sz w:val="13"/>
        </w:rPr>
        <w:t>odkazem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Ten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musí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uživatel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sekundárního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přístupu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neprodleně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po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obdržení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zprávy</w:t>
      </w:r>
    </w:p>
    <w:p w14:paraId="041A7850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8"/>
      </w:pPr>
      <w:r>
        <w:rPr>
          <w:rFonts w:ascii="Segoe UI" w:eastAsia="Segoe UI" w:hAnsi="Segoe UI"/>
          <w:color w:val="000000"/>
          <w:spacing w:val="-3"/>
          <w:sz w:val="13"/>
        </w:rPr>
        <w:t>potvrdit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přihlásit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ke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svému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účtu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Moje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něhož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bude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sekundární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přístup</w:t>
      </w:r>
    </w:p>
    <w:p w14:paraId="06865175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8"/>
      </w:pPr>
      <w:r>
        <w:rPr>
          <w:rFonts w:ascii="Segoe UI" w:eastAsia="Segoe UI" w:hAnsi="Segoe UI"/>
          <w:color w:val="000000"/>
          <w:spacing w:val="-3"/>
          <w:sz w:val="13"/>
        </w:rPr>
        <w:t>využívat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Může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být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rovněž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vyžadováno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zadání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bezpečnostního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kódu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který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ten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účel</w:t>
      </w:r>
    </w:p>
    <w:p w14:paraId="69EFB86A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8"/>
      </w:pPr>
      <w:r>
        <w:rPr>
          <w:rFonts w:ascii="Segoe UI" w:eastAsia="Segoe UI" w:hAnsi="Segoe UI"/>
          <w:color w:val="000000"/>
          <w:spacing w:val="-3"/>
          <w:sz w:val="13"/>
        </w:rPr>
        <w:t>vygeneruje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Moje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Pokud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uživatel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sekundárního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přístupu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ještě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uživatelem</w:t>
      </w:r>
    </w:p>
    <w:p w14:paraId="2C829C37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8"/>
      </w:pPr>
      <w:r>
        <w:rPr>
          <w:rFonts w:ascii="Segoe UI" w:eastAsia="Segoe UI" w:hAnsi="Segoe UI"/>
          <w:color w:val="000000"/>
          <w:spacing w:val="-3"/>
          <w:sz w:val="13"/>
        </w:rPr>
        <w:t>Moje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zřídíme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vlastní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ID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účet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Moje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aktivaci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sekundárního</w:t>
      </w:r>
    </w:p>
    <w:p w14:paraId="29AFBE6D" w14:textId="77777777" w:rsidR="00DE1DE9" w:rsidRDefault="002C7C64">
      <w:pPr>
        <w:wordWrap w:val="0"/>
        <w:autoSpaceDE w:val="0"/>
        <w:autoSpaceDN w:val="0"/>
        <w:spacing w:before="19" w:after="77" w:line="130" w:lineRule="exact"/>
        <w:ind w:left="288"/>
      </w:pPr>
      <w:r>
        <w:rPr>
          <w:rFonts w:ascii="Segoe UI" w:eastAsia="Segoe UI" w:hAnsi="Segoe UI"/>
          <w:color w:val="000000"/>
          <w:spacing w:val="-3"/>
          <w:sz w:val="13"/>
        </w:rPr>
        <w:t>přístupu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101"/>
          <w:sz w:val="13"/>
        </w:rPr>
        <w:t>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Vašemu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účtu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56292A45" w14:textId="77777777" w:rsidR="00DE1DE9" w:rsidRDefault="002C7C64">
      <w:pPr>
        <w:wordWrap w:val="0"/>
        <w:autoSpaceDE w:val="0"/>
        <w:autoSpaceDN w:val="0"/>
        <w:spacing w:before="155" w:after="10" w:line="130" w:lineRule="exact"/>
        <w:ind w:left="40"/>
      </w:pPr>
      <w:r>
        <w:rPr>
          <w:rFonts w:ascii="Segoe UI" w:eastAsia="Segoe UI" w:hAnsi="Segoe UI"/>
          <w:color w:val="000000"/>
          <w:spacing w:val="12"/>
          <w:sz w:val="13"/>
        </w:rPr>
        <w:t>•</w:t>
      </w:r>
      <w:r>
        <w:rPr>
          <w:rFonts w:ascii="Times New Roman" w:eastAsia="Times New Roman" w:hAnsi="Times New Roman"/>
          <w:b/>
          <w:color w:val="000000"/>
          <w:spacing w:val="151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w w:val="101"/>
          <w:sz w:val="13"/>
        </w:rPr>
        <w:t>Oprávnění</w:t>
      </w:r>
      <w:r>
        <w:rPr>
          <w:rFonts w:ascii="Times New Roman" w:eastAsia="Times New Roman" w:hAnsi="Times New Roman"/>
          <w:b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w w:val="102"/>
          <w:sz w:val="13"/>
        </w:rPr>
        <w:t>uživatelů</w:t>
      </w:r>
      <w:r>
        <w:rPr>
          <w:rFonts w:ascii="Times New Roman" w:eastAsia="Times New Roman" w:hAnsi="Times New Roman"/>
          <w:b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sz w:val="13"/>
        </w:rPr>
        <w:t>sekundárních</w:t>
      </w:r>
      <w:r>
        <w:rPr>
          <w:rFonts w:ascii="Times New Roman" w:eastAsia="Times New Roman" w:hAnsi="Times New Roman"/>
          <w:b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sz w:val="13"/>
        </w:rPr>
        <w:t>přístupů</w:t>
      </w:r>
      <w:r>
        <w:rPr>
          <w:rFonts w:ascii="Segoe UI" w:eastAsia="Segoe UI" w:hAnsi="Segoe UI"/>
          <w:b/>
          <w:color w:val="000000"/>
          <w:w w:val="103"/>
          <w:sz w:val="13"/>
        </w:rPr>
        <w:t>: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Rozsah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oprávnění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každého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uživatele</w:t>
      </w:r>
    </w:p>
    <w:p w14:paraId="04478EA2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8"/>
      </w:pPr>
      <w:r>
        <w:rPr>
          <w:rFonts w:ascii="Segoe UI" w:eastAsia="Segoe UI" w:hAnsi="Segoe UI"/>
          <w:color w:val="000000"/>
          <w:spacing w:val="-2"/>
          <w:sz w:val="13"/>
        </w:rPr>
        <w:t>sekundárního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přístupu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101"/>
          <w:sz w:val="13"/>
        </w:rPr>
        <w:t>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vašemu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účtu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určujete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</w:t>
      </w:r>
      <w:r>
        <w:rPr>
          <w:rFonts w:ascii="Segoe UI" w:eastAsia="Segoe UI" w:hAnsi="Segoe UI"/>
          <w:color w:val="000000"/>
          <w:spacing w:val="-2"/>
          <w:sz w:val="13"/>
        </w:rPr>
        <w:t>tj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zřizujete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měníte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rušíte</w:t>
      </w:r>
      <w:r>
        <w:rPr>
          <w:rFonts w:ascii="Segoe UI" w:eastAsia="Segoe UI" w:hAnsi="Segoe UI"/>
          <w:color w:val="000000"/>
          <w:spacing w:val="-3"/>
          <w:sz w:val="13"/>
        </w:rPr>
        <w:t>)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vy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</w:p>
    <w:p w14:paraId="4837901A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8"/>
      </w:pP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variantách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které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Moje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nabízí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Obecně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mohou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mít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uživatelé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sekundárních</w:t>
      </w:r>
    </w:p>
    <w:p w14:paraId="16A01894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8"/>
      </w:pPr>
      <w:r>
        <w:rPr>
          <w:rFonts w:ascii="Segoe UI" w:eastAsia="Segoe UI" w:hAnsi="Segoe UI"/>
          <w:color w:val="000000"/>
          <w:spacing w:val="-3"/>
          <w:sz w:val="13"/>
        </w:rPr>
        <w:t>přístupů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právo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nahlížet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informací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Vašich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službách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právo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vás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měnit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jejich</w:t>
      </w:r>
    </w:p>
    <w:p w14:paraId="16DBA528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8"/>
      </w:pPr>
      <w:r>
        <w:rPr>
          <w:rFonts w:ascii="Segoe UI" w:eastAsia="Segoe UI" w:hAnsi="Segoe UI"/>
          <w:color w:val="000000"/>
          <w:spacing w:val="-2"/>
          <w:sz w:val="13"/>
        </w:rPr>
        <w:t>nastavení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zřizovat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nové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včetně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objednávání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zařízení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Mohou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mít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také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právo</w:t>
      </w:r>
    </w:p>
    <w:p w14:paraId="035BBCA3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8"/>
      </w:pPr>
      <w:r>
        <w:rPr>
          <w:rFonts w:ascii="Segoe UI" w:eastAsia="Segoe UI" w:hAnsi="Segoe UI"/>
          <w:color w:val="000000"/>
          <w:spacing w:val="-2"/>
          <w:sz w:val="13"/>
        </w:rPr>
        <w:t>zřizovat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další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sekundární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přístupy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101"/>
          <w:sz w:val="13"/>
        </w:rPr>
        <w:t>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vašemu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účtu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avšak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nejvýše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rozsahu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svých</w:t>
      </w:r>
    </w:p>
    <w:p w14:paraId="7160692B" w14:textId="77777777" w:rsidR="00DE1DE9" w:rsidRDefault="002C7C64">
      <w:pPr>
        <w:wordWrap w:val="0"/>
        <w:autoSpaceDE w:val="0"/>
        <w:autoSpaceDN w:val="0"/>
        <w:spacing w:before="19" w:after="78" w:line="130" w:lineRule="exact"/>
        <w:ind w:left="288"/>
      </w:pPr>
      <w:r>
        <w:rPr>
          <w:rFonts w:ascii="Segoe UI" w:eastAsia="Segoe UI" w:hAnsi="Segoe UI"/>
          <w:color w:val="000000"/>
          <w:spacing w:val="-2"/>
          <w:sz w:val="13"/>
        </w:rPr>
        <w:t>vlastních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oprávnění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1AAF7A0E" w14:textId="77777777" w:rsidR="00DE1DE9" w:rsidRDefault="002C7C64">
      <w:pPr>
        <w:wordWrap w:val="0"/>
        <w:autoSpaceDE w:val="0"/>
        <w:autoSpaceDN w:val="0"/>
        <w:spacing w:before="155" w:after="10" w:line="130" w:lineRule="exact"/>
        <w:ind w:left="40"/>
      </w:pPr>
      <w:r>
        <w:rPr>
          <w:rFonts w:ascii="Segoe UI" w:eastAsia="Segoe UI" w:hAnsi="Segoe UI"/>
          <w:color w:val="000000"/>
          <w:spacing w:val="12"/>
          <w:sz w:val="13"/>
        </w:rPr>
        <w:t>•</w:t>
      </w:r>
      <w:r>
        <w:rPr>
          <w:rFonts w:ascii="Times New Roman" w:eastAsia="Times New Roman" w:hAnsi="Times New Roman"/>
          <w:b/>
          <w:color w:val="000000"/>
          <w:spacing w:val="151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sz w:val="13"/>
        </w:rPr>
        <w:t>Komunikace</w:t>
      </w:r>
      <w:r>
        <w:rPr>
          <w:rFonts w:ascii="Times New Roman" w:eastAsia="Times New Roman" w:hAnsi="Times New Roman"/>
          <w:b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sz w:val="13"/>
        </w:rPr>
        <w:t>přes</w:t>
      </w:r>
      <w:r>
        <w:rPr>
          <w:rFonts w:ascii="Times New Roman" w:eastAsia="Times New Roman" w:hAnsi="Times New Roman"/>
          <w:b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sz w:val="13"/>
        </w:rPr>
        <w:t>Moje</w:t>
      </w:r>
      <w:r>
        <w:rPr>
          <w:rFonts w:ascii="Times New Roman" w:eastAsia="Times New Roman" w:hAnsi="Times New Roman"/>
          <w:b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sz w:val="13"/>
        </w:rPr>
        <w:t>O2</w:t>
      </w:r>
      <w:r>
        <w:rPr>
          <w:rFonts w:ascii="Times New Roman" w:eastAsia="Times New Roman" w:hAnsi="Times New Roman"/>
          <w:b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spacing w:val="2"/>
          <w:sz w:val="13"/>
        </w:rPr>
        <w:t>zavazuje</w:t>
      </w:r>
      <w:r>
        <w:rPr>
          <w:rFonts w:ascii="Segoe UI" w:eastAsia="Segoe UI" w:hAnsi="Segoe UI"/>
          <w:b/>
          <w:color w:val="000000"/>
          <w:w w:val="102"/>
          <w:sz w:val="13"/>
        </w:rPr>
        <w:t>: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Jakékoli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požadavky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či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objednávky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jiná</w:t>
      </w:r>
    </w:p>
    <w:p w14:paraId="58EA200F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8"/>
      </w:pPr>
      <w:r>
        <w:rPr>
          <w:rFonts w:ascii="Segoe UI" w:eastAsia="Segoe UI" w:hAnsi="Segoe UI"/>
          <w:color w:val="000000"/>
          <w:spacing w:val="-2"/>
          <w:sz w:val="13"/>
        </w:rPr>
        <w:t>jednání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učiněná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vašeho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účtu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bude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považovat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jednání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která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vás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zavazují</w:t>
      </w:r>
      <w:r>
        <w:rPr>
          <w:rFonts w:ascii="Segoe UI" w:eastAsia="Segoe UI" w:hAnsi="Segoe UI"/>
          <w:color w:val="000000"/>
          <w:spacing w:val="8"/>
          <w:sz w:val="13"/>
        </w:rPr>
        <w:t>;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7"/>
          <w:sz w:val="13"/>
        </w:rPr>
        <w:t>ať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již</w:t>
      </w:r>
    </w:p>
    <w:p w14:paraId="28DCC966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8"/>
      </w:pPr>
      <w:r>
        <w:rPr>
          <w:rFonts w:ascii="Segoe UI" w:eastAsia="Segoe UI" w:hAnsi="Segoe UI"/>
          <w:color w:val="000000"/>
          <w:spacing w:val="-3"/>
          <w:sz w:val="13"/>
        </w:rPr>
        <w:t>byla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uskutečněna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použitím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vašich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přístupových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údajů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prostřednictvím</w:t>
      </w:r>
    </w:p>
    <w:p w14:paraId="392721C0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8"/>
      </w:pPr>
      <w:r>
        <w:rPr>
          <w:rFonts w:ascii="Segoe UI" w:eastAsia="Segoe UI" w:hAnsi="Segoe UI"/>
          <w:color w:val="000000"/>
          <w:spacing w:val="-2"/>
          <w:sz w:val="13"/>
        </w:rPr>
        <w:t>sekundárního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přístupu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Spoléháme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to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že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máte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pod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kontrolou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přístupová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práva</w:t>
      </w:r>
    </w:p>
    <w:p w14:paraId="2D469878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8"/>
      </w:pPr>
      <w:r>
        <w:rPr>
          <w:rFonts w:ascii="Segoe UI" w:eastAsia="Segoe UI" w:hAnsi="Segoe UI"/>
          <w:color w:val="000000"/>
          <w:spacing w:val="-1"/>
          <w:sz w:val="13"/>
        </w:rPr>
        <w:t>ke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svému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účtu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Proto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povinna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zjišťovat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jaká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konkrétní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osoba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příslušné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jednání</w:t>
      </w:r>
    </w:p>
    <w:p w14:paraId="085405A5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288"/>
      </w:pPr>
      <w:r>
        <w:rPr>
          <w:rFonts w:ascii="Segoe UI" w:eastAsia="Segoe UI" w:hAnsi="Segoe UI"/>
          <w:color w:val="000000"/>
          <w:spacing w:val="-2"/>
          <w:sz w:val="13"/>
        </w:rPr>
        <w:t>uskutečnila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případně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jestli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takové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jednání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uskutečnit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mohla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Prokázání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případného</w:t>
      </w:r>
    </w:p>
    <w:p w14:paraId="1A693A73" w14:textId="77777777" w:rsidR="00DE1DE9" w:rsidRDefault="002C7C64">
      <w:pPr>
        <w:wordWrap w:val="0"/>
        <w:autoSpaceDE w:val="0"/>
        <w:autoSpaceDN w:val="0"/>
        <w:spacing w:before="19" w:after="1006" w:line="130" w:lineRule="exact"/>
        <w:ind w:left="288"/>
      </w:pPr>
      <w:r>
        <w:rPr>
          <w:rFonts w:ascii="Segoe UI" w:eastAsia="Segoe UI" w:hAnsi="Segoe UI"/>
          <w:color w:val="000000"/>
          <w:spacing w:val="-2"/>
          <w:sz w:val="13"/>
        </w:rPr>
        <w:t>zneužití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přístupových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práv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vás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51F40765" w14:textId="77777777" w:rsidR="00DE1DE9" w:rsidRDefault="00DE1DE9">
      <w:pPr>
        <w:spacing w:after="0"/>
        <w:sectPr w:rsidR="00DE1DE9">
          <w:type w:val="continuous"/>
          <w:pgSz w:w="11905" w:h="16837"/>
          <w:pgMar w:top="417" w:right="529" w:bottom="200" w:left="800" w:header="720" w:footer="720" w:gutter="0"/>
          <w:cols w:num="2" w:space="720" w:equalWidth="0">
            <w:col w:w="5259" w:space="0"/>
            <w:col w:w="5317" w:space="0"/>
          </w:cols>
          <w:docGrid w:linePitch="360"/>
        </w:sectPr>
      </w:pPr>
    </w:p>
    <w:p w14:paraId="19CCA1AF" w14:textId="77777777" w:rsidR="00DE1DE9" w:rsidRDefault="002C7C64">
      <w:pPr>
        <w:wordWrap w:val="0"/>
        <w:autoSpaceDE w:val="0"/>
        <w:autoSpaceDN w:val="0"/>
        <w:spacing w:before="10" w:after="10" w:line="130" w:lineRule="exact"/>
        <w:ind w:left="117"/>
      </w:pPr>
      <w:r>
        <w:rPr>
          <w:rFonts w:ascii="Segoe UI" w:eastAsia="Segoe UI" w:hAnsi="Segoe UI"/>
          <w:color w:val="000000"/>
          <w:spacing w:val="-3"/>
          <w:sz w:val="13"/>
        </w:rPr>
        <w:t>pevné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sítě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6"/>
          <w:sz w:val="13"/>
        </w:rPr>
        <w:t>Po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uzavření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smlouvy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zajistíme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podrobné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technické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šetření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Pokud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koncový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bod</w:t>
      </w:r>
    </w:p>
    <w:p w14:paraId="5A6370F1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17"/>
      </w:pPr>
      <w:r>
        <w:rPr>
          <w:rFonts w:ascii="Segoe UI" w:eastAsia="Segoe UI" w:hAnsi="Segoe UI"/>
          <w:color w:val="000000"/>
          <w:spacing w:val="-2"/>
          <w:sz w:val="13"/>
        </w:rPr>
        <w:t>není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neumožňuje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kvalitní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poskytnutí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má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právo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smlouvu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vypovědět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</w:p>
    <w:p w14:paraId="33F0BA7F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17"/>
      </w:pPr>
      <w:r>
        <w:rPr>
          <w:rFonts w:ascii="Segoe UI" w:eastAsia="Segoe UI" w:hAnsi="Segoe UI"/>
          <w:color w:val="000000"/>
          <w:spacing w:val="-1"/>
          <w:sz w:val="13"/>
        </w:rPr>
        <w:t>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žádost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zprostředkuje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možnost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vybudování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vedení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vaše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náklady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může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zajistit</w:t>
      </w:r>
    </w:p>
    <w:p w14:paraId="352F7806" w14:textId="77777777" w:rsidR="00DE1DE9" w:rsidRDefault="002C7C64">
      <w:pPr>
        <w:wordWrap w:val="0"/>
        <w:autoSpaceDE w:val="0"/>
        <w:autoSpaceDN w:val="0"/>
        <w:spacing w:before="19" w:after="80" w:line="130" w:lineRule="exact"/>
        <w:ind w:left="117"/>
      </w:pPr>
      <w:r>
        <w:rPr>
          <w:rFonts w:ascii="Segoe UI" w:eastAsia="Segoe UI" w:hAnsi="Segoe UI"/>
          <w:color w:val="000000"/>
          <w:spacing w:val="-3"/>
          <w:sz w:val="13"/>
        </w:rPr>
        <w:t>službu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mobilní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7"/>
          <w:sz w:val="13"/>
        </w:rPr>
        <w:t>síť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což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ale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může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vyžádat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instalaci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vnější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antény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791C4881" w14:textId="77777777" w:rsidR="00DE1DE9" w:rsidRDefault="002C7C64">
      <w:pPr>
        <w:wordWrap w:val="0"/>
        <w:autoSpaceDE w:val="0"/>
        <w:autoSpaceDN w:val="0"/>
        <w:spacing w:before="159" w:after="78" w:line="170" w:lineRule="exact"/>
        <w:ind w:left="117"/>
      </w:pPr>
      <w:r>
        <w:rPr>
          <w:rFonts w:ascii="Segoe UI" w:eastAsia="Segoe UI" w:hAnsi="Segoe UI"/>
          <w:color w:val="000000"/>
          <w:spacing w:val="-2"/>
          <w:sz w:val="17"/>
        </w:rPr>
        <w:t>Máte</w:t>
      </w:r>
      <w:r>
        <w:rPr>
          <w:rFonts w:ascii="Segoe UI" w:eastAsia="Segoe UI" w:hAnsi="Segoe UI"/>
          <w:color w:val="000000"/>
          <w:spacing w:val="-11"/>
          <w:sz w:val="17"/>
        </w:rPr>
        <w:t>-</w:t>
      </w:r>
      <w:r>
        <w:rPr>
          <w:rFonts w:ascii="Segoe UI" w:eastAsia="Segoe UI" w:hAnsi="Segoe UI"/>
          <w:color w:val="000000"/>
          <w:spacing w:val="-3"/>
          <w:sz w:val="17"/>
        </w:rPr>
        <w:t>li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7"/>
        </w:rPr>
        <w:t>službu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7"/>
        </w:rPr>
        <w:t>se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7"/>
        </w:rPr>
        <w:t>závazkem</w:t>
      </w:r>
    </w:p>
    <w:p w14:paraId="4D168442" w14:textId="77777777" w:rsidR="00DE1DE9" w:rsidRDefault="002C7C64">
      <w:pPr>
        <w:wordWrap w:val="0"/>
        <w:autoSpaceDE w:val="0"/>
        <w:autoSpaceDN w:val="0"/>
        <w:spacing w:before="157" w:after="10" w:line="130" w:lineRule="exact"/>
        <w:ind w:left="117"/>
      </w:pPr>
      <w:r>
        <w:rPr>
          <w:rFonts w:ascii="Segoe UI" w:eastAsia="Segoe UI" w:hAnsi="Segoe UI"/>
          <w:color w:val="000000"/>
          <w:spacing w:val="-3"/>
          <w:sz w:val="13"/>
        </w:rPr>
        <w:t>Zavazujete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dodržovat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základní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povinnosti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až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konce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závazku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výměnou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zvýhodněnou</w:t>
      </w:r>
    </w:p>
    <w:p w14:paraId="73DCBA81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17"/>
      </w:pPr>
      <w:r>
        <w:rPr>
          <w:rFonts w:ascii="Segoe UI" w:eastAsia="Segoe UI" w:hAnsi="Segoe UI"/>
          <w:color w:val="000000"/>
          <w:spacing w:val="-2"/>
          <w:sz w:val="13"/>
        </w:rPr>
        <w:t>cenu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měsíčního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paušálu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případě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přerušení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jste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povinen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požádat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obnovu</w:t>
      </w:r>
    </w:p>
    <w:p w14:paraId="75EBE198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17"/>
      </w:pPr>
      <w:r>
        <w:rPr>
          <w:rFonts w:ascii="Segoe UI" w:eastAsia="Segoe UI" w:hAnsi="Segoe UI"/>
          <w:color w:val="000000"/>
          <w:spacing w:val="-3"/>
          <w:sz w:val="13"/>
        </w:rPr>
        <w:t>poskytování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konce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sjednané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přerušení</w:t>
      </w:r>
      <w:r>
        <w:rPr>
          <w:rFonts w:ascii="Segoe UI" w:eastAsia="Segoe UI" w:hAnsi="Segoe UI"/>
          <w:color w:val="000000"/>
          <w:spacing w:val="8"/>
          <w:sz w:val="13"/>
        </w:rPr>
        <w:t>;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doba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přerušení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činí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2"/>
          <w:sz w:val="13"/>
        </w:rPr>
        <w:t>14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dní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pokud</w:t>
      </w:r>
    </w:p>
    <w:p w14:paraId="753A726F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17"/>
      </w:pPr>
      <w:r>
        <w:rPr>
          <w:rFonts w:ascii="Segoe UI" w:eastAsia="Segoe UI" w:hAnsi="Segoe UI"/>
          <w:color w:val="000000"/>
          <w:spacing w:val="-2"/>
          <w:sz w:val="13"/>
        </w:rPr>
        <w:t>není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sjednána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jiná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6"/>
          <w:sz w:val="13"/>
        </w:rPr>
        <w:t>Po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skončení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závazku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lze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smlouvu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ukončit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bez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sankce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ale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služba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bude</w:t>
      </w:r>
    </w:p>
    <w:p w14:paraId="5E451405" w14:textId="77777777" w:rsidR="00DE1DE9" w:rsidRDefault="002C7C64">
      <w:pPr>
        <w:wordWrap w:val="0"/>
        <w:autoSpaceDE w:val="0"/>
        <w:autoSpaceDN w:val="0"/>
        <w:spacing w:before="19" w:after="80" w:line="130" w:lineRule="exact"/>
        <w:ind w:left="117"/>
      </w:pPr>
      <w:r>
        <w:rPr>
          <w:rFonts w:ascii="Segoe UI" w:eastAsia="Segoe UI" w:hAnsi="Segoe UI"/>
          <w:color w:val="000000"/>
          <w:spacing w:val="-2"/>
          <w:sz w:val="13"/>
        </w:rPr>
        <w:t>účtována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bez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zvýhodnění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1B1DDBDC" w14:textId="77777777" w:rsidR="00DE1DE9" w:rsidRDefault="002C7C64">
      <w:pPr>
        <w:wordWrap w:val="0"/>
        <w:autoSpaceDE w:val="0"/>
        <w:autoSpaceDN w:val="0"/>
        <w:spacing w:before="159" w:after="78" w:line="170" w:lineRule="exact"/>
        <w:ind w:left="117"/>
      </w:pPr>
      <w:r>
        <w:rPr>
          <w:rFonts w:ascii="Segoe UI" w:eastAsia="Segoe UI" w:hAnsi="Segoe UI"/>
          <w:color w:val="000000"/>
          <w:spacing w:val="-4"/>
          <w:sz w:val="17"/>
        </w:rPr>
        <w:t>Smluvní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7"/>
        </w:rPr>
        <w:t>pokuta</w:t>
      </w:r>
    </w:p>
    <w:p w14:paraId="63884ACE" w14:textId="77777777" w:rsidR="00DE1DE9" w:rsidRDefault="002C7C64">
      <w:pPr>
        <w:wordWrap w:val="0"/>
        <w:autoSpaceDE w:val="0"/>
        <w:autoSpaceDN w:val="0"/>
        <w:spacing w:before="157" w:after="10" w:line="130" w:lineRule="exact"/>
        <w:ind w:left="117"/>
      </w:pPr>
      <w:r>
        <w:rPr>
          <w:rFonts w:ascii="Segoe UI" w:eastAsia="Segoe UI" w:hAnsi="Segoe UI"/>
          <w:color w:val="000000"/>
          <w:spacing w:val="-3"/>
          <w:sz w:val="13"/>
        </w:rPr>
        <w:t>Pokud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během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trvání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závazku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porušíte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některou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základních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povinností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užívání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</w:p>
    <w:p w14:paraId="7EAAB067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17"/>
      </w:pPr>
      <w:r>
        <w:rPr>
          <w:rFonts w:ascii="Segoe UI" w:eastAsia="Segoe UI" w:hAnsi="Segoe UI"/>
          <w:color w:val="000000"/>
          <w:spacing w:val="-3"/>
          <w:sz w:val="13"/>
        </w:rPr>
        <w:t>(viz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výše</w:t>
      </w:r>
      <w:r>
        <w:rPr>
          <w:rFonts w:ascii="Segoe UI" w:eastAsia="Segoe UI" w:hAnsi="Segoe UI"/>
          <w:color w:val="000000"/>
          <w:spacing w:val="2"/>
          <w:sz w:val="13"/>
        </w:rPr>
        <w:t>),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oprávněna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vám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vyúčtovat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smluvní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pokutu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výši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součtu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zbývajících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celých</w:t>
      </w:r>
    </w:p>
    <w:p w14:paraId="753E4B03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17"/>
      </w:pPr>
      <w:r>
        <w:rPr>
          <w:rFonts w:ascii="Segoe UI" w:eastAsia="Segoe UI" w:hAnsi="Segoe UI"/>
          <w:color w:val="000000"/>
          <w:spacing w:val="-3"/>
          <w:sz w:val="13"/>
        </w:rPr>
        <w:t>měsíčních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paušálů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</w:t>
      </w:r>
      <w:r>
        <w:rPr>
          <w:rFonts w:ascii="Segoe UI" w:eastAsia="Segoe UI" w:hAnsi="Segoe UI"/>
          <w:color w:val="000000"/>
          <w:spacing w:val="-4"/>
          <w:sz w:val="13"/>
        </w:rPr>
        <w:t>podle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8"/>
          <w:sz w:val="13"/>
        </w:rPr>
        <w:t>tarifu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základní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včetně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6"/>
          <w:sz w:val="13"/>
        </w:rPr>
        <w:t>DPH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ke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dni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porušení)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porušení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</w:t>
      </w:r>
    </w:p>
    <w:p w14:paraId="71D0ABFF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17"/>
      </w:pPr>
      <w:r>
        <w:rPr>
          <w:rFonts w:ascii="Segoe UI" w:eastAsia="Segoe UI" w:hAnsi="Segoe UI"/>
          <w:color w:val="000000"/>
          <w:spacing w:val="-2"/>
          <w:sz w:val="13"/>
        </w:rPr>
        <w:t>konce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sjednané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závazku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Při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porušení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vaší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povinnosti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řádně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včas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platit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vystavená</w:t>
      </w:r>
    </w:p>
    <w:p w14:paraId="6D6343DB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17"/>
      </w:pPr>
      <w:r>
        <w:rPr>
          <w:rFonts w:ascii="Segoe UI" w:eastAsia="Segoe UI" w:hAnsi="Segoe UI"/>
          <w:color w:val="000000"/>
          <w:spacing w:val="-3"/>
          <w:sz w:val="13"/>
        </w:rPr>
        <w:t>vyúčtování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vzniká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právo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smluvní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pokutu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okamžikem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uplynutí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2"/>
          <w:sz w:val="13"/>
        </w:rPr>
        <w:t>65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dne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prodlení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s</w:t>
      </w:r>
    </w:p>
    <w:p w14:paraId="142F09E5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17"/>
      </w:pPr>
      <w:r>
        <w:rPr>
          <w:rFonts w:ascii="Segoe UI" w:eastAsia="Segoe UI" w:hAnsi="Segoe UI"/>
          <w:color w:val="000000"/>
          <w:spacing w:val="-2"/>
          <w:sz w:val="13"/>
        </w:rPr>
        <w:t>úhradou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zbývající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paušály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počítají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až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tohoto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okamžiku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Nepožádáte</w:t>
      </w:r>
      <w:r>
        <w:rPr>
          <w:rFonts w:ascii="Segoe UI" w:eastAsia="Segoe UI" w:hAnsi="Segoe UI"/>
          <w:color w:val="000000"/>
          <w:spacing w:val="-9"/>
          <w:sz w:val="13"/>
        </w:rPr>
        <w:t>-</w:t>
      </w:r>
      <w:r>
        <w:rPr>
          <w:rFonts w:ascii="Segoe UI" w:eastAsia="Segoe UI" w:hAnsi="Segoe UI"/>
          <w:color w:val="000000"/>
          <w:spacing w:val="-3"/>
          <w:sz w:val="13"/>
        </w:rPr>
        <w:t>li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po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přerušení</w:t>
      </w:r>
    </w:p>
    <w:p w14:paraId="6B9B47DE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17"/>
      </w:pP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včas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obnovu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jejího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poskytování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jde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také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porušení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smlouvy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závazkem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</w:p>
    <w:p w14:paraId="3F20F9E6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17"/>
      </w:pPr>
      <w:r>
        <w:rPr>
          <w:rFonts w:ascii="Segoe UI" w:eastAsia="Segoe UI" w:hAnsi="Segoe UI"/>
          <w:color w:val="000000"/>
          <w:spacing w:val="-2"/>
          <w:sz w:val="13"/>
        </w:rPr>
        <w:t>vzniká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právo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smluvní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pokutu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stejné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výši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jako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shora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dobu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uplynutí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sjednané</w:t>
      </w:r>
    </w:p>
    <w:p w14:paraId="6F1FB5E8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17"/>
      </w:pPr>
      <w:r>
        <w:rPr>
          <w:rFonts w:ascii="Segoe UI" w:eastAsia="Segoe UI" w:hAnsi="Segoe UI"/>
          <w:color w:val="000000"/>
          <w:spacing w:val="-4"/>
          <w:sz w:val="13"/>
        </w:rPr>
        <w:t>doby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přerušení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konce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sjednané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závazku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Při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ukončení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smlouvy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uplynutím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doby</w:t>
      </w:r>
    </w:p>
    <w:p w14:paraId="2E927ED1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17"/>
      </w:pPr>
      <w:r>
        <w:rPr>
          <w:rFonts w:ascii="Segoe UI" w:eastAsia="Segoe UI" w:hAnsi="Segoe UI"/>
          <w:color w:val="000000"/>
          <w:spacing w:val="-2"/>
          <w:sz w:val="13"/>
        </w:rPr>
        <w:t>trvání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závazku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dohodou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výpovědí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vaší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strany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oprávněna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vám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vyúčtovat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úhradu</w:t>
      </w:r>
    </w:p>
    <w:p w14:paraId="4517E361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17"/>
      </w:pPr>
      <w:r>
        <w:rPr>
          <w:rFonts w:ascii="Segoe UI" w:eastAsia="Segoe UI" w:hAnsi="Segoe UI"/>
          <w:color w:val="000000"/>
          <w:spacing w:val="-1"/>
          <w:sz w:val="13"/>
        </w:rPr>
        <w:t>za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předčasné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ukončení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smlouvy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</w:t>
      </w:r>
      <w:r>
        <w:rPr>
          <w:rFonts w:ascii="Segoe UI" w:eastAsia="Segoe UI" w:hAnsi="Segoe UI"/>
          <w:color w:val="000000"/>
          <w:spacing w:val="-2"/>
          <w:sz w:val="13"/>
        </w:rPr>
        <w:t>paušální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odškodnění</w:t>
      </w:r>
      <w:r>
        <w:rPr>
          <w:rFonts w:ascii="Segoe UI" w:eastAsia="Segoe UI" w:hAnsi="Segoe UI"/>
          <w:color w:val="000000"/>
          <w:spacing w:val="2"/>
          <w:sz w:val="13"/>
        </w:rPr>
        <w:t>).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Výše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paušálního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odškodnění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ve</w:t>
      </w:r>
    </w:p>
    <w:p w14:paraId="407AD6B5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117"/>
      </w:pPr>
      <w:r>
        <w:rPr>
          <w:rFonts w:ascii="Segoe UI" w:eastAsia="Segoe UI" w:hAnsi="Segoe UI"/>
          <w:color w:val="000000"/>
          <w:spacing w:val="-4"/>
          <w:sz w:val="13"/>
        </w:rPr>
        <w:t>výši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součtu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měsíčních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paušálů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zbývajících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ukončení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smlouvy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konce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sjednané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doby</w:t>
      </w:r>
    </w:p>
    <w:p w14:paraId="438BA8C2" w14:textId="77777777" w:rsidR="00DE1DE9" w:rsidRDefault="002C7C64">
      <w:pPr>
        <w:wordWrap w:val="0"/>
        <w:autoSpaceDE w:val="0"/>
        <w:autoSpaceDN w:val="0"/>
        <w:spacing w:before="19" w:after="381" w:line="130" w:lineRule="exact"/>
        <w:ind w:left="117"/>
      </w:pPr>
      <w:r>
        <w:rPr>
          <w:rFonts w:ascii="Segoe UI" w:eastAsia="Segoe UI" w:hAnsi="Segoe UI"/>
          <w:color w:val="000000"/>
          <w:spacing w:val="-2"/>
          <w:sz w:val="13"/>
        </w:rPr>
        <w:t>trvání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závazku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Jakékoli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sankce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závazku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účtují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jen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jednou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5FD5ED7F" w14:textId="77777777" w:rsidR="00DE1DE9" w:rsidRDefault="002C7C64">
      <w:pPr>
        <w:wordWrap w:val="0"/>
        <w:autoSpaceDE w:val="0"/>
        <w:autoSpaceDN w:val="0"/>
        <w:spacing w:before="761" w:after="10" w:line="130" w:lineRule="exact"/>
        <w:ind w:left="118"/>
      </w:pPr>
      <w:r>
        <w:rPr>
          <w:rFonts w:ascii="Segoe UI" w:eastAsia="Segoe UI" w:hAnsi="Segoe UI"/>
          <w:color w:val="000000"/>
          <w:spacing w:val="12"/>
          <w:sz w:val="13"/>
        </w:rPr>
        <w:t>•</w:t>
      </w:r>
      <w:r>
        <w:rPr>
          <w:rFonts w:ascii="Times New Roman" w:eastAsia="Times New Roman" w:hAnsi="Times New Roman"/>
          <w:b/>
          <w:color w:val="000000"/>
          <w:spacing w:val="150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sz w:val="13"/>
        </w:rPr>
        <w:t>O2</w:t>
      </w:r>
      <w:r>
        <w:rPr>
          <w:rFonts w:ascii="Times New Roman" w:eastAsia="Times New Roman" w:hAnsi="Times New Roman"/>
          <w:b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spacing w:val="-4"/>
          <w:sz w:val="13"/>
        </w:rPr>
        <w:t>ID</w:t>
      </w:r>
      <w:r>
        <w:rPr>
          <w:rFonts w:ascii="Times New Roman" w:eastAsia="Times New Roman" w:hAnsi="Times New Roman"/>
          <w:b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sz w:val="13"/>
        </w:rPr>
        <w:t>účastníka</w:t>
      </w:r>
      <w:r>
        <w:rPr>
          <w:rFonts w:ascii="Segoe UI" w:eastAsia="Segoe UI" w:hAnsi="Segoe UI"/>
          <w:b/>
          <w:color w:val="000000"/>
          <w:w w:val="102"/>
          <w:sz w:val="13"/>
        </w:rPr>
        <w:t>: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záhlaví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tohoto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smluvního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dokumentu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uvedeno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ID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které</w:t>
      </w:r>
    </w:p>
    <w:p w14:paraId="2D0504DE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366"/>
      </w:pP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shodné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e</w:t>
      </w:r>
      <w:r>
        <w:rPr>
          <w:rFonts w:ascii="Segoe UI" w:eastAsia="Segoe UI" w:hAnsi="Segoe UI"/>
          <w:color w:val="000000"/>
          <w:spacing w:val="-9"/>
          <w:sz w:val="13"/>
        </w:rPr>
        <w:t>-</w:t>
      </w:r>
      <w:r>
        <w:rPr>
          <w:rFonts w:ascii="Segoe UI" w:eastAsia="Segoe UI" w:hAnsi="Segoe UI"/>
          <w:color w:val="000000"/>
          <w:spacing w:val="-3"/>
          <w:sz w:val="13"/>
        </w:rPr>
        <w:t>mailovou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adresou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kterou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obdržela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vás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jako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účastníka</w:t>
      </w:r>
    </w:p>
    <w:p w14:paraId="3498896C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366"/>
      </w:pPr>
      <w:r>
        <w:rPr>
          <w:rFonts w:ascii="Segoe UI" w:eastAsia="Segoe UI" w:hAnsi="Segoe UI"/>
          <w:color w:val="000000"/>
          <w:spacing w:val="-3"/>
          <w:sz w:val="13"/>
        </w:rPr>
        <w:t>pro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zřízení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přístupu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vašeho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účtu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Moje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Toto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ID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slouží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zároveň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jako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název</w:t>
      </w:r>
    </w:p>
    <w:p w14:paraId="5ADCC6BB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366"/>
      </w:pPr>
      <w:r>
        <w:rPr>
          <w:rFonts w:ascii="Segoe UI" w:eastAsia="Segoe UI" w:hAnsi="Segoe UI"/>
          <w:color w:val="000000"/>
          <w:spacing w:val="-1"/>
          <w:sz w:val="13"/>
        </w:rPr>
        <w:t>účtu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účastníka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Moje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Jako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ID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zadávejte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existující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e</w:t>
      </w:r>
      <w:r>
        <w:rPr>
          <w:rFonts w:ascii="Segoe UI" w:eastAsia="Segoe UI" w:hAnsi="Segoe UI"/>
          <w:color w:val="000000"/>
          <w:spacing w:val="-9"/>
          <w:sz w:val="13"/>
        </w:rPr>
        <w:t>-</w:t>
      </w:r>
      <w:r>
        <w:rPr>
          <w:rFonts w:ascii="Segoe UI" w:eastAsia="Segoe UI" w:hAnsi="Segoe UI"/>
          <w:color w:val="000000"/>
          <w:spacing w:val="-3"/>
          <w:sz w:val="13"/>
        </w:rPr>
        <w:t>mailovou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schránku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</w:p>
    <w:p w14:paraId="62C0CD3F" w14:textId="77777777" w:rsidR="00DE1DE9" w:rsidRDefault="002C7C64">
      <w:pPr>
        <w:wordWrap w:val="0"/>
        <w:autoSpaceDE w:val="0"/>
        <w:autoSpaceDN w:val="0"/>
        <w:spacing w:before="19" w:after="78" w:line="130" w:lineRule="exact"/>
        <w:ind w:left="366"/>
      </w:pPr>
      <w:r>
        <w:rPr>
          <w:rFonts w:ascii="Segoe UI" w:eastAsia="Segoe UI" w:hAnsi="Segoe UI"/>
          <w:color w:val="000000"/>
          <w:spacing w:val="-2"/>
          <w:sz w:val="13"/>
        </w:rPr>
        <w:t>nad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kterou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máte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výlučnou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kontrolu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198ED782" w14:textId="77777777" w:rsidR="00DE1DE9" w:rsidRDefault="002C7C64">
      <w:pPr>
        <w:wordWrap w:val="0"/>
        <w:autoSpaceDE w:val="0"/>
        <w:autoSpaceDN w:val="0"/>
        <w:spacing w:before="155" w:after="10" w:line="130" w:lineRule="exact"/>
        <w:ind w:left="118"/>
      </w:pPr>
      <w:r>
        <w:rPr>
          <w:rFonts w:ascii="Segoe UI" w:eastAsia="Segoe UI" w:hAnsi="Segoe UI"/>
          <w:color w:val="000000"/>
          <w:spacing w:val="12"/>
          <w:sz w:val="13"/>
        </w:rPr>
        <w:t>•</w:t>
      </w:r>
      <w:r>
        <w:rPr>
          <w:rFonts w:ascii="Times New Roman" w:eastAsia="Times New Roman" w:hAnsi="Times New Roman"/>
          <w:b/>
          <w:color w:val="000000"/>
          <w:spacing w:val="150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sz w:val="13"/>
        </w:rPr>
        <w:t>Bezpečnostní</w:t>
      </w:r>
      <w:r>
        <w:rPr>
          <w:rFonts w:ascii="Times New Roman" w:eastAsia="Times New Roman" w:hAnsi="Times New Roman"/>
          <w:b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b/>
          <w:color w:val="000000"/>
          <w:sz w:val="13"/>
        </w:rPr>
        <w:t>pravidla</w:t>
      </w:r>
      <w:r>
        <w:rPr>
          <w:rFonts w:ascii="Segoe UI" w:eastAsia="Segoe UI" w:hAnsi="Segoe UI"/>
          <w:b/>
          <w:color w:val="000000"/>
          <w:w w:val="102"/>
          <w:sz w:val="13"/>
        </w:rPr>
        <w:t>: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9"/>
          <w:sz w:val="13"/>
        </w:rPr>
        <w:t>Z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důvodu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ochrany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práv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vás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samotných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souvislosti</w:t>
      </w:r>
    </w:p>
    <w:p w14:paraId="17EE661A" w14:textId="77777777" w:rsidR="00DE1DE9" w:rsidRDefault="002C7C64">
      <w:pPr>
        <w:wordWrap w:val="0"/>
        <w:autoSpaceDE w:val="0"/>
        <w:autoSpaceDN w:val="0"/>
        <w:spacing w:before="19" w:after="87" w:line="130" w:lineRule="exact"/>
        <w:ind w:left="366"/>
      </w:pPr>
      <w:r>
        <w:rPr>
          <w:rFonts w:ascii="Segoe UI" w:eastAsia="Segoe UI" w:hAnsi="Segoe UI"/>
          <w:color w:val="000000"/>
          <w:spacing w:val="-5"/>
          <w:sz w:val="13"/>
        </w:rPr>
        <w:t>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vaším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účtem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Moje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zavazujete</w:t>
      </w:r>
      <w:r>
        <w:rPr>
          <w:rFonts w:ascii="Segoe UI" w:eastAsia="Segoe UI" w:hAnsi="Segoe UI"/>
          <w:color w:val="000000"/>
          <w:spacing w:val="8"/>
          <w:sz w:val="13"/>
        </w:rPr>
        <w:t>:</w:t>
      </w:r>
    </w:p>
    <w:p w14:paraId="2FCFBF0D" w14:textId="77777777" w:rsidR="00DE1DE9" w:rsidRDefault="002C7C64">
      <w:pPr>
        <w:wordWrap w:val="0"/>
        <w:autoSpaceDE w:val="0"/>
        <w:autoSpaceDN w:val="0"/>
        <w:spacing w:before="175" w:after="19" w:line="130" w:lineRule="exact"/>
        <w:ind w:left="366"/>
      </w:pPr>
      <w:r>
        <w:rPr>
          <w:rFonts w:ascii="Segoe UI" w:eastAsia="Segoe UI" w:hAnsi="Segoe UI"/>
          <w:color w:val="000000"/>
          <w:spacing w:val="2"/>
          <w:sz w:val="13"/>
        </w:rPr>
        <w:t>1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108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Průběžně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kontrolovat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informace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uvedené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rámci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vašeho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účtu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4FE113C3" w14:textId="77777777" w:rsidR="00DE1DE9" w:rsidRDefault="002C7C64">
      <w:pPr>
        <w:wordWrap w:val="0"/>
        <w:autoSpaceDE w:val="0"/>
        <w:autoSpaceDN w:val="0"/>
        <w:spacing w:before="39" w:after="19" w:line="130" w:lineRule="exact"/>
        <w:ind w:left="366"/>
      </w:pPr>
      <w:r>
        <w:rPr>
          <w:rFonts w:ascii="Segoe UI" w:eastAsia="Segoe UI" w:hAnsi="Segoe UI"/>
          <w:color w:val="000000"/>
          <w:spacing w:val="2"/>
          <w:sz w:val="13"/>
        </w:rPr>
        <w:t>2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108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Nesdělit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ani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nezpřístupnit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heslo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101"/>
          <w:sz w:val="13"/>
        </w:rPr>
        <w:t>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vašemu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účtu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jiným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osobám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08C008F8" w14:textId="77777777" w:rsidR="00DE1DE9" w:rsidRDefault="002C7C64">
      <w:pPr>
        <w:wordWrap w:val="0"/>
        <w:autoSpaceDE w:val="0"/>
        <w:autoSpaceDN w:val="0"/>
        <w:spacing w:before="39" w:after="19" w:line="130" w:lineRule="exact"/>
        <w:ind w:left="366"/>
      </w:pPr>
      <w:r>
        <w:rPr>
          <w:rFonts w:ascii="Segoe UI" w:eastAsia="Segoe UI" w:hAnsi="Segoe UI"/>
          <w:color w:val="000000"/>
          <w:spacing w:val="2"/>
          <w:sz w:val="13"/>
        </w:rPr>
        <w:t>3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108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Zajistit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průběžně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kontrolovat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že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přístup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101"/>
          <w:sz w:val="13"/>
        </w:rPr>
        <w:t>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vašemu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účtu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chráněn</w:t>
      </w:r>
    </w:p>
    <w:p w14:paraId="4A24BF80" w14:textId="77777777" w:rsidR="00DE1DE9" w:rsidRDefault="002C7C64">
      <w:pPr>
        <w:wordWrap w:val="0"/>
        <w:autoSpaceDE w:val="0"/>
        <w:autoSpaceDN w:val="0"/>
        <w:spacing w:before="39" w:after="19" w:line="130" w:lineRule="exact"/>
        <w:ind w:left="615"/>
      </w:pPr>
      <w:r>
        <w:rPr>
          <w:rFonts w:ascii="Segoe UI" w:eastAsia="Segoe UI" w:hAnsi="Segoe UI"/>
          <w:color w:val="000000"/>
          <w:spacing w:val="-3"/>
          <w:sz w:val="13"/>
        </w:rPr>
        <w:t>před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neoprávněným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přístupem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jiným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zneužitím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7ED36E2F" w14:textId="77777777" w:rsidR="00DE1DE9" w:rsidRDefault="002C7C64">
      <w:pPr>
        <w:wordWrap w:val="0"/>
        <w:autoSpaceDE w:val="0"/>
        <w:autoSpaceDN w:val="0"/>
        <w:spacing w:before="39" w:after="19" w:line="130" w:lineRule="exact"/>
        <w:ind w:left="366"/>
      </w:pPr>
      <w:r>
        <w:rPr>
          <w:rFonts w:ascii="Segoe UI" w:eastAsia="Segoe UI" w:hAnsi="Segoe UI"/>
          <w:color w:val="000000"/>
          <w:spacing w:val="2"/>
          <w:sz w:val="13"/>
        </w:rPr>
        <w:t>4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108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Zajistit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průběžně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kontrolovat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že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máte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výlučné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právo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užívat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e</w:t>
      </w:r>
      <w:r>
        <w:rPr>
          <w:rFonts w:ascii="Segoe UI" w:eastAsia="Segoe UI" w:hAnsi="Segoe UI"/>
          <w:color w:val="000000"/>
          <w:spacing w:val="-9"/>
          <w:sz w:val="13"/>
        </w:rPr>
        <w:t>-</w:t>
      </w:r>
      <w:r>
        <w:rPr>
          <w:rFonts w:ascii="Segoe UI" w:eastAsia="Segoe UI" w:hAnsi="Segoe UI"/>
          <w:color w:val="000000"/>
          <w:spacing w:val="-3"/>
          <w:sz w:val="13"/>
        </w:rPr>
        <w:t>mailovou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schránku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</w:p>
    <w:p w14:paraId="1036F55E" w14:textId="77777777" w:rsidR="00DE1DE9" w:rsidRDefault="002C7C64">
      <w:pPr>
        <w:wordWrap w:val="0"/>
        <w:autoSpaceDE w:val="0"/>
        <w:autoSpaceDN w:val="0"/>
        <w:spacing w:before="39" w:after="19" w:line="130" w:lineRule="exact"/>
        <w:ind w:left="615"/>
      </w:pPr>
      <w:r>
        <w:rPr>
          <w:rFonts w:ascii="Segoe UI" w:eastAsia="Segoe UI" w:hAnsi="Segoe UI"/>
          <w:color w:val="000000"/>
          <w:spacing w:val="-2"/>
          <w:sz w:val="13"/>
        </w:rPr>
        <w:t>jejíž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adresa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představuje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vaše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ID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že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tato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schránka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chráněna</w:t>
      </w:r>
    </w:p>
    <w:p w14:paraId="276FC708" w14:textId="77777777" w:rsidR="00DE1DE9" w:rsidRDefault="002C7C64">
      <w:pPr>
        <w:wordWrap w:val="0"/>
        <w:autoSpaceDE w:val="0"/>
        <w:autoSpaceDN w:val="0"/>
        <w:spacing w:before="39" w:after="19" w:line="130" w:lineRule="exact"/>
        <w:ind w:left="615"/>
      </w:pPr>
      <w:r>
        <w:rPr>
          <w:rFonts w:ascii="Segoe UI" w:eastAsia="Segoe UI" w:hAnsi="Segoe UI"/>
          <w:color w:val="000000"/>
          <w:spacing w:val="-3"/>
          <w:sz w:val="13"/>
        </w:rPr>
        <w:t>před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neoprávněným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přístupem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jiným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zneužitím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06333402" w14:textId="77777777" w:rsidR="00DE1DE9" w:rsidRDefault="002C7C64">
      <w:pPr>
        <w:wordWrap w:val="0"/>
        <w:autoSpaceDE w:val="0"/>
        <w:autoSpaceDN w:val="0"/>
        <w:spacing w:before="39" w:after="19" w:line="130" w:lineRule="exact"/>
        <w:ind w:left="366"/>
      </w:pPr>
      <w:r>
        <w:rPr>
          <w:rFonts w:ascii="Segoe UI" w:eastAsia="Segoe UI" w:hAnsi="Segoe UI"/>
          <w:color w:val="000000"/>
          <w:spacing w:val="2"/>
          <w:sz w:val="13"/>
        </w:rPr>
        <w:t>5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108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Bezodkladně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informovat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podrobit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opatřením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strany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pokud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vašeho</w:t>
      </w:r>
    </w:p>
    <w:p w14:paraId="755EE9BE" w14:textId="77777777" w:rsidR="00DE1DE9" w:rsidRDefault="002C7C64">
      <w:pPr>
        <w:wordWrap w:val="0"/>
        <w:autoSpaceDE w:val="0"/>
        <w:autoSpaceDN w:val="0"/>
        <w:spacing w:before="39" w:after="19" w:line="130" w:lineRule="exact"/>
        <w:ind w:left="615"/>
      </w:pPr>
      <w:r>
        <w:rPr>
          <w:rFonts w:ascii="Segoe UI" w:eastAsia="Segoe UI" w:hAnsi="Segoe UI"/>
          <w:color w:val="000000"/>
          <w:spacing w:val="-1"/>
          <w:sz w:val="13"/>
        </w:rPr>
        <w:t>účtu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Moje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či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e</w:t>
      </w:r>
      <w:r>
        <w:rPr>
          <w:rFonts w:ascii="Segoe UI" w:eastAsia="Segoe UI" w:hAnsi="Segoe UI"/>
          <w:color w:val="000000"/>
          <w:spacing w:val="-9"/>
          <w:sz w:val="13"/>
        </w:rPr>
        <w:t>-</w:t>
      </w:r>
      <w:r>
        <w:rPr>
          <w:rFonts w:ascii="Segoe UI" w:eastAsia="Segoe UI" w:hAnsi="Segoe UI"/>
          <w:color w:val="000000"/>
          <w:spacing w:val="-3"/>
          <w:sz w:val="13"/>
        </w:rPr>
        <w:t>mailové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schránky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označené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vaším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ID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dojde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ke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ztrátě</w:t>
      </w:r>
    </w:p>
    <w:p w14:paraId="553A26FE" w14:textId="77777777" w:rsidR="00DE1DE9" w:rsidRDefault="002C7C64">
      <w:pPr>
        <w:wordWrap w:val="0"/>
        <w:autoSpaceDE w:val="0"/>
        <w:autoSpaceDN w:val="0"/>
        <w:spacing w:before="39" w:after="19" w:line="130" w:lineRule="exact"/>
        <w:ind w:left="615"/>
      </w:pPr>
      <w:r>
        <w:rPr>
          <w:rFonts w:ascii="Segoe UI" w:eastAsia="Segoe UI" w:hAnsi="Segoe UI"/>
          <w:color w:val="000000"/>
          <w:spacing w:val="-3"/>
          <w:sz w:val="13"/>
        </w:rPr>
        <w:t>přístupu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hesel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101"/>
          <w:sz w:val="13"/>
        </w:rPr>
        <w:t>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neoprávněnému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přístupu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101"/>
          <w:sz w:val="13"/>
        </w:rPr>
        <w:t>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jinému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jejich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zneužití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</w:p>
    <w:p w14:paraId="32F6B99D" w14:textId="77777777" w:rsidR="00DE1DE9" w:rsidRDefault="002C7C64">
      <w:pPr>
        <w:wordWrap w:val="0"/>
        <w:autoSpaceDE w:val="0"/>
        <w:autoSpaceDN w:val="0"/>
        <w:spacing w:before="39" w:after="104" w:line="130" w:lineRule="exact"/>
        <w:ind w:left="615"/>
      </w:pPr>
      <w:r>
        <w:rPr>
          <w:rFonts w:ascii="Segoe UI" w:eastAsia="Segoe UI" w:hAnsi="Segoe UI"/>
          <w:color w:val="000000"/>
          <w:spacing w:val="-3"/>
          <w:sz w:val="13"/>
        </w:rPr>
        <w:t>pokud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něco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takového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hrozí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3E3B7F9F" w14:textId="77777777" w:rsidR="00DE1DE9" w:rsidRDefault="002C7C64">
      <w:pPr>
        <w:wordWrap w:val="0"/>
        <w:autoSpaceDE w:val="0"/>
        <w:autoSpaceDN w:val="0"/>
        <w:spacing w:before="208" w:after="19" w:line="130" w:lineRule="exact"/>
        <w:ind w:left="615"/>
      </w:pPr>
      <w:r>
        <w:rPr>
          <w:rFonts w:ascii="Segoe UI" w:eastAsia="Segoe UI" w:hAnsi="Segoe UI"/>
          <w:color w:val="000000"/>
          <w:spacing w:val="-2"/>
          <w:sz w:val="13"/>
        </w:rPr>
        <w:t>Ve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vztahu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101"/>
          <w:sz w:val="13"/>
        </w:rPr>
        <w:t>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sekundárním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přístupům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(pokud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jsou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101"/>
          <w:sz w:val="13"/>
        </w:rPr>
        <w:t>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Vašemu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účtu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zřízeny</w:t>
      </w:r>
      <w:r>
        <w:rPr>
          <w:rFonts w:ascii="Segoe UI" w:eastAsia="Segoe UI" w:hAnsi="Segoe UI"/>
          <w:color w:val="000000"/>
          <w:spacing w:val="-3"/>
          <w:sz w:val="13"/>
        </w:rPr>
        <w:t>)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dále</w:t>
      </w:r>
    </w:p>
    <w:p w14:paraId="0B9BCA76" w14:textId="77777777" w:rsidR="00DE1DE9" w:rsidRDefault="002C7C64">
      <w:pPr>
        <w:wordWrap w:val="0"/>
        <w:autoSpaceDE w:val="0"/>
        <w:autoSpaceDN w:val="0"/>
        <w:spacing w:before="39" w:after="104" w:line="130" w:lineRule="exact"/>
        <w:ind w:left="615"/>
      </w:pPr>
      <w:r>
        <w:rPr>
          <w:rFonts w:ascii="Segoe UI" w:eastAsia="Segoe UI" w:hAnsi="Segoe UI"/>
          <w:color w:val="000000"/>
          <w:spacing w:val="-2"/>
          <w:sz w:val="13"/>
        </w:rPr>
        <w:t>zavazujete</w:t>
      </w:r>
      <w:r>
        <w:rPr>
          <w:rFonts w:ascii="Segoe UI" w:eastAsia="Segoe UI" w:hAnsi="Segoe UI"/>
          <w:color w:val="000000"/>
          <w:spacing w:val="8"/>
          <w:sz w:val="13"/>
        </w:rPr>
        <w:t>:</w:t>
      </w:r>
    </w:p>
    <w:p w14:paraId="72B2C038" w14:textId="77777777" w:rsidR="00DE1DE9" w:rsidRDefault="002C7C64">
      <w:pPr>
        <w:wordWrap w:val="0"/>
        <w:autoSpaceDE w:val="0"/>
        <w:autoSpaceDN w:val="0"/>
        <w:spacing w:before="208" w:after="19" w:line="130" w:lineRule="exact"/>
        <w:ind w:left="366"/>
      </w:pPr>
      <w:r>
        <w:rPr>
          <w:rFonts w:ascii="Segoe UI" w:eastAsia="Segoe UI" w:hAnsi="Segoe UI"/>
          <w:color w:val="000000"/>
          <w:spacing w:val="2"/>
          <w:sz w:val="13"/>
        </w:rPr>
        <w:t>6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108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Sekundární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přístupy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zřizovat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dovolit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jejich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zřízení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jen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osoby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jejichž</w:t>
      </w:r>
    </w:p>
    <w:p w14:paraId="4E851CC1" w14:textId="77777777" w:rsidR="00DE1DE9" w:rsidRDefault="002C7C64">
      <w:pPr>
        <w:wordWrap w:val="0"/>
        <w:autoSpaceDE w:val="0"/>
        <w:autoSpaceDN w:val="0"/>
        <w:spacing w:before="39" w:after="19" w:line="130" w:lineRule="exact"/>
        <w:ind w:left="615"/>
      </w:pPr>
      <w:r>
        <w:rPr>
          <w:rFonts w:ascii="Segoe UI" w:eastAsia="Segoe UI" w:hAnsi="Segoe UI"/>
          <w:color w:val="000000"/>
          <w:spacing w:val="-2"/>
          <w:sz w:val="13"/>
        </w:rPr>
        <w:t>totožnost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znáte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které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mají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oprávnění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vás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zastupovat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alespoň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rozsahu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který</w:t>
      </w:r>
    </w:p>
    <w:p w14:paraId="63ACEE0E" w14:textId="77777777" w:rsidR="00DE1DE9" w:rsidRDefault="002C7C64">
      <w:pPr>
        <w:wordWrap w:val="0"/>
        <w:autoSpaceDE w:val="0"/>
        <w:autoSpaceDN w:val="0"/>
        <w:spacing w:before="39" w:after="19" w:line="130" w:lineRule="exact"/>
        <w:ind w:left="615"/>
      </w:pPr>
      <w:r>
        <w:rPr>
          <w:rFonts w:ascii="Segoe UI" w:eastAsia="Segoe UI" w:hAnsi="Segoe UI"/>
          <w:color w:val="000000"/>
          <w:spacing w:val="-3"/>
          <w:sz w:val="13"/>
        </w:rPr>
        <w:t>mají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zřízen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sekundární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přístup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nichž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víte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že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jsou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plně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svéprávné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7C357609" w14:textId="77777777" w:rsidR="00DE1DE9" w:rsidRDefault="002C7C64">
      <w:pPr>
        <w:wordWrap w:val="0"/>
        <w:autoSpaceDE w:val="0"/>
        <w:autoSpaceDN w:val="0"/>
        <w:spacing w:before="39" w:after="19" w:line="130" w:lineRule="exact"/>
        <w:ind w:left="366"/>
      </w:pPr>
      <w:r>
        <w:rPr>
          <w:rFonts w:ascii="Segoe UI" w:eastAsia="Segoe UI" w:hAnsi="Segoe UI"/>
          <w:color w:val="000000"/>
          <w:spacing w:val="2"/>
          <w:sz w:val="13"/>
        </w:rPr>
        <w:t>7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108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Průběžně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kontrolovat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činnost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uživatelů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sekundárních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přístupů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rámci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vašeho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účtu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29FE2724" w14:textId="77777777" w:rsidR="00DE1DE9" w:rsidRDefault="002C7C64">
      <w:pPr>
        <w:wordWrap w:val="0"/>
        <w:autoSpaceDE w:val="0"/>
        <w:autoSpaceDN w:val="0"/>
        <w:spacing w:before="39" w:after="19" w:line="130" w:lineRule="exact"/>
        <w:ind w:left="366"/>
      </w:pPr>
      <w:r>
        <w:rPr>
          <w:rFonts w:ascii="Segoe UI" w:eastAsia="Segoe UI" w:hAnsi="Segoe UI"/>
          <w:color w:val="000000"/>
          <w:spacing w:val="2"/>
          <w:sz w:val="13"/>
        </w:rPr>
        <w:t>8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108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Zajistit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průběžně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kontrolovat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že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uživatelé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sekundárních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přístupů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101"/>
          <w:sz w:val="13"/>
        </w:rPr>
        <w:t>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vašemu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účtu</w:t>
      </w:r>
    </w:p>
    <w:p w14:paraId="16304AE6" w14:textId="77777777" w:rsidR="00DE1DE9" w:rsidRDefault="002C7C64">
      <w:pPr>
        <w:wordWrap w:val="0"/>
        <w:autoSpaceDE w:val="0"/>
        <w:autoSpaceDN w:val="0"/>
        <w:spacing w:before="39" w:after="19" w:line="130" w:lineRule="exact"/>
        <w:ind w:left="615"/>
      </w:pPr>
      <w:r>
        <w:rPr>
          <w:rFonts w:ascii="Segoe UI" w:eastAsia="Segoe UI" w:hAnsi="Segoe UI"/>
          <w:color w:val="000000"/>
          <w:spacing w:val="-3"/>
          <w:sz w:val="13"/>
        </w:rPr>
        <w:t>budou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plnit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obdobné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povinnosti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jaké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jsou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stanoveny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Vás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odstavcích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2"/>
          <w:sz w:val="13"/>
        </w:rPr>
        <w:t>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až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2"/>
          <w:sz w:val="13"/>
        </w:rPr>
        <w:t>5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</w:p>
    <w:p w14:paraId="55B62395" w14:textId="77777777" w:rsidR="00DE1DE9" w:rsidRDefault="002C7C64">
      <w:pPr>
        <w:wordWrap w:val="0"/>
        <w:autoSpaceDE w:val="0"/>
        <w:autoSpaceDN w:val="0"/>
        <w:spacing w:before="39" w:after="19" w:line="130" w:lineRule="exact"/>
        <w:ind w:left="615"/>
      </w:pP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vztahu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ke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svému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sekundárnímu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přístupu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101"/>
          <w:sz w:val="13"/>
        </w:rPr>
        <w:t>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Vašemu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účtu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svým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e</w:t>
      </w:r>
      <w:r>
        <w:rPr>
          <w:rFonts w:ascii="Segoe UI" w:eastAsia="Segoe UI" w:hAnsi="Segoe UI"/>
          <w:color w:val="000000"/>
          <w:spacing w:val="-9"/>
          <w:sz w:val="13"/>
        </w:rPr>
        <w:t>-</w:t>
      </w:r>
      <w:r>
        <w:rPr>
          <w:rFonts w:ascii="Segoe UI" w:eastAsia="Segoe UI" w:hAnsi="Segoe UI"/>
          <w:color w:val="000000"/>
          <w:spacing w:val="-3"/>
          <w:sz w:val="13"/>
        </w:rPr>
        <w:t>mailovým</w:t>
      </w:r>
    </w:p>
    <w:p w14:paraId="477FF6A7" w14:textId="77777777" w:rsidR="00DE1DE9" w:rsidRDefault="002C7C64">
      <w:pPr>
        <w:wordWrap w:val="0"/>
        <w:autoSpaceDE w:val="0"/>
        <w:autoSpaceDN w:val="0"/>
        <w:spacing w:before="39" w:after="19" w:line="130" w:lineRule="exact"/>
        <w:ind w:left="615"/>
      </w:pPr>
      <w:r>
        <w:rPr>
          <w:rFonts w:ascii="Segoe UI" w:eastAsia="Segoe UI" w:hAnsi="Segoe UI"/>
          <w:color w:val="000000"/>
          <w:spacing w:val="-2"/>
          <w:sz w:val="13"/>
        </w:rPr>
        <w:t>schránkám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označeným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jejich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ID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svým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účtům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Moje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1326313F" w14:textId="77777777" w:rsidR="00DE1DE9" w:rsidRDefault="002C7C64">
      <w:pPr>
        <w:wordWrap w:val="0"/>
        <w:autoSpaceDE w:val="0"/>
        <w:autoSpaceDN w:val="0"/>
        <w:spacing w:before="39" w:after="19" w:line="130" w:lineRule="exact"/>
        <w:ind w:left="366"/>
      </w:pPr>
      <w:r>
        <w:rPr>
          <w:rFonts w:ascii="Segoe UI" w:eastAsia="Segoe UI" w:hAnsi="Segoe UI"/>
          <w:color w:val="000000"/>
          <w:spacing w:val="2"/>
          <w:sz w:val="13"/>
        </w:rPr>
        <w:t>9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108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Bezodkladně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přijmout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potřebná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opatření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zejména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omezit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zrušit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sekundární</w:t>
      </w:r>
    </w:p>
    <w:p w14:paraId="3B3C09CA" w14:textId="77777777" w:rsidR="00DE1DE9" w:rsidRDefault="002C7C64">
      <w:pPr>
        <w:wordWrap w:val="0"/>
        <w:autoSpaceDE w:val="0"/>
        <w:autoSpaceDN w:val="0"/>
        <w:spacing w:before="39" w:after="19" w:line="130" w:lineRule="exact"/>
        <w:ind w:left="615"/>
      </w:pPr>
      <w:r>
        <w:rPr>
          <w:rFonts w:ascii="Segoe UI" w:eastAsia="Segoe UI" w:hAnsi="Segoe UI"/>
          <w:color w:val="000000"/>
          <w:spacing w:val="-3"/>
          <w:sz w:val="13"/>
        </w:rPr>
        <w:t>přístup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101"/>
          <w:sz w:val="13"/>
        </w:rPr>
        <w:t>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Vašemu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účtu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pokud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zjistíte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že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uživatel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ztratil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oprávnění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vás</w:t>
      </w:r>
    </w:p>
    <w:p w14:paraId="0950644D" w14:textId="77777777" w:rsidR="00DE1DE9" w:rsidRDefault="002C7C64">
      <w:pPr>
        <w:wordWrap w:val="0"/>
        <w:autoSpaceDE w:val="0"/>
        <w:autoSpaceDN w:val="0"/>
        <w:spacing w:before="39" w:after="19" w:line="130" w:lineRule="exact"/>
        <w:ind w:left="615"/>
      </w:pP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příslušném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rozsahu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zastupovat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případně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ztratil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plnou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svéprávnost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porušil</w:t>
      </w:r>
    </w:p>
    <w:p w14:paraId="6C24903F" w14:textId="77777777" w:rsidR="00DE1DE9" w:rsidRDefault="002C7C64">
      <w:pPr>
        <w:wordWrap w:val="0"/>
        <w:autoSpaceDE w:val="0"/>
        <w:autoSpaceDN w:val="0"/>
        <w:spacing w:before="39" w:after="1006" w:line="130" w:lineRule="exact"/>
        <w:ind w:left="615"/>
      </w:pPr>
      <w:r>
        <w:rPr>
          <w:rFonts w:ascii="Segoe UI" w:eastAsia="Segoe UI" w:hAnsi="Segoe UI"/>
          <w:color w:val="000000"/>
          <w:spacing w:val="-2"/>
          <w:sz w:val="13"/>
        </w:rPr>
        <w:t>některou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povinností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dle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odstavce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2"/>
          <w:sz w:val="13"/>
        </w:rPr>
        <w:t>8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51BEBC85" w14:textId="77777777" w:rsidR="00DE1DE9" w:rsidRDefault="00DE1DE9">
      <w:pPr>
        <w:spacing w:after="0"/>
        <w:sectPr w:rsidR="00DE1DE9">
          <w:type w:val="nextColumn"/>
          <w:pgSz w:w="11905" w:h="16837"/>
          <w:pgMar w:top="417" w:right="529" w:bottom="200" w:left="800" w:header="720" w:footer="720" w:gutter="0"/>
          <w:cols w:num="2" w:space="720" w:equalWidth="0">
            <w:col w:w="5259" w:space="0"/>
            <w:col w:w="5317" w:space="0"/>
          </w:cols>
          <w:docGrid w:linePitch="360"/>
        </w:sectPr>
      </w:pPr>
    </w:p>
    <w:p w14:paraId="1D530912" w14:textId="77777777" w:rsidR="00DE1DE9" w:rsidRDefault="002C7C64">
      <w:pPr>
        <w:wordWrap w:val="0"/>
        <w:autoSpaceDE w:val="0"/>
        <w:autoSpaceDN w:val="0"/>
        <w:spacing w:before="1006" w:after="23" w:line="170" w:lineRule="exact"/>
        <w:ind w:left="50"/>
      </w:pPr>
      <w:r>
        <w:rPr>
          <w:rFonts w:ascii="Segoe UI" w:eastAsia="Segoe UI" w:hAnsi="Segoe UI"/>
          <w:color w:val="000000"/>
          <w:spacing w:val="-2"/>
          <w:sz w:val="17"/>
        </w:rPr>
        <w:t>Strana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3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19"/>
          <w:sz w:val="17"/>
        </w:rPr>
        <w:t>/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4</w:t>
      </w:r>
      <w:r>
        <w:rPr>
          <w:rFonts w:ascii="Segoe UI" w:eastAsia="Segoe UI" w:hAnsi="Segoe UI"/>
          <w:color w:val="000000"/>
          <w:spacing w:val="1090"/>
          <w:sz w:val="17"/>
        </w:rPr>
        <w:t xml:space="preserve"> </w:t>
      </w:r>
      <w:r>
        <w:rPr>
          <w:rFonts w:ascii="Segoe UI" w:eastAsia="Segoe UI" w:hAnsi="Segoe UI"/>
          <w:color w:val="000000"/>
          <w:spacing w:val="9"/>
          <w:sz w:val="17"/>
        </w:rPr>
        <w:t>www</w:t>
      </w:r>
      <w:r>
        <w:rPr>
          <w:rFonts w:ascii="Segoe UI" w:eastAsia="Segoe UI" w:hAnsi="Segoe UI"/>
          <w:color w:val="000000"/>
          <w:spacing w:val="10"/>
          <w:sz w:val="17"/>
        </w:rPr>
        <w:t>.</w:t>
      </w:r>
      <w:r>
        <w:rPr>
          <w:rFonts w:ascii="Segoe UI" w:eastAsia="Segoe UI" w:hAnsi="Segoe UI"/>
          <w:color w:val="000000"/>
          <w:spacing w:val="-1"/>
          <w:sz w:val="17"/>
        </w:rPr>
        <w:t>o2</w:t>
      </w:r>
      <w:r>
        <w:rPr>
          <w:rFonts w:ascii="Segoe UI" w:eastAsia="Segoe UI" w:hAnsi="Segoe UI"/>
          <w:color w:val="000000"/>
          <w:spacing w:val="10"/>
          <w:sz w:val="17"/>
        </w:rPr>
        <w:t>.</w:t>
      </w:r>
      <w:r>
        <w:rPr>
          <w:rFonts w:ascii="Segoe UI" w:eastAsia="Segoe UI" w:hAnsi="Segoe UI"/>
          <w:color w:val="000000"/>
          <w:spacing w:val="-2"/>
          <w:sz w:val="17"/>
        </w:rPr>
        <w:t>cz</w:t>
      </w:r>
      <w:r>
        <w:rPr>
          <w:rFonts w:ascii="Segoe UI" w:eastAsia="Segoe UI" w:hAnsi="Segoe UI"/>
          <w:color w:val="000000"/>
          <w:spacing w:val="-19"/>
          <w:sz w:val="17"/>
        </w:rPr>
        <w:t>/</w:t>
      </w:r>
      <w:r>
        <w:rPr>
          <w:rFonts w:ascii="Segoe UI" w:eastAsia="Segoe UI" w:hAnsi="Segoe UI"/>
          <w:color w:val="000000"/>
          <w:spacing w:val="-3"/>
          <w:sz w:val="17"/>
        </w:rPr>
        <w:t>ceniky</w:t>
      </w:r>
      <w:r>
        <w:rPr>
          <w:rFonts w:ascii="Times New Roman" w:eastAsia="Times New Roman" w:hAnsi="Times New Roman"/>
          <w:b/>
          <w:color w:val="000000"/>
          <w:spacing w:val="1032"/>
          <w:sz w:val="17"/>
        </w:rPr>
        <w:t xml:space="preserve"> </w:t>
      </w:r>
      <w:r>
        <w:rPr>
          <w:rFonts w:ascii="Segoe UI" w:eastAsia="Segoe UI" w:hAnsi="Segoe UI"/>
          <w:b/>
          <w:color w:val="000000"/>
          <w:w w:val="101"/>
          <w:sz w:val="17"/>
        </w:rPr>
        <w:t>Dodavatel</w:t>
      </w:r>
      <w:r>
        <w:rPr>
          <w:rFonts w:ascii="Segoe UI" w:eastAsia="Segoe UI" w:hAnsi="Segoe UI"/>
          <w:b/>
          <w:color w:val="000000"/>
          <w:spacing w:val="1"/>
          <w:sz w:val="17"/>
        </w:rPr>
        <w:t>: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7"/>
        </w:rPr>
        <w:t>O2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z w:val="17"/>
        </w:rPr>
        <w:t>Czech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Republic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7"/>
        </w:rPr>
        <w:t>a</w:t>
      </w:r>
      <w:r>
        <w:rPr>
          <w:rFonts w:ascii="Segoe UI" w:eastAsia="Segoe UI" w:hAnsi="Segoe UI"/>
          <w:color w:val="000000"/>
          <w:spacing w:val="10"/>
          <w:sz w:val="17"/>
        </w:rPr>
        <w:t>.</w:t>
      </w:r>
      <w:r>
        <w:rPr>
          <w:rFonts w:ascii="Segoe UI" w:eastAsia="Segoe UI" w:hAnsi="Segoe UI"/>
          <w:color w:val="000000"/>
          <w:spacing w:val="-6"/>
          <w:sz w:val="17"/>
        </w:rPr>
        <w:t>s</w:t>
      </w:r>
      <w:r>
        <w:rPr>
          <w:rFonts w:ascii="Segoe UI" w:eastAsia="Segoe UI" w:hAnsi="Segoe UI"/>
          <w:color w:val="000000"/>
          <w:spacing w:val="10"/>
          <w:sz w:val="17"/>
        </w:rPr>
        <w:t>.,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7"/>
          <w:sz w:val="17"/>
        </w:rPr>
        <w:t>Za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7"/>
        </w:rPr>
        <w:t>Brumlovkou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266</w:t>
      </w:r>
      <w:r>
        <w:rPr>
          <w:rFonts w:ascii="Segoe UI" w:eastAsia="Segoe UI" w:hAnsi="Segoe UI"/>
          <w:color w:val="000000"/>
          <w:spacing w:val="-19"/>
          <w:sz w:val="17"/>
        </w:rPr>
        <w:t>/</w:t>
      </w:r>
      <w:r>
        <w:rPr>
          <w:rFonts w:ascii="Segoe UI" w:eastAsia="Segoe UI" w:hAnsi="Segoe UI"/>
          <w:color w:val="000000"/>
          <w:spacing w:val="3"/>
          <w:sz w:val="17"/>
        </w:rPr>
        <w:t>2</w:t>
      </w:r>
      <w:r>
        <w:rPr>
          <w:rFonts w:ascii="Segoe UI" w:eastAsia="Segoe UI" w:hAnsi="Segoe UI"/>
          <w:color w:val="000000"/>
          <w:spacing w:val="10"/>
          <w:sz w:val="17"/>
        </w:rPr>
        <w:t>,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140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22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7"/>
        </w:rPr>
        <w:t>Praha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4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z w:val="17"/>
        </w:rPr>
        <w:t>–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7"/>
        </w:rPr>
        <w:t>Michle</w:t>
      </w:r>
    </w:p>
    <w:p w14:paraId="158FA759" w14:textId="77777777" w:rsidR="00DE1DE9" w:rsidRDefault="002C7C64">
      <w:pPr>
        <w:wordWrap w:val="0"/>
        <w:autoSpaceDE w:val="0"/>
        <w:autoSpaceDN w:val="0"/>
        <w:spacing w:before="46" w:after="0" w:line="150" w:lineRule="exact"/>
        <w:ind w:left="4733"/>
      </w:pPr>
      <w:r>
        <w:rPr>
          <w:rFonts w:ascii="Segoe UI" w:eastAsia="Segoe UI" w:hAnsi="Segoe UI"/>
          <w:color w:val="6C6E70"/>
          <w:spacing w:val="-1"/>
          <w:sz w:val="15"/>
        </w:rPr>
        <w:t>IČO</w:t>
      </w:r>
      <w:r>
        <w:rPr>
          <w:rFonts w:ascii="Segoe UI" w:eastAsia="Segoe UI" w:hAnsi="Segoe UI"/>
          <w:color w:val="6C6E70"/>
          <w:spacing w:val="9"/>
          <w:sz w:val="15"/>
        </w:rPr>
        <w:t>: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3"/>
          <w:sz w:val="15"/>
        </w:rPr>
        <w:t>60193336</w:t>
      </w:r>
      <w:r>
        <w:rPr>
          <w:rFonts w:ascii="Segoe UI" w:eastAsia="Segoe UI" w:hAnsi="Segoe UI"/>
          <w:color w:val="6C6E70"/>
          <w:spacing w:val="9"/>
          <w:sz w:val="15"/>
        </w:rPr>
        <w:t>,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2"/>
          <w:sz w:val="15"/>
        </w:rPr>
        <w:t>DIČ</w:t>
      </w:r>
      <w:r>
        <w:rPr>
          <w:rFonts w:ascii="Segoe UI" w:eastAsia="Segoe UI" w:hAnsi="Segoe UI"/>
          <w:color w:val="6C6E70"/>
          <w:spacing w:val="9"/>
          <w:sz w:val="15"/>
        </w:rPr>
        <w:t>: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2"/>
          <w:sz w:val="15"/>
        </w:rPr>
        <w:t>CZ60193336</w:t>
      </w:r>
      <w:r>
        <w:rPr>
          <w:rFonts w:ascii="Segoe UI" w:eastAsia="Segoe UI" w:hAnsi="Segoe UI"/>
          <w:color w:val="6C6E70"/>
          <w:spacing w:val="9"/>
          <w:sz w:val="15"/>
        </w:rPr>
        <w:t>,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6"/>
          <w:sz w:val="15"/>
        </w:rPr>
        <w:t>DUNS</w:t>
      </w:r>
      <w:r>
        <w:rPr>
          <w:rFonts w:ascii="Segoe UI" w:eastAsia="Segoe UI" w:hAnsi="Segoe UI"/>
          <w:color w:val="6C6E70"/>
          <w:spacing w:val="9"/>
          <w:sz w:val="15"/>
        </w:rPr>
        <w:t>: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3"/>
          <w:sz w:val="15"/>
        </w:rPr>
        <w:t>366937597</w:t>
      </w:r>
      <w:r>
        <w:rPr>
          <w:rFonts w:ascii="Segoe UI" w:eastAsia="Segoe UI" w:hAnsi="Segoe UI"/>
          <w:color w:val="6C6E70"/>
          <w:spacing w:val="9"/>
          <w:sz w:val="15"/>
        </w:rPr>
        <w:t>,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4"/>
          <w:sz w:val="15"/>
        </w:rPr>
        <w:t>Zapsaná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5"/>
          <w:sz w:val="15"/>
        </w:rPr>
        <w:t>v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6"/>
          <w:sz w:val="15"/>
        </w:rPr>
        <w:t>OR</w:t>
      </w:r>
      <w:r>
        <w:rPr>
          <w:rFonts w:ascii="Segoe UI" w:eastAsia="Segoe UI" w:hAnsi="Segoe UI"/>
          <w:color w:val="6C6E70"/>
          <w:spacing w:val="9"/>
          <w:sz w:val="15"/>
        </w:rPr>
        <w:t>: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3"/>
          <w:sz w:val="15"/>
        </w:rPr>
        <w:t>MS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5"/>
          <w:sz w:val="15"/>
        </w:rPr>
        <w:t>v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3"/>
          <w:sz w:val="15"/>
        </w:rPr>
        <w:t>Praze</w:t>
      </w:r>
      <w:r>
        <w:rPr>
          <w:rFonts w:ascii="Segoe UI" w:eastAsia="Segoe UI" w:hAnsi="Segoe UI"/>
          <w:color w:val="6C6E70"/>
          <w:spacing w:val="9"/>
          <w:sz w:val="15"/>
        </w:rPr>
        <w:t>,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3"/>
          <w:sz w:val="15"/>
        </w:rPr>
        <w:t>B</w:t>
      </w:r>
      <w:r>
        <w:rPr>
          <w:rFonts w:ascii="Segoe UI" w:eastAsia="Segoe UI" w:hAnsi="Segoe UI"/>
          <w:color w:val="6C6E70"/>
          <w:spacing w:val="9"/>
          <w:sz w:val="15"/>
        </w:rPr>
        <w:t>.</w:t>
      </w:r>
      <w:r>
        <w:rPr>
          <w:rFonts w:ascii="Segoe UI" w:eastAsia="Segoe UI" w:hAnsi="Segoe UI"/>
          <w:color w:val="6C6E70"/>
          <w:spacing w:val="3"/>
          <w:sz w:val="15"/>
        </w:rPr>
        <w:t>2322</w:t>
      </w:r>
    </w:p>
    <w:p w14:paraId="4313B076" w14:textId="77777777" w:rsidR="00DE1DE9" w:rsidRDefault="00DE1DE9">
      <w:pPr>
        <w:spacing w:after="0"/>
        <w:sectPr w:rsidR="00DE1DE9">
          <w:type w:val="continuous"/>
          <w:pgSz w:w="11905" w:h="16837"/>
          <w:pgMar w:top="417" w:right="529" w:bottom="200" w:left="800" w:header="720" w:footer="720" w:gutter="0"/>
          <w:cols w:space="720" w:equalWidth="0">
            <w:col w:w="10576" w:space="0"/>
          </w:cols>
          <w:docGrid w:linePitch="360"/>
        </w:sectPr>
      </w:pPr>
    </w:p>
    <w:p w14:paraId="6565825F" w14:textId="77777777" w:rsidR="00DE1DE9" w:rsidRDefault="002C7C64">
      <w:pPr>
        <w:wordWrap w:val="0"/>
        <w:autoSpaceDE w:val="0"/>
        <w:autoSpaceDN w:val="0"/>
        <w:spacing w:after="214" w:line="14" w:lineRule="exact"/>
      </w:pPr>
      <w:r>
        <w:rPr>
          <w:noProof/>
        </w:rPr>
        <w:lastRenderedPageBreak/>
        <w:drawing>
          <wp:anchor distT="0" distB="0" distL="0" distR="0" simplePos="0" relativeHeight="251657216" behindDoc="1" locked="0" layoutInCell="1" allowOverlap="1" wp14:anchorId="6A9D3458" wp14:editId="2BEE0A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93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66077EFC">
          <v:shape id="_x0000_s1026" style="position:absolute;margin-left:11.35pt;margin-top:687.95pt;width:8.5pt;height:39.35pt;z-index:251661312;mso-position-horizontal-relative:page;mso-position-vertical-relative:page" coordsize="" o:spt="100" adj="0,,0" path="m,l,1000r1000,l1000,xe" filled="f" stroked="f">
            <v:stroke joinstyle="round"/>
            <v:formulas/>
            <v:path o:connecttype="segments"/>
            <v:textbox style="layout-flow:vertical;mso-rotate-with-shape:t" inset="0,0,0,0">
              <w:txbxContent>
                <w:p w14:paraId="06764B31" w14:textId="77777777" w:rsidR="00DE1DE9" w:rsidRDefault="002C7C64">
                  <w:pPr>
                    <w:wordWrap w:val="0"/>
                    <w:autoSpaceDE w:val="0"/>
                    <w:autoSpaceDN w:val="0"/>
                    <w:spacing w:after="0" w:line="150" w:lineRule="exact"/>
                  </w:pPr>
                  <w:r>
                    <w:rPr>
                      <w:rFonts w:ascii="Segoe UI" w:eastAsia="Segoe UI" w:hAnsi="Segoe UI"/>
                      <w:color w:val="000000"/>
                      <w:w w:val="101"/>
                      <w:sz w:val="15"/>
                    </w:rPr>
                    <w:t>DOC002</w:t>
                  </w:r>
                  <w:r>
                    <w:rPr>
                      <w:rFonts w:ascii="Segoe UI" w:eastAsia="Segoe UI" w:hAnsi="Segoe UI"/>
                      <w:color w:val="000000"/>
                      <w:spacing w:val="-10"/>
                      <w:sz w:val="15"/>
                    </w:rPr>
                    <w:t>-</w:t>
                  </w:r>
                  <w:r>
                    <w:rPr>
                      <w:rFonts w:ascii="Segoe UI" w:eastAsia="Segoe UI" w:hAnsi="Segoe UI"/>
                      <w:color w:val="000000"/>
                      <w:spacing w:val="-1"/>
                      <w:sz w:val="15"/>
                    </w:rPr>
                    <w:t>S1</w:t>
                  </w:r>
                </w:p>
              </w:txbxContent>
            </v:textbox>
            <w10:wrap anchorx="page" anchory="page"/>
          </v:shape>
        </w:pict>
      </w:r>
    </w:p>
    <w:p w14:paraId="024758BF" w14:textId="77777777" w:rsidR="00DE1DE9" w:rsidRDefault="00DE1DE9">
      <w:pPr>
        <w:spacing w:after="0"/>
        <w:sectPr w:rsidR="00DE1DE9">
          <w:pgSz w:w="11905" w:h="16837"/>
          <w:pgMar w:top="417" w:right="529" w:bottom="200" w:left="800" w:header="720" w:footer="720" w:gutter="0"/>
          <w:cols w:space="720" w:equalWidth="0">
            <w:col w:w="10576" w:space="0"/>
          </w:cols>
          <w:docGrid w:linePitch="360"/>
        </w:sectPr>
      </w:pPr>
    </w:p>
    <w:p w14:paraId="06244FE3" w14:textId="77777777" w:rsidR="00DE1DE9" w:rsidRDefault="002C7C64">
      <w:pPr>
        <w:wordWrap w:val="0"/>
        <w:autoSpaceDE w:val="0"/>
        <w:autoSpaceDN w:val="0"/>
        <w:spacing w:before="228" w:after="29" w:line="320" w:lineRule="exact"/>
        <w:ind w:left="50"/>
      </w:pPr>
      <w:r>
        <w:rPr>
          <w:rFonts w:ascii="Segoe UI" w:eastAsia="Segoe UI" w:hAnsi="Segoe UI"/>
          <w:b/>
          <w:color w:val="32306B"/>
          <w:sz w:val="32"/>
        </w:rPr>
        <w:t>Dodatek</w:t>
      </w:r>
      <w:r>
        <w:rPr>
          <w:rFonts w:ascii="Times New Roman" w:eastAsia="Times New Roman" w:hAnsi="Times New Roman"/>
          <w:b/>
          <w:color w:val="32306B"/>
          <w:spacing w:val="9"/>
          <w:sz w:val="32"/>
        </w:rPr>
        <w:t xml:space="preserve"> </w:t>
      </w:r>
      <w:r>
        <w:rPr>
          <w:rFonts w:ascii="Segoe UI" w:eastAsia="Segoe UI" w:hAnsi="Segoe UI"/>
          <w:b/>
          <w:color w:val="32306B"/>
          <w:spacing w:val="2"/>
          <w:sz w:val="32"/>
        </w:rPr>
        <w:t>ke</w:t>
      </w:r>
      <w:r>
        <w:rPr>
          <w:rFonts w:ascii="Times New Roman" w:eastAsia="Times New Roman" w:hAnsi="Times New Roman"/>
          <w:b/>
          <w:color w:val="32306B"/>
          <w:spacing w:val="9"/>
          <w:sz w:val="32"/>
        </w:rPr>
        <w:t xml:space="preserve"> </w:t>
      </w:r>
      <w:r>
        <w:rPr>
          <w:rFonts w:ascii="Segoe UI" w:eastAsia="Segoe UI" w:hAnsi="Segoe UI"/>
          <w:b/>
          <w:color w:val="32306B"/>
          <w:sz w:val="32"/>
        </w:rPr>
        <w:t>smlouvě</w:t>
      </w:r>
    </w:p>
    <w:p w14:paraId="3A19694C" w14:textId="77777777" w:rsidR="00DE1DE9" w:rsidRDefault="002C7C64">
      <w:pPr>
        <w:wordWrap w:val="0"/>
        <w:autoSpaceDE w:val="0"/>
        <w:autoSpaceDN w:val="0"/>
        <w:spacing w:before="57" w:after="25" w:line="170" w:lineRule="exact"/>
        <w:ind w:left="50"/>
      </w:pPr>
      <w:r>
        <w:rPr>
          <w:rFonts w:ascii="Segoe UI" w:eastAsia="Segoe UI" w:hAnsi="Segoe UI"/>
          <w:color w:val="1B2674"/>
          <w:spacing w:val="-5"/>
          <w:sz w:val="17"/>
        </w:rPr>
        <w:t>o</w:t>
      </w:r>
      <w:r>
        <w:rPr>
          <w:rFonts w:ascii="Times New Roman" w:eastAsia="Times New Roman" w:hAnsi="Times New Roman"/>
          <w:color w:val="1B2674"/>
          <w:spacing w:val="5"/>
          <w:sz w:val="17"/>
        </w:rPr>
        <w:t xml:space="preserve"> </w:t>
      </w:r>
      <w:r>
        <w:rPr>
          <w:rFonts w:ascii="Segoe UI" w:eastAsia="Segoe UI" w:hAnsi="Segoe UI"/>
          <w:color w:val="1B2674"/>
          <w:spacing w:val="-4"/>
          <w:sz w:val="17"/>
        </w:rPr>
        <w:t>poskytování</w:t>
      </w:r>
      <w:r>
        <w:rPr>
          <w:rFonts w:ascii="Times New Roman" w:eastAsia="Times New Roman" w:hAnsi="Times New Roman"/>
          <w:color w:val="1B2674"/>
          <w:spacing w:val="5"/>
          <w:sz w:val="17"/>
        </w:rPr>
        <w:t xml:space="preserve"> </w:t>
      </w:r>
      <w:r>
        <w:rPr>
          <w:rFonts w:ascii="Segoe UI" w:eastAsia="Segoe UI" w:hAnsi="Segoe UI"/>
          <w:color w:val="1B2674"/>
          <w:spacing w:val="-4"/>
          <w:sz w:val="17"/>
        </w:rPr>
        <w:t>služeb</w:t>
      </w:r>
      <w:r>
        <w:rPr>
          <w:rFonts w:ascii="Times New Roman" w:eastAsia="Times New Roman" w:hAnsi="Times New Roman"/>
          <w:color w:val="1B2674"/>
          <w:spacing w:val="5"/>
          <w:sz w:val="17"/>
        </w:rPr>
        <w:t xml:space="preserve"> </w:t>
      </w:r>
      <w:r>
        <w:rPr>
          <w:rFonts w:ascii="Segoe UI" w:eastAsia="Segoe UI" w:hAnsi="Segoe UI"/>
          <w:color w:val="1B2674"/>
          <w:spacing w:val="-3"/>
          <w:sz w:val="17"/>
        </w:rPr>
        <w:t>elektronických</w:t>
      </w:r>
      <w:r>
        <w:rPr>
          <w:rFonts w:ascii="Times New Roman" w:eastAsia="Times New Roman" w:hAnsi="Times New Roman"/>
          <w:color w:val="1B2674"/>
          <w:spacing w:val="5"/>
          <w:sz w:val="17"/>
        </w:rPr>
        <w:t xml:space="preserve"> </w:t>
      </w:r>
      <w:r>
        <w:rPr>
          <w:rFonts w:ascii="Segoe UI" w:eastAsia="Segoe UI" w:hAnsi="Segoe UI"/>
          <w:color w:val="1B2674"/>
          <w:spacing w:val="-2"/>
          <w:sz w:val="17"/>
        </w:rPr>
        <w:t>komunikací</w:t>
      </w:r>
    </w:p>
    <w:p w14:paraId="7BE94B0F" w14:textId="77777777" w:rsidR="00DE1DE9" w:rsidRDefault="002C7C64">
      <w:pPr>
        <w:wordWrap w:val="0"/>
        <w:autoSpaceDE w:val="0"/>
        <w:autoSpaceDN w:val="0"/>
        <w:spacing w:before="51" w:after="213" w:line="170" w:lineRule="exact"/>
        <w:ind w:left="50"/>
      </w:pPr>
      <w:r>
        <w:rPr>
          <w:rFonts w:ascii="Segoe UI" w:eastAsia="Segoe UI" w:hAnsi="Segoe UI"/>
          <w:color w:val="1B2674"/>
          <w:w w:val="101"/>
          <w:sz w:val="17"/>
        </w:rPr>
        <w:t>k</w:t>
      </w:r>
      <w:r>
        <w:rPr>
          <w:rFonts w:ascii="Times New Roman" w:eastAsia="Times New Roman" w:hAnsi="Times New Roman"/>
          <w:color w:val="1B2674"/>
          <w:spacing w:val="5"/>
          <w:sz w:val="17"/>
        </w:rPr>
        <w:t xml:space="preserve"> </w:t>
      </w:r>
      <w:r>
        <w:rPr>
          <w:rFonts w:ascii="Segoe UI" w:eastAsia="Segoe UI" w:hAnsi="Segoe UI"/>
          <w:color w:val="1B2674"/>
          <w:spacing w:val="-4"/>
          <w:sz w:val="17"/>
        </w:rPr>
        <w:t>objednávce</w:t>
      </w:r>
      <w:r>
        <w:rPr>
          <w:rFonts w:ascii="Times New Roman" w:eastAsia="Times New Roman" w:hAnsi="Times New Roman"/>
          <w:color w:val="1B2674"/>
          <w:spacing w:val="5"/>
          <w:sz w:val="17"/>
        </w:rPr>
        <w:t xml:space="preserve"> </w:t>
      </w:r>
      <w:r>
        <w:rPr>
          <w:rFonts w:ascii="Segoe UI" w:eastAsia="Segoe UI" w:hAnsi="Segoe UI"/>
          <w:color w:val="1B2674"/>
          <w:spacing w:val="-4"/>
          <w:sz w:val="17"/>
        </w:rPr>
        <w:t>číslo</w:t>
      </w:r>
      <w:r>
        <w:rPr>
          <w:rFonts w:ascii="Times New Roman" w:eastAsia="Times New Roman" w:hAnsi="Times New Roman"/>
          <w:color w:val="1B2674"/>
          <w:spacing w:val="5"/>
          <w:sz w:val="17"/>
        </w:rPr>
        <w:t xml:space="preserve"> </w:t>
      </w:r>
      <w:r>
        <w:rPr>
          <w:rFonts w:ascii="Segoe UI" w:eastAsia="Segoe UI" w:hAnsi="Segoe UI"/>
          <w:color w:val="1B2674"/>
          <w:w w:val="101"/>
          <w:sz w:val="17"/>
        </w:rPr>
        <w:t>O6YQUYD6</w:t>
      </w:r>
    </w:p>
    <w:p w14:paraId="3FF173CA" w14:textId="77777777" w:rsidR="00DE1DE9" w:rsidRDefault="002C7C64">
      <w:pPr>
        <w:wordWrap w:val="0"/>
        <w:autoSpaceDE w:val="0"/>
        <w:autoSpaceDN w:val="0"/>
        <w:spacing w:before="426" w:after="133" w:line="220" w:lineRule="exact"/>
        <w:ind w:left="606"/>
      </w:pPr>
      <w:r>
        <w:rPr>
          <w:rFonts w:ascii="Segoe UI" w:eastAsia="Segoe UI" w:hAnsi="Segoe UI"/>
          <w:b/>
          <w:color w:val="000000"/>
          <w:spacing w:val="-1"/>
        </w:rPr>
        <w:t>Pravidla</w:t>
      </w:r>
      <w:r>
        <w:rPr>
          <w:rFonts w:ascii="Times New Roman" w:eastAsia="Times New Roman" w:hAnsi="Times New Roman"/>
          <w:b/>
          <w:color w:val="000000"/>
          <w:spacing w:val="6"/>
        </w:rPr>
        <w:t xml:space="preserve"> </w:t>
      </w:r>
      <w:r>
        <w:rPr>
          <w:rFonts w:ascii="Segoe UI" w:eastAsia="Segoe UI" w:hAnsi="Segoe UI"/>
          <w:b/>
          <w:color w:val="000000"/>
          <w:spacing w:val="-1"/>
        </w:rPr>
        <w:t>pro</w:t>
      </w:r>
      <w:r>
        <w:rPr>
          <w:rFonts w:ascii="Times New Roman" w:eastAsia="Times New Roman" w:hAnsi="Times New Roman"/>
          <w:b/>
          <w:color w:val="000000"/>
          <w:spacing w:val="6"/>
        </w:rPr>
        <w:t xml:space="preserve"> </w:t>
      </w:r>
      <w:r>
        <w:rPr>
          <w:rFonts w:ascii="Segoe UI" w:eastAsia="Segoe UI" w:hAnsi="Segoe UI"/>
          <w:b/>
          <w:color w:val="000000"/>
        </w:rPr>
        <w:t>O2</w:t>
      </w:r>
      <w:r>
        <w:rPr>
          <w:rFonts w:ascii="Times New Roman" w:eastAsia="Times New Roman" w:hAnsi="Times New Roman"/>
          <w:b/>
          <w:color w:val="000000"/>
          <w:spacing w:val="6"/>
        </w:rPr>
        <w:t xml:space="preserve"> </w:t>
      </w:r>
      <w:r>
        <w:rPr>
          <w:rFonts w:ascii="Segoe UI" w:eastAsia="Segoe UI" w:hAnsi="Segoe UI"/>
          <w:b/>
          <w:color w:val="000000"/>
          <w:w w:val="99"/>
        </w:rPr>
        <w:t>Spolu</w:t>
      </w:r>
      <w:r>
        <w:rPr>
          <w:rFonts w:ascii="Times New Roman" w:eastAsia="Times New Roman" w:hAnsi="Times New Roman"/>
          <w:b/>
          <w:color w:val="000000"/>
          <w:spacing w:val="6"/>
        </w:rPr>
        <w:t xml:space="preserve"> </w:t>
      </w:r>
      <w:r>
        <w:rPr>
          <w:rFonts w:ascii="Segoe UI" w:eastAsia="Segoe UI" w:hAnsi="Segoe UI"/>
          <w:b/>
          <w:color w:val="000000"/>
          <w:spacing w:val="2"/>
        </w:rPr>
        <w:t>slevy</w:t>
      </w:r>
    </w:p>
    <w:p w14:paraId="2CF3D13E" w14:textId="77777777" w:rsidR="00DE1DE9" w:rsidRDefault="00DE1DE9">
      <w:pPr>
        <w:spacing w:before="117" w:after="0"/>
        <w:sectPr w:rsidR="00DE1DE9">
          <w:type w:val="continuous"/>
          <w:pgSz w:w="11905" w:h="16837"/>
          <w:pgMar w:top="417" w:right="529" w:bottom="200" w:left="800" w:header="720" w:footer="720" w:gutter="0"/>
          <w:cols w:num="2" w:space="720" w:equalWidth="0">
            <w:col w:w="3917" w:space="0"/>
            <w:col w:w="6659" w:space="0"/>
          </w:cols>
          <w:docGrid w:linePitch="360"/>
        </w:sectPr>
      </w:pPr>
    </w:p>
    <w:p w14:paraId="20AF0E98" w14:textId="77777777" w:rsidR="00DE1DE9" w:rsidRDefault="002C7C64">
      <w:pPr>
        <w:wordWrap w:val="0"/>
        <w:autoSpaceDE w:val="0"/>
        <w:autoSpaceDN w:val="0"/>
        <w:spacing w:before="359" w:after="25" w:line="170" w:lineRule="exact"/>
        <w:ind w:left="381"/>
      </w:pPr>
      <w:r>
        <w:rPr>
          <w:rFonts w:ascii="Segoe UI" w:eastAsia="Segoe UI" w:hAnsi="Segoe UI"/>
          <w:color w:val="1B2674"/>
          <w:spacing w:val="-2"/>
          <w:sz w:val="17"/>
        </w:rPr>
        <w:t>Číslo</w:t>
      </w:r>
      <w:r>
        <w:rPr>
          <w:rFonts w:ascii="Times New Roman" w:eastAsia="Times New Roman" w:hAnsi="Times New Roman"/>
          <w:color w:val="1B2674"/>
          <w:spacing w:val="5"/>
          <w:sz w:val="17"/>
        </w:rPr>
        <w:t xml:space="preserve"> </w:t>
      </w:r>
      <w:r>
        <w:rPr>
          <w:rFonts w:ascii="Segoe UI" w:eastAsia="Segoe UI" w:hAnsi="Segoe UI"/>
          <w:color w:val="1B2674"/>
          <w:spacing w:val="-5"/>
          <w:sz w:val="17"/>
        </w:rPr>
        <w:t>smlouvy</w:t>
      </w:r>
    </w:p>
    <w:p w14:paraId="76CF933D" w14:textId="77777777" w:rsidR="00DE1DE9" w:rsidRDefault="002C7C64">
      <w:pPr>
        <w:wordWrap w:val="0"/>
        <w:autoSpaceDE w:val="0"/>
        <w:autoSpaceDN w:val="0"/>
        <w:spacing w:before="51" w:after="133" w:line="170" w:lineRule="exact"/>
        <w:ind w:left="381"/>
      </w:pPr>
      <w:r>
        <w:rPr>
          <w:rFonts w:ascii="Segoe UI" w:eastAsia="Segoe UI" w:hAnsi="Segoe UI"/>
          <w:b/>
          <w:color w:val="1B2674"/>
          <w:sz w:val="17"/>
        </w:rPr>
        <w:t>OMS</w:t>
      </w:r>
      <w:r>
        <w:rPr>
          <w:rFonts w:ascii="Segoe UI" w:eastAsia="Segoe UI" w:hAnsi="Segoe UI"/>
          <w:b/>
          <w:color w:val="1B2674"/>
          <w:spacing w:val="-12"/>
          <w:sz w:val="17"/>
        </w:rPr>
        <w:t>-</w:t>
      </w:r>
      <w:r>
        <w:rPr>
          <w:rFonts w:ascii="Segoe UI" w:eastAsia="Segoe UI" w:hAnsi="Segoe UI"/>
          <w:b/>
          <w:color w:val="1B2674"/>
          <w:spacing w:val="-3"/>
          <w:sz w:val="17"/>
        </w:rPr>
        <w:t>298069793</w:t>
      </w:r>
    </w:p>
    <w:p w14:paraId="145089F1" w14:textId="77777777" w:rsidR="00DE1DE9" w:rsidRDefault="00DE1DE9">
      <w:pPr>
        <w:spacing w:after="0"/>
        <w:sectPr w:rsidR="00DE1DE9">
          <w:type w:val="nextColumn"/>
          <w:pgSz w:w="11905" w:h="16837"/>
          <w:pgMar w:top="417" w:right="529" w:bottom="200" w:left="800" w:header="720" w:footer="720" w:gutter="0"/>
          <w:cols w:num="2" w:space="720" w:equalWidth="0">
            <w:col w:w="3917" w:space="0"/>
            <w:col w:w="6659" w:space="0"/>
          </w:cols>
          <w:docGrid w:linePitch="360"/>
        </w:sectPr>
      </w:pPr>
    </w:p>
    <w:p w14:paraId="70C8A2E9" w14:textId="77777777" w:rsidR="00DE1DE9" w:rsidRDefault="002C7C64">
      <w:pPr>
        <w:wordWrap w:val="0"/>
        <w:autoSpaceDE w:val="0"/>
        <w:autoSpaceDN w:val="0"/>
        <w:spacing w:before="133" w:after="10" w:line="130" w:lineRule="exact"/>
        <w:ind w:left="40"/>
      </w:pP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Spolu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slevový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program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naše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věrné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zákazníky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Díky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němu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platí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že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čím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více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</w:p>
    <w:p w14:paraId="5C1EC5F8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4"/>
          <w:sz w:val="13"/>
        </w:rPr>
        <w:t>od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nás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máte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tím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vyšší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celkovou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slevu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dostanete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Spolu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slevu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navíc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nemusíte</w:t>
      </w:r>
    </w:p>
    <w:p w14:paraId="239DA8B7" w14:textId="77777777" w:rsidR="00DE1DE9" w:rsidRDefault="002C7C64">
      <w:pPr>
        <w:wordWrap w:val="0"/>
        <w:autoSpaceDE w:val="0"/>
        <w:autoSpaceDN w:val="0"/>
        <w:spacing w:before="19" w:after="77" w:line="130" w:lineRule="exact"/>
        <w:ind w:left="40"/>
      </w:pPr>
      <w:r>
        <w:rPr>
          <w:rFonts w:ascii="Segoe UI" w:eastAsia="Segoe UI" w:hAnsi="Segoe UI"/>
          <w:color w:val="000000"/>
          <w:spacing w:val="-2"/>
          <w:sz w:val="13"/>
        </w:rPr>
        <w:t>žádat</w:t>
      </w:r>
      <w:r>
        <w:rPr>
          <w:rFonts w:ascii="Segoe UI" w:eastAsia="Segoe UI" w:hAnsi="Segoe UI"/>
          <w:color w:val="000000"/>
          <w:spacing w:val="8"/>
          <w:sz w:val="13"/>
        </w:rPr>
        <w:t>: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po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dobu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kdy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splňujete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dále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uvedené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podmínky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Vám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poskytneme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automaticky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725E445A" w14:textId="77777777" w:rsidR="00DE1DE9" w:rsidRDefault="002C7C64">
      <w:pPr>
        <w:wordWrap w:val="0"/>
        <w:autoSpaceDE w:val="0"/>
        <w:autoSpaceDN w:val="0"/>
        <w:spacing w:before="155" w:after="10" w:line="130" w:lineRule="exact"/>
        <w:ind w:left="40"/>
      </w:pP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Spolu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slevy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nás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dostanete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podmínky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že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Vám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poskytujeme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aspoň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jeden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níže</w:t>
      </w:r>
    </w:p>
    <w:p w14:paraId="257122AA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3"/>
          <w:sz w:val="13"/>
        </w:rPr>
        <w:t>uvedených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8"/>
          <w:sz w:val="13"/>
        </w:rPr>
        <w:t>tarifů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mobilní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volání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(SKUPINA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3"/>
          <w:sz w:val="13"/>
        </w:rPr>
        <w:t>A</w:t>
      </w:r>
      <w:r>
        <w:rPr>
          <w:rFonts w:ascii="Segoe UI" w:eastAsia="Segoe UI" w:hAnsi="Segoe UI"/>
          <w:color w:val="000000"/>
          <w:spacing w:val="-3"/>
          <w:sz w:val="13"/>
        </w:rPr>
        <w:t>)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současně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aspoň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jeden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níže</w:t>
      </w:r>
    </w:p>
    <w:p w14:paraId="004B91E1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3"/>
          <w:sz w:val="13"/>
        </w:rPr>
        <w:t>uvedených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8"/>
          <w:sz w:val="13"/>
        </w:rPr>
        <w:t>tarifů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internet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pevném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místě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nebo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digitální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televize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(SKUPINA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B</w:t>
      </w:r>
      <w:r>
        <w:rPr>
          <w:rFonts w:ascii="Segoe UI" w:eastAsia="Segoe UI" w:hAnsi="Segoe UI"/>
          <w:color w:val="000000"/>
          <w:spacing w:val="2"/>
          <w:sz w:val="13"/>
        </w:rPr>
        <w:t>),</w:t>
      </w:r>
    </w:p>
    <w:p w14:paraId="6E28081A" w14:textId="77777777" w:rsidR="00DE1DE9" w:rsidRDefault="002C7C64">
      <w:pPr>
        <w:wordWrap w:val="0"/>
        <w:autoSpaceDE w:val="0"/>
        <w:autoSpaceDN w:val="0"/>
        <w:spacing w:before="19" w:after="77" w:line="130" w:lineRule="exact"/>
        <w:ind w:left="40"/>
      </w:pP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pokud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máte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obou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skupin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zřízené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nejsou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přerušené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ani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omezené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10CBC376" w14:textId="77777777" w:rsidR="00DE1DE9" w:rsidRDefault="002C7C64">
      <w:pPr>
        <w:wordWrap w:val="0"/>
        <w:autoSpaceDE w:val="0"/>
        <w:autoSpaceDN w:val="0"/>
        <w:spacing w:before="155" w:after="10" w:line="130" w:lineRule="exact"/>
        <w:ind w:left="40"/>
      </w:pPr>
      <w:r>
        <w:rPr>
          <w:rFonts w:ascii="Segoe UI" w:eastAsia="Segoe UI" w:hAnsi="Segoe UI"/>
          <w:color w:val="000000"/>
          <w:spacing w:val="-4"/>
          <w:sz w:val="13"/>
        </w:rPr>
        <w:t>Při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splnění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zmíněné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podmínky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dostanete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Spolu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slevu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ke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každému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8"/>
          <w:sz w:val="13"/>
        </w:rPr>
        <w:t>tarifu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kterého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</w:p>
    <w:p w14:paraId="74164B06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2"/>
          <w:sz w:val="13"/>
        </w:rPr>
        <w:t>částka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slevy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uvedena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přehledu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níže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101"/>
          <w:sz w:val="13"/>
        </w:rPr>
        <w:t>Kč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včetně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6"/>
          <w:sz w:val="13"/>
        </w:rPr>
        <w:t>DPH</w:t>
      </w:r>
      <w:r>
        <w:rPr>
          <w:rFonts w:ascii="Segoe UI" w:eastAsia="Segoe UI" w:hAnsi="Segoe UI"/>
          <w:color w:val="000000"/>
          <w:spacing w:val="2"/>
          <w:sz w:val="13"/>
        </w:rPr>
        <w:t>),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pokud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máte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takovým</w:t>
      </w:r>
    </w:p>
    <w:p w14:paraId="1649181F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2"/>
          <w:sz w:val="13"/>
        </w:rPr>
        <w:t>tarifem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zřízenou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omezena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ani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přerušena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(zejm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kvůli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dluhům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po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splatnosti</w:t>
      </w:r>
      <w:r>
        <w:rPr>
          <w:rFonts w:ascii="Segoe UI" w:eastAsia="Segoe UI" w:hAnsi="Segoe UI"/>
          <w:color w:val="000000"/>
          <w:spacing w:val="2"/>
          <w:sz w:val="13"/>
        </w:rPr>
        <w:t>).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Slevu</w:t>
      </w:r>
    </w:p>
    <w:p w14:paraId="0D2F2951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2"/>
          <w:sz w:val="13"/>
        </w:rPr>
        <w:t>Vám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poskytneme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maximálně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takové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výši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že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výsledná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cena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8"/>
          <w:sz w:val="13"/>
        </w:rPr>
        <w:t>tarifu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po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všech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slevách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bude</w:t>
      </w:r>
    </w:p>
    <w:p w14:paraId="6550C9E9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3"/>
          <w:sz w:val="13"/>
        </w:rPr>
        <w:t>aspoň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2"/>
          <w:sz w:val="13"/>
        </w:rPr>
        <w:t>1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101"/>
          <w:sz w:val="13"/>
        </w:rPr>
        <w:t>Kč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Pokud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důsledku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toho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vyčerpáte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jen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část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Spolu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slevy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nárok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zbylou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její</w:t>
      </w:r>
    </w:p>
    <w:p w14:paraId="675EE667" w14:textId="77777777" w:rsidR="00DE1DE9" w:rsidRDefault="002C7C64">
      <w:pPr>
        <w:wordWrap w:val="0"/>
        <w:autoSpaceDE w:val="0"/>
        <w:autoSpaceDN w:val="0"/>
        <w:spacing w:before="19" w:after="78" w:line="130" w:lineRule="exact"/>
        <w:ind w:left="40"/>
      </w:pPr>
      <w:r>
        <w:rPr>
          <w:rFonts w:ascii="Segoe UI" w:eastAsia="Segoe UI" w:hAnsi="Segoe UI"/>
          <w:color w:val="000000"/>
          <w:spacing w:val="-2"/>
          <w:sz w:val="13"/>
        </w:rPr>
        <w:t>část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zaniká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bez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náhrady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nepřevádí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jiné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produkty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ani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do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dalších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zúčtovacích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období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3EB9F9CD" w14:textId="77777777" w:rsidR="00DE1DE9" w:rsidRDefault="002C7C64">
      <w:pPr>
        <w:wordWrap w:val="0"/>
        <w:autoSpaceDE w:val="0"/>
        <w:autoSpaceDN w:val="0"/>
        <w:spacing w:before="155" w:after="10" w:line="130" w:lineRule="exact"/>
        <w:ind w:left="40"/>
      </w:pP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Spolu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slevu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nelze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získat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více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než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deseti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(</w:t>
      </w:r>
      <w:r>
        <w:rPr>
          <w:rFonts w:ascii="Segoe UI" w:eastAsia="Segoe UI" w:hAnsi="Segoe UI"/>
          <w:color w:val="000000"/>
          <w:spacing w:val="2"/>
          <w:sz w:val="13"/>
        </w:rPr>
        <w:t>10</w:t>
      </w:r>
      <w:r>
        <w:rPr>
          <w:rFonts w:ascii="Segoe UI" w:eastAsia="Segoe UI" w:hAnsi="Segoe UI"/>
          <w:color w:val="000000"/>
          <w:spacing w:val="-3"/>
          <w:sz w:val="13"/>
        </w:rPr>
        <w:t>)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služeb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najednou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Pokud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jich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máte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více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</w:p>
    <w:p w14:paraId="7FB0F507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3"/>
          <w:sz w:val="13"/>
        </w:rPr>
        <w:t>pro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přiznání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Spolu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slevy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mají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přednost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služby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zřízené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dříve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Spolu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sleva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nenáleží</w:t>
      </w:r>
    </w:p>
    <w:p w14:paraId="42B4F94A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3"/>
          <w:sz w:val="13"/>
        </w:rPr>
        <w:t>právnickým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osobám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ani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účastníkům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PROfi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dohodou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rámcovou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dohodou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či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jinou</w:t>
      </w:r>
    </w:p>
    <w:p w14:paraId="33CC6D84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3"/>
          <w:sz w:val="13"/>
        </w:rPr>
        <w:t>smlouvou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která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zakládá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nárok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individuální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ceny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či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slevy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různých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8"/>
          <w:sz w:val="13"/>
        </w:rPr>
        <w:t>tarifů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Spolu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sleva</w:t>
      </w:r>
    </w:p>
    <w:p w14:paraId="44922E6E" w14:textId="77777777" w:rsidR="00DE1DE9" w:rsidRDefault="002C7C64">
      <w:pPr>
        <w:wordWrap w:val="0"/>
        <w:autoSpaceDE w:val="0"/>
        <w:autoSpaceDN w:val="0"/>
        <w:spacing w:before="19" w:after="197" w:line="130" w:lineRule="exact"/>
        <w:ind w:left="40"/>
      </w:pP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slučitelná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marketingovými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kampaněmi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není</w:t>
      </w:r>
      <w:r>
        <w:rPr>
          <w:rFonts w:ascii="Segoe UI" w:eastAsia="Segoe UI" w:hAnsi="Segoe UI"/>
          <w:color w:val="000000"/>
          <w:spacing w:val="-9"/>
          <w:sz w:val="13"/>
        </w:rPr>
        <w:t>-</w:t>
      </w:r>
      <w:r>
        <w:rPr>
          <w:rFonts w:ascii="Segoe UI" w:eastAsia="Segoe UI" w:hAnsi="Segoe UI"/>
          <w:color w:val="000000"/>
          <w:spacing w:val="-3"/>
          <w:sz w:val="13"/>
        </w:rPr>
        <w:t>li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v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jejich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podmínkách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stanoveno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jinak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370C04C2" w14:textId="77777777" w:rsidR="00DE1DE9" w:rsidRDefault="002C7C64">
      <w:pPr>
        <w:wordWrap w:val="0"/>
        <w:autoSpaceDE w:val="0"/>
        <w:autoSpaceDN w:val="0"/>
        <w:spacing w:before="395" w:after="133" w:line="220" w:lineRule="exact"/>
        <w:ind w:left="606"/>
      </w:pPr>
      <w:r>
        <w:rPr>
          <w:rFonts w:ascii="Segoe UI" w:eastAsia="Segoe UI" w:hAnsi="Segoe UI"/>
          <w:b/>
          <w:color w:val="000000"/>
          <w:w w:val="99"/>
        </w:rPr>
        <w:t>Prohlášení</w:t>
      </w:r>
    </w:p>
    <w:p w14:paraId="631F554D" w14:textId="77777777" w:rsidR="00DE1DE9" w:rsidRDefault="00DE1DE9">
      <w:pPr>
        <w:spacing w:after="0"/>
        <w:sectPr w:rsidR="00DE1DE9">
          <w:type w:val="continuous"/>
          <w:pgSz w:w="11905" w:h="16837"/>
          <w:pgMar w:top="417" w:right="529" w:bottom="200" w:left="800" w:header="720" w:footer="720" w:gutter="0"/>
          <w:cols w:space="720" w:equalWidth="0">
            <w:col w:w="10576" w:space="0"/>
          </w:cols>
          <w:docGrid w:linePitch="360"/>
        </w:sectPr>
      </w:pPr>
    </w:p>
    <w:p w14:paraId="4418481C" w14:textId="77777777" w:rsidR="00DE1DE9" w:rsidRDefault="002C7C64">
      <w:pPr>
        <w:wordWrap w:val="0"/>
        <w:autoSpaceDE w:val="0"/>
        <w:autoSpaceDN w:val="0"/>
        <w:spacing w:before="133" w:after="10" w:line="130" w:lineRule="exact"/>
        <w:ind w:left="40"/>
      </w:pPr>
      <w:r>
        <w:rPr>
          <w:rFonts w:ascii="Segoe UI" w:eastAsia="Segoe UI" w:hAnsi="Segoe UI"/>
          <w:color w:val="000000"/>
          <w:spacing w:val="-3"/>
          <w:sz w:val="13"/>
        </w:rPr>
        <w:t>Potvrzuji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že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jsem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oprávněným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uživatelem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prostor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kde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má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být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služba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zřízena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72932B8B" w14:textId="77777777" w:rsidR="00DE1DE9" w:rsidRDefault="002C7C64">
      <w:pPr>
        <w:wordWrap w:val="0"/>
        <w:autoSpaceDE w:val="0"/>
        <w:autoSpaceDN w:val="0"/>
        <w:spacing w:before="19" w:after="10" w:line="130" w:lineRule="exact"/>
        <w:ind w:left="40"/>
      </w:pPr>
      <w:r>
        <w:rPr>
          <w:rFonts w:ascii="Segoe UI" w:eastAsia="Segoe UI" w:hAnsi="Segoe UI"/>
          <w:color w:val="000000"/>
          <w:spacing w:val="-3"/>
          <w:sz w:val="13"/>
        </w:rPr>
        <w:t>Prohlašuji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že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jsem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oprávněn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jednat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za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účastníka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na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jeho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účet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Souhlasím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pořízením</w:t>
      </w:r>
    </w:p>
    <w:p w14:paraId="12FA5761" w14:textId="77777777" w:rsidR="00DE1DE9" w:rsidRDefault="002C7C64">
      <w:pPr>
        <w:wordWrap w:val="0"/>
        <w:autoSpaceDE w:val="0"/>
        <w:autoSpaceDN w:val="0"/>
        <w:spacing w:before="19" w:after="95" w:line="130" w:lineRule="exact"/>
        <w:ind w:left="40"/>
      </w:pPr>
      <w:r>
        <w:rPr>
          <w:rFonts w:ascii="Segoe UI" w:eastAsia="Segoe UI" w:hAnsi="Segoe UI"/>
          <w:color w:val="000000"/>
          <w:spacing w:val="-3"/>
          <w:sz w:val="13"/>
        </w:rPr>
        <w:t>kopie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mých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osobních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dokladů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pro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účely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doložení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identifikace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ochrany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před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podvody</w:t>
      </w:r>
    </w:p>
    <w:p w14:paraId="28F6DCA9" w14:textId="77777777" w:rsidR="00DE1DE9" w:rsidRDefault="002C7C64">
      <w:pPr>
        <w:wordWrap w:val="0"/>
        <w:autoSpaceDE w:val="0"/>
        <w:autoSpaceDN w:val="0"/>
        <w:spacing w:before="191" w:after="106" w:line="168" w:lineRule="exact"/>
        <w:ind w:left="414"/>
      </w:pPr>
      <w:r>
        <w:rPr>
          <w:rFonts w:ascii="Segoe UI" w:eastAsia="Segoe UI" w:hAnsi="Segoe UI"/>
          <w:color w:val="6C6E70"/>
          <w:spacing w:val="-5"/>
          <w:sz w:val="17"/>
        </w:rPr>
        <w:t>ZA</w:t>
      </w:r>
      <w:r>
        <w:rPr>
          <w:rFonts w:ascii="Times New Roman" w:eastAsia="Times New Roman" w:hAnsi="Times New Roman"/>
          <w:color w:val="6C6E70"/>
          <w:spacing w:val="4"/>
          <w:sz w:val="17"/>
        </w:rPr>
        <w:t xml:space="preserve"> </w:t>
      </w:r>
      <w:r>
        <w:rPr>
          <w:rFonts w:ascii="Segoe UI" w:eastAsia="Segoe UI" w:hAnsi="Segoe UI"/>
          <w:color w:val="6C6E70"/>
          <w:spacing w:val="-4"/>
          <w:sz w:val="17"/>
        </w:rPr>
        <w:t>ZÁKAZNÍKA</w:t>
      </w:r>
    </w:p>
    <w:p w14:paraId="217C109E" w14:textId="77777777" w:rsidR="00DE1DE9" w:rsidRDefault="00DE1DE9">
      <w:pPr>
        <w:wordWrap w:val="0"/>
        <w:autoSpaceDE w:val="0"/>
        <w:autoSpaceDN w:val="0"/>
        <w:spacing w:before="199" w:after="0" w:line="14" w:lineRule="exact"/>
      </w:pPr>
    </w:p>
    <w:tbl>
      <w:tblPr>
        <w:tblW w:w="0" w:type="auto"/>
        <w:tblInd w:w="237" w:type="dxa"/>
        <w:tblLayout w:type="fixed"/>
        <w:tblLook w:val="04A0" w:firstRow="1" w:lastRow="0" w:firstColumn="1" w:lastColumn="0" w:noHBand="0" w:noVBand="1"/>
      </w:tblPr>
      <w:tblGrid>
        <w:gridCol w:w="485"/>
        <w:gridCol w:w="1320"/>
      </w:tblGrid>
      <w:tr w:rsidR="00DE1DE9" w14:paraId="127C9275" w14:textId="77777777">
        <w:trPr>
          <w:trHeight w:hRule="exact" w:val="414"/>
        </w:trPr>
        <w:tc>
          <w:tcPr>
            <w:tcW w:w="1805" w:type="dxa"/>
            <w:gridSpan w:val="2"/>
            <w:tcMar>
              <w:left w:w="0" w:type="dxa"/>
              <w:right w:w="0" w:type="dxa"/>
            </w:tcMar>
          </w:tcPr>
          <w:p w14:paraId="2F965358" w14:textId="77777777" w:rsidR="00DE1DE9" w:rsidRDefault="002C7C64">
            <w:pPr>
              <w:wordWrap w:val="0"/>
              <w:autoSpaceDE w:val="0"/>
              <w:autoSpaceDN w:val="0"/>
              <w:spacing w:after="0" w:line="170" w:lineRule="exact"/>
            </w:pPr>
            <w:r>
              <w:rPr>
                <w:rFonts w:ascii="Segoe UI" w:eastAsia="Segoe UI" w:hAnsi="Segoe UI"/>
                <w:color w:val="000000"/>
                <w:spacing w:val="-91"/>
                <w:sz w:val="17"/>
              </w:rPr>
              <w:t>1</w:t>
            </w:r>
            <w:r>
              <w:rPr>
                <w:rFonts w:ascii="Segoe UI" w:eastAsia="Segoe UI" w:hAnsi="Segoe UI"/>
                <w:color w:val="FFFFFF"/>
                <w:spacing w:val="-1"/>
                <w:sz w:val="4"/>
              </w:rPr>
              <w:t>#</w:t>
            </w:r>
            <w:r>
              <w:rPr>
                <w:rFonts w:ascii="Segoe UI" w:eastAsia="Segoe UI" w:hAnsi="Segoe UI"/>
                <w:color w:val="FFFFFF"/>
                <w:w w:val="104"/>
                <w:sz w:val="4"/>
              </w:rPr>
              <w:t>d</w:t>
            </w:r>
            <w:r>
              <w:rPr>
                <w:rFonts w:ascii="Segoe UI" w:eastAsia="Segoe UI" w:hAnsi="Segoe UI"/>
                <w:color w:val="FFFFFF"/>
                <w:spacing w:val="2"/>
                <w:sz w:val="4"/>
              </w:rPr>
              <w:t>at</w:t>
            </w:r>
            <w:r>
              <w:rPr>
                <w:rFonts w:ascii="Segoe UI" w:eastAsia="Segoe UI" w:hAnsi="Segoe UI"/>
                <w:color w:val="FFFFFF"/>
                <w:spacing w:val="-11"/>
                <w:sz w:val="4"/>
              </w:rPr>
              <w:t>e</w:t>
            </w:r>
            <w:r>
              <w:rPr>
                <w:rFonts w:ascii="Segoe UI" w:eastAsia="Segoe UI" w:hAnsi="Segoe UI"/>
                <w:color w:val="000000"/>
                <w:spacing w:val="-79"/>
                <w:sz w:val="17"/>
              </w:rPr>
              <w:t>9</w:t>
            </w:r>
            <w:r>
              <w:rPr>
                <w:rFonts w:ascii="Segoe UI" w:eastAsia="Segoe UI" w:hAnsi="Segoe UI"/>
                <w:color w:val="FFFFFF"/>
                <w:spacing w:val="-1"/>
                <w:sz w:val="4"/>
              </w:rPr>
              <w:t>#</w:t>
            </w:r>
            <w:r>
              <w:rPr>
                <w:rFonts w:ascii="Times New Roman" w:eastAsia="Times New Roman" w:hAnsi="Times New Roman"/>
                <w:color w:val="000000"/>
                <w:spacing w:val="18"/>
                <w:sz w:val="17"/>
              </w:rPr>
              <w:t xml:space="preserve"> </w:t>
            </w:r>
            <w:r>
              <w:rPr>
                <w:rFonts w:ascii="Segoe UI" w:eastAsia="Segoe UI" w:hAnsi="Segoe UI"/>
                <w:color w:val="000000"/>
                <w:spacing w:val="10"/>
                <w:sz w:val="17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pacing w:val="5"/>
                <w:sz w:val="17"/>
              </w:rPr>
              <w:t xml:space="preserve"> </w:t>
            </w:r>
            <w:r>
              <w:rPr>
                <w:rFonts w:ascii="Segoe UI" w:eastAsia="Segoe UI" w:hAnsi="Segoe UI"/>
                <w:color w:val="000000"/>
                <w:spacing w:val="3"/>
                <w:sz w:val="17"/>
              </w:rPr>
              <w:t>5</w:t>
            </w:r>
            <w:r>
              <w:rPr>
                <w:rFonts w:ascii="Segoe UI" w:eastAsia="Segoe UI" w:hAnsi="Segoe UI"/>
                <w:color w:val="000000"/>
                <w:spacing w:val="10"/>
                <w:sz w:val="17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pacing w:val="5"/>
                <w:sz w:val="17"/>
              </w:rPr>
              <w:t xml:space="preserve"> </w:t>
            </w:r>
            <w:r>
              <w:rPr>
                <w:rFonts w:ascii="Segoe UI" w:eastAsia="Segoe UI" w:hAnsi="Segoe UI"/>
                <w:color w:val="000000"/>
                <w:spacing w:val="3"/>
                <w:sz w:val="17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pacing w:val="5"/>
                <w:sz w:val="17"/>
              </w:rPr>
              <w:t xml:space="preserve"> </w:t>
            </w:r>
            <w:r>
              <w:rPr>
                <w:rFonts w:ascii="Segoe UI" w:eastAsia="Segoe UI" w:hAnsi="Segoe UI"/>
                <w:color w:val="000000"/>
                <w:spacing w:val="3"/>
                <w:sz w:val="17"/>
              </w:rPr>
              <w:t>9</w:t>
            </w:r>
            <w:r>
              <w:rPr>
                <w:rFonts w:ascii="Segoe UI" w:eastAsia="Segoe UI" w:hAnsi="Segoe UI"/>
                <w:color w:val="000000"/>
                <w:spacing w:val="10"/>
                <w:sz w:val="17"/>
              </w:rPr>
              <w:t>:</w:t>
            </w:r>
            <w:r>
              <w:rPr>
                <w:rFonts w:ascii="Segoe UI" w:eastAsia="Segoe UI" w:hAnsi="Segoe UI"/>
                <w:color w:val="000000"/>
                <w:spacing w:val="3"/>
                <w:sz w:val="17"/>
              </w:rPr>
              <w:t>42</w:t>
            </w:r>
            <w:r>
              <w:rPr>
                <w:rFonts w:ascii="Segoe UI" w:eastAsia="Segoe UI" w:hAnsi="Segoe UI"/>
                <w:color w:val="000000"/>
                <w:spacing w:val="10"/>
                <w:sz w:val="17"/>
              </w:rPr>
              <w:t>:</w:t>
            </w:r>
            <w:r>
              <w:rPr>
                <w:rFonts w:ascii="Segoe UI" w:eastAsia="Segoe UI" w:hAnsi="Segoe UI"/>
                <w:color w:val="000000"/>
                <w:spacing w:val="3"/>
                <w:sz w:val="17"/>
              </w:rPr>
              <w:t>02</w:t>
            </w:r>
          </w:p>
          <w:p w14:paraId="3508178F" w14:textId="77777777" w:rsidR="00DE1DE9" w:rsidRDefault="002C7C64">
            <w:pPr>
              <w:wordWrap w:val="0"/>
              <w:autoSpaceDE w:val="0"/>
              <w:autoSpaceDN w:val="0"/>
              <w:spacing w:before="49" w:after="0" w:line="170" w:lineRule="exact"/>
            </w:pPr>
            <w:r>
              <w:rPr>
                <w:rFonts w:ascii="Segoe UI" w:eastAsia="Segoe UI" w:hAnsi="Segoe UI"/>
                <w:color w:val="000000"/>
                <w:spacing w:val="-101"/>
                <w:sz w:val="17"/>
              </w:rPr>
              <w:t>R</w:t>
            </w:r>
            <w:r>
              <w:rPr>
                <w:rFonts w:ascii="Segoe UI" w:eastAsia="Segoe UI" w:hAnsi="Segoe UI"/>
                <w:color w:val="FFFFFF"/>
                <w:spacing w:val="-1"/>
                <w:sz w:val="4"/>
              </w:rPr>
              <w:t>#</w:t>
            </w:r>
            <w:r>
              <w:rPr>
                <w:rFonts w:ascii="Segoe UI" w:eastAsia="Segoe UI" w:hAnsi="Segoe UI"/>
                <w:color w:val="FFFFFF"/>
                <w:spacing w:val="3"/>
                <w:sz w:val="4"/>
              </w:rPr>
              <w:t>f</w:t>
            </w:r>
            <w:r>
              <w:rPr>
                <w:rFonts w:ascii="Segoe UI" w:eastAsia="Segoe UI" w:hAnsi="Segoe UI"/>
                <w:color w:val="FFFFFF"/>
                <w:spacing w:val="2"/>
                <w:sz w:val="4"/>
              </w:rPr>
              <w:t>u</w:t>
            </w:r>
            <w:r>
              <w:rPr>
                <w:rFonts w:ascii="Segoe UI" w:eastAsia="Segoe UI" w:hAnsi="Segoe UI"/>
                <w:color w:val="FFFFFF"/>
                <w:spacing w:val="1"/>
                <w:sz w:val="4"/>
              </w:rPr>
              <w:t>ll</w:t>
            </w:r>
            <w:r>
              <w:rPr>
                <w:rFonts w:ascii="Segoe UI" w:eastAsia="Segoe UI" w:hAnsi="Segoe UI"/>
                <w:color w:val="FFFFFF"/>
                <w:spacing w:val="-20"/>
                <w:sz w:val="4"/>
              </w:rPr>
              <w:t>N</w:t>
            </w:r>
            <w:r>
              <w:rPr>
                <w:rFonts w:ascii="Segoe UI" w:eastAsia="Segoe UI" w:hAnsi="Segoe UI"/>
                <w:color w:val="000000"/>
                <w:spacing w:val="-70"/>
                <w:sz w:val="17"/>
              </w:rPr>
              <w:t>e</w:t>
            </w:r>
            <w:r>
              <w:rPr>
                <w:rFonts w:ascii="Segoe UI" w:eastAsia="Segoe UI" w:hAnsi="Segoe UI"/>
                <w:color w:val="FFFFFF"/>
                <w:spacing w:val="2"/>
                <w:sz w:val="4"/>
              </w:rPr>
              <w:t>a</w:t>
            </w:r>
            <w:r>
              <w:rPr>
                <w:rFonts w:ascii="Segoe UI" w:eastAsia="Segoe UI" w:hAnsi="Segoe UI"/>
                <w:color w:val="FFFFFF"/>
                <w:spacing w:val="1"/>
                <w:sz w:val="4"/>
              </w:rPr>
              <w:t>m</w:t>
            </w:r>
            <w:r>
              <w:rPr>
                <w:rFonts w:ascii="Segoe UI" w:eastAsia="Segoe UI" w:hAnsi="Segoe UI"/>
                <w:color w:val="FFFFFF"/>
                <w:spacing w:val="-13"/>
                <w:sz w:val="4"/>
              </w:rPr>
              <w:t>e</w:t>
            </w:r>
            <w:r>
              <w:rPr>
                <w:rFonts w:ascii="Segoe UI" w:eastAsia="Segoe UI" w:hAnsi="Segoe UI"/>
                <w:color w:val="000000"/>
                <w:spacing w:val="-82"/>
                <w:sz w:val="17"/>
              </w:rPr>
              <w:t>n</w:t>
            </w:r>
            <w:r>
              <w:rPr>
                <w:rFonts w:ascii="Segoe UI" w:eastAsia="Segoe UI" w:hAnsi="Segoe UI"/>
                <w:color w:val="FFFFFF"/>
                <w:spacing w:val="-1"/>
                <w:sz w:val="4"/>
              </w:rPr>
              <w:t>#</w:t>
            </w:r>
            <w:r>
              <w:rPr>
                <w:rFonts w:ascii="Times New Roman" w:eastAsia="Times New Roman" w:hAnsi="Times New Roman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Segoe UI" w:eastAsia="Segoe UI" w:hAnsi="Segoe UI"/>
                <w:color w:val="000000"/>
                <w:spacing w:val="-1"/>
                <w:sz w:val="17"/>
              </w:rPr>
              <w:t>áta</w:t>
            </w:r>
            <w:r>
              <w:rPr>
                <w:rFonts w:ascii="Times New Roman" w:eastAsia="Times New Roman" w:hAnsi="Times New Roman"/>
                <w:color w:val="000000"/>
                <w:spacing w:val="5"/>
                <w:sz w:val="17"/>
              </w:rPr>
              <w:t xml:space="preserve"> </w:t>
            </w:r>
            <w:r>
              <w:rPr>
                <w:rFonts w:ascii="Segoe UI" w:eastAsia="Segoe UI" w:hAnsi="Segoe UI"/>
                <w:color w:val="000000"/>
                <w:spacing w:val="-2"/>
                <w:sz w:val="17"/>
              </w:rPr>
              <w:t>Chytrová</w:t>
            </w:r>
          </w:p>
        </w:tc>
      </w:tr>
      <w:tr w:rsidR="00DE1DE9" w14:paraId="674BED57" w14:textId="77777777">
        <w:trPr>
          <w:trHeight w:hRule="exact" w:val="197"/>
        </w:trPr>
        <w:tc>
          <w:tcPr>
            <w:tcW w:w="485" w:type="dxa"/>
            <w:tcMar>
              <w:left w:w="0" w:type="dxa"/>
              <w:right w:w="0" w:type="dxa"/>
            </w:tcMar>
          </w:tcPr>
          <w:p w14:paraId="500B4D3F" w14:textId="77777777" w:rsidR="00DE1DE9" w:rsidRDefault="002C7C64">
            <w:pPr>
              <w:wordWrap w:val="0"/>
              <w:autoSpaceDE w:val="0"/>
              <w:autoSpaceDN w:val="0"/>
              <w:spacing w:before="27" w:after="0" w:line="170" w:lineRule="exact"/>
            </w:pPr>
            <w:r>
              <w:rPr>
                <w:rFonts w:ascii="Segoe UI" w:eastAsia="Segoe UI" w:hAnsi="Segoe UI"/>
                <w:color w:val="000000"/>
                <w:spacing w:val="-1"/>
                <w:sz w:val="17"/>
              </w:rPr>
              <w:t>O2</w:t>
            </w:r>
            <w:r>
              <w:rPr>
                <w:rFonts w:ascii="Times New Roman" w:eastAsia="Times New Roman" w:hAnsi="Times New Roman"/>
                <w:color w:val="000000"/>
                <w:spacing w:val="5"/>
                <w:sz w:val="17"/>
              </w:rPr>
              <w:t xml:space="preserve"> </w:t>
            </w:r>
            <w:r>
              <w:rPr>
                <w:rFonts w:ascii="Segoe UI" w:eastAsia="Segoe UI" w:hAnsi="Segoe UI"/>
                <w:color w:val="000000"/>
                <w:spacing w:val="-7"/>
                <w:sz w:val="17"/>
              </w:rPr>
              <w:t>ID</w:t>
            </w:r>
            <w:r>
              <w:rPr>
                <w:rFonts w:ascii="Segoe UI" w:eastAsia="Segoe UI" w:hAnsi="Segoe UI"/>
                <w:color w:val="000000"/>
                <w:spacing w:val="10"/>
                <w:sz w:val="17"/>
              </w:rPr>
              <w:t>:</w:t>
            </w:r>
          </w:p>
        </w:tc>
        <w:tc>
          <w:tcPr>
            <w:tcW w:w="1320" w:type="dxa"/>
            <w:tcMar>
              <w:left w:w="0" w:type="dxa"/>
              <w:right w:w="0" w:type="dxa"/>
            </w:tcMar>
          </w:tcPr>
          <w:p w14:paraId="5C9F534F" w14:textId="51D4EA03" w:rsidR="00DE1DE9" w:rsidRDefault="00A74DE2">
            <w:pPr>
              <w:wordWrap w:val="0"/>
              <w:autoSpaceDE w:val="0"/>
              <w:autoSpaceDN w:val="0"/>
              <w:spacing w:before="25" w:after="0" w:line="170" w:lineRule="exact"/>
              <w:ind w:left="2"/>
            </w:pPr>
            <w:proofErr w:type="spellStart"/>
            <w:r>
              <w:rPr>
                <w:rFonts w:ascii="Segoe UI" w:eastAsia="Segoe UI" w:hAnsi="Segoe UI"/>
                <w:color w:val="000000"/>
                <w:spacing w:val="-78"/>
                <w:sz w:val="17"/>
              </w:rPr>
              <w:t>xxxXX</w:t>
            </w:r>
            <w:proofErr w:type="spellEnd"/>
          </w:p>
        </w:tc>
      </w:tr>
    </w:tbl>
    <w:p w14:paraId="66DD152B" w14:textId="77777777" w:rsidR="00DE1DE9" w:rsidRDefault="002C7C64">
      <w:pPr>
        <w:wordWrap w:val="0"/>
        <w:autoSpaceDE w:val="0"/>
        <w:autoSpaceDN w:val="0"/>
        <w:spacing w:before="472" w:after="69" w:line="130" w:lineRule="exact"/>
        <w:ind w:left="647"/>
      </w:pPr>
      <w:r>
        <w:rPr>
          <w:rFonts w:ascii="Segoe UI" w:eastAsia="Segoe UI" w:hAnsi="Segoe UI"/>
          <w:color w:val="6C6E70"/>
          <w:spacing w:val="-3"/>
          <w:sz w:val="13"/>
        </w:rPr>
        <w:t>Smlouva</w:t>
      </w:r>
      <w:r>
        <w:rPr>
          <w:rFonts w:ascii="Times New Roman" w:eastAsia="Times New Roman" w:hAnsi="Times New Roman"/>
          <w:color w:val="6C6E70"/>
          <w:spacing w:val="4"/>
          <w:sz w:val="13"/>
        </w:rPr>
        <w:t xml:space="preserve"> </w:t>
      </w:r>
      <w:r>
        <w:rPr>
          <w:rFonts w:ascii="Segoe UI" w:eastAsia="Segoe UI" w:hAnsi="Segoe UI"/>
          <w:color w:val="6C6E70"/>
          <w:spacing w:val="-3"/>
          <w:sz w:val="13"/>
        </w:rPr>
        <w:t>je</w:t>
      </w:r>
      <w:r>
        <w:rPr>
          <w:rFonts w:ascii="Times New Roman" w:eastAsia="Times New Roman" w:hAnsi="Times New Roman"/>
          <w:color w:val="6C6E70"/>
          <w:spacing w:val="4"/>
          <w:sz w:val="13"/>
        </w:rPr>
        <w:t xml:space="preserve"> </w:t>
      </w:r>
      <w:r>
        <w:rPr>
          <w:rFonts w:ascii="Segoe UI" w:eastAsia="Segoe UI" w:hAnsi="Segoe UI"/>
          <w:color w:val="6C6E70"/>
          <w:spacing w:val="-2"/>
          <w:sz w:val="13"/>
        </w:rPr>
        <w:t>sjednána</w:t>
      </w:r>
      <w:r>
        <w:rPr>
          <w:rFonts w:ascii="Times New Roman" w:eastAsia="Times New Roman" w:hAnsi="Times New Roman"/>
          <w:color w:val="6C6E70"/>
          <w:spacing w:val="4"/>
          <w:sz w:val="13"/>
        </w:rPr>
        <w:t xml:space="preserve"> </w:t>
      </w:r>
      <w:r>
        <w:rPr>
          <w:rFonts w:ascii="Segoe UI" w:eastAsia="Segoe UI" w:hAnsi="Segoe UI"/>
          <w:color w:val="6C6E70"/>
          <w:spacing w:val="-3"/>
          <w:sz w:val="13"/>
        </w:rPr>
        <w:t>prostřednictvím</w:t>
      </w:r>
      <w:r>
        <w:rPr>
          <w:rFonts w:ascii="Times New Roman" w:eastAsia="Times New Roman" w:hAnsi="Times New Roman"/>
          <w:color w:val="6C6E70"/>
          <w:spacing w:val="4"/>
          <w:sz w:val="13"/>
        </w:rPr>
        <w:t xml:space="preserve"> </w:t>
      </w:r>
      <w:r>
        <w:rPr>
          <w:rFonts w:ascii="Segoe UI" w:eastAsia="Segoe UI" w:hAnsi="Segoe UI"/>
          <w:color w:val="6C6E70"/>
          <w:spacing w:val="-3"/>
          <w:sz w:val="13"/>
        </w:rPr>
        <w:t>prostředku</w:t>
      </w:r>
      <w:r>
        <w:rPr>
          <w:rFonts w:ascii="Times New Roman" w:eastAsia="Times New Roman" w:hAnsi="Times New Roman"/>
          <w:color w:val="6C6E70"/>
          <w:spacing w:val="4"/>
          <w:sz w:val="13"/>
        </w:rPr>
        <w:t xml:space="preserve"> </w:t>
      </w:r>
      <w:r>
        <w:rPr>
          <w:rFonts w:ascii="Segoe UI" w:eastAsia="Segoe UI" w:hAnsi="Segoe UI"/>
          <w:color w:val="6C6E70"/>
          <w:spacing w:val="-2"/>
          <w:sz w:val="13"/>
        </w:rPr>
        <w:t>komunikace</w:t>
      </w:r>
      <w:r>
        <w:rPr>
          <w:rFonts w:ascii="Times New Roman" w:eastAsia="Times New Roman" w:hAnsi="Times New Roman"/>
          <w:color w:val="6C6E70"/>
          <w:spacing w:val="4"/>
          <w:sz w:val="13"/>
        </w:rPr>
        <w:t xml:space="preserve"> </w:t>
      </w:r>
      <w:r>
        <w:rPr>
          <w:rFonts w:ascii="Segoe UI" w:eastAsia="Segoe UI" w:hAnsi="Segoe UI"/>
          <w:color w:val="6C6E70"/>
          <w:spacing w:val="-1"/>
          <w:sz w:val="13"/>
        </w:rPr>
        <w:t>na</w:t>
      </w:r>
      <w:r>
        <w:rPr>
          <w:rFonts w:ascii="Times New Roman" w:eastAsia="Times New Roman" w:hAnsi="Times New Roman"/>
          <w:color w:val="6C6E70"/>
          <w:spacing w:val="4"/>
          <w:sz w:val="13"/>
        </w:rPr>
        <w:t xml:space="preserve"> </w:t>
      </w:r>
      <w:r>
        <w:rPr>
          <w:rFonts w:ascii="Segoe UI" w:eastAsia="Segoe UI" w:hAnsi="Segoe UI"/>
          <w:color w:val="6C6E70"/>
          <w:spacing w:val="-2"/>
          <w:sz w:val="13"/>
        </w:rPr>
        <w:t>dálku</w:t>
      </w:r>
      <w:r>
        <w:rPr>
          <w:rFonts w:ascii="Segoe UI" w:eastAsia="Segoe UI" w:hAnsi="Segoe UI"/>
          <w:color w:val="6C6E70"/>
          <w:spacing w:val="8"/>
          <w:sz w:val="13"/>
        </w:rPr>
        <w:t>.</w:t>
      </w:r>
    </w:p>
    <w:p w14:paraId="4A820868" w14:textId="77777777" w:rsidR="00DE1DE9" w:rsidRDefault="002C7C64">
      <w:pPr>
        <w:wordWrap w:val="0"/>
        <w:autoSpaceDE w:val="0"/>
        <w:autoSpaceDN w:val="0"/>
        <w:spacing w:before="138" w:after="3562" w:line="40" w:lineRule="exact"/>
        <w:ind w:left="2822"/>
      </w:pPr>
      <w:r>
        <w:rPr>
          <w:rFonts w:ascii="Segoe UI" w:eastAsia="Segoe UI" w:hAnsi="Segoe UI"/>
          <w:color w:val="FFFFFF"/>
          <w:spacing w:val="-1"/>
          <w:sz w:val="4"/>
        </w:rPr>
        <w:t>BIOSIGNED</w:t>
      </w:r>
      <w:r>
        <w:rPr>
          <w:rFonts w:ascii="Segoe UI" w:eastAsia="Segoe UI" w:hAnsi="Segoe UI"/>
          <w:color w:val="FFFFFF"/>
          <w:spacing w:val="-3"/>
          <w:sz w:val="4"/>
        </w:rPr>
        <w:t>-</w:t>
      </w:r>
      <w:r>
        <w:rPr>
          <w:rFonts w:ascii="Segoe UI" w:eastAsia="Segoe UI" w:hAnsi="Segoe UI"/>
          <w:color w:val="FFFFFF"/>
          <w:spacing w:val="-2"/>
          <w:sz w:val="4"/>
        </w:rPr>
        <w:t>POSITION</w:t>
      </w:r>
      <w:r>
        <w:rPr>
          <w:rFonts w:ascii="Segoe UI" w:eastAsia="Segoe UI" w:hAnsi="Segoe UI"/>
          <w:color w:val="FFFFFF"/>
          <w:spacing w:val="-3"/>
          <w:sz w:val="4"/>
        </w:rPr>
        <w:t>-</w:t>
      </w:r>
      <w:r>
        <w:rPr>
          <w:rFonts w:ascii="Segoe UI" w:eastAsia="Segoe UI" w:hAnsi="Segoe UI"/>
          <w:color w:val="FFFFFF"/>
          <w:w w:val="103"/>
          <w:sz w:val="4"/>
        </w:rPr>
        <w:t>1</w:t>
      </w:r>
    </w:p>
    <w:p w14:paraId="79896C4C" w14:textId="77777777" w:rsidR="00DE1DE9" w:rsidRDefault="00DE1DE9">
      <w:pPr>
        <w:spacing w:after="0"/>
        <w:sectPr w:rsidR="00DE1DE9">
          <w:type w:val="continuous"/>
          <w:pgSz w:w="11905" w:h="16837"/>
          <w:pgMar w:top="417" w:right="529" w:bottom="200" w:left="800" w:header="720" w:footer="720" w:gutter="0"/>
          <w:cols w:num="2" w:space="720" w:equalWidth="0">
            <w:col w:w="5117" w:space="0"/>
            <w:col w:w="5459" w:space="0"/>
          </w:cols>
          <w:docGrid w:linePitch="360"/>
        </w:sectPr>
      </w:pPr>
    </w:p>
    <w:p w14:paraId="280C9CBE" w14:textId="77777777" w:rsidR="00DE1DE9" w:rsidRDefault="002C7C64">
      <w:pPr>
        <w:wordWrap w:val="0"/>
        <w:autoSpaceDE w:val="0"/>
        <w:autoSpaceDN w:val="0"/>
        <w:spacing w:before="133" w:after="10" w:line="130" w:lineRule="exact"/>
        <w:ind w:left="260"/>
      </w:pPr>
      <w:r>
        <w:rPr>
          <w:rFonts w:ascii="Segoe UI" w:eastAsia="Segoe UI" w:hAnsi="Segoe UI"/>
          <w:color w:val="000000"/>
          <w:spacing w:val="-2"/>
          <w:sz w:val="13"/>
        </w:rPr>
        <w:t>třetích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osob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Souhlasím</w:t>
      </w:r>
      <w:r>
        <w:rPr>
          <w:rFonts w:ascii="Segoe UI" w:eastAsia="Segoe UI" w:hAnsi="Segoe UI"/>
          <w:color w:val="000000"/>
          <w:spacing w:val="8"/>
          <w:sz w:val="13"/>
        </w:rPr>
        <w:t>,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že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smluvní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vztah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5"/>
          <w:sz w:val="13"/>
        </w:rPr>
        <w:t>s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w w:val="99"/>
          <w:sz w:val="13"/>
        </w:rPr>
        <w:t>O2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řídí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smluvními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podmínkami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aktuálními</w:t>
      </w:r>
    </w:p>
    <w:p w14:paraId="06E5E5B1" w14:textId="77777777" w:rsidR="00DE1DE9" w:rsidRDefault="002C7C64">
      <w:pPr>
        <w:wordWrap w:val="0"/>
        <w:autoSpaceDE w:val="0"/>
        <w:autoSpaceDN w:val="0"/>
        <w:spacing w:before="19" w:after="170" w:line="130" w:lineRule="exact"/>
        <w:ind w:left="260"/>
      </w:pPr>
      <w:r>
        <w:rPr>
          <w:rFonts w:ascii="Segoe UI" w:eastAsia="Segoe UI" w:hAnsi="Segoe UI"/>
          <w:color w:val="000000"/>
          <w:w w:val="101"/>
          <w:sz w:val="13"/>
        </w:rPr>
        <w:t>k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dnešnímu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dni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3"/>
        </w:rPr>
        <w:t>a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3"/>
        </w:rPr>
        <w:t>zavazuji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3"/>
        </w:rPr>
        <w:t>se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je</w:t>
      </w:r>
      <w:r>
        <w:rPr>
          <w:rFonts w:ascii="Times New Roman" w:eastAsia="Times New Roman" w:hAnsi="Times New Roman"/>
          <w:color w:val="000000"/>
          <w:spacing w:val="4"/>
          <w:sz w:val="13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3"/>
        </w:rPr>
        <w:t>dodržovat</w:t>
      </w:r>
      <w:r>
        <w:rPr>
          <w:rFonts w:ascii="Segoe UI" w:eastAsia="Segoe UI" w:hAnsi="Segoe UI"/>
          <w:color w:val="000000"/>
          <w:spacing w:val="8"/>
          <w:sz w:val="13"/>
        </w:rPr>
        <w:t>.</w:t>
      </w:r>
    </w:p>
    <w:p w14:paraId="3CA96169" w14:textId="77777777" w:rsidR="00DE1DE9" w:rsidRDefault="002C7C64">
      <w:pPr>
        <w:wordWrap w:val="0"/>
        <w:autoSpaceDE w:val="0"/>
        <w:autoSpaceDN w:val="0"/>
        <w:spacing w:before="341" w:after="105" w:line="168" w:lineRule="exact"/>
        <w:ind w:left="580"/>
      </w:pPr>
      <w:r>
        <w:rPr>
          <w:rFonts w:ascii="Segoe UI" w:eastAsia="Segoe UI" w:hAnsi="Segoe UI"/>
          <w:color w:val="6C6E70"/>
          <w:spacing w:val="-5"/>
          <w:sz w:val="17"/>
        </w:rPr>
        <w:t>ZA</w:t>
      </w:r>
      <w:r>
        <w:rPr>
          <w:rFonts w:ascii="Times New Roman" w:eastAsia="Times New Roman" w:hAnsi="Times New Roman"/>
          <w:color w:val="6C6E70"/>
          <w:spacing w:val="4"/>
          <w:sz w:val="17"/>
        </w:rPr>
        <w:t xml:space="preserve"> </w:t>
      </w:r>
      <w:r>
        <w:rPr>
          <w:rFonts w:ascii="Segoe UI" w:eastAsia="Segoe UI" w:hAnsi="Segoe UI"/>
          <w:color w:val="6C6E70"/>
          <w:spacing w:val="-3"/>
          <w:sz w:val="17"/>
        </w:rPr>
        <w:t>POSKYTOVATELE</w:t>
      </w:r>
    </w:p>
    <w:p w14:paraId="490AD621" w14:textId="77777777" w:rsidR="00DE1DE9" w:rsidRDefault="002C7C64">
      <w:pPr>
        <w:wordWrap w:val="0"/>
        <w:autoSpaceDE w:val="0"/>
        <w:autoSpaceDN w:val="0"/>
        <w:spacing w:before="210" w:after="25" w:line="170" w:lineRule="exact"/>
        <w:ind w:left="564"/>
      </w:pPr>
      <w:r>
        <w:rPr>
          <w:rFonts w:ascii="Segoe UI" w:eastAsia="Segoe UI" w:hAnsi="Segoe UI"/>
          <w:color w:val="000000"/>
          <w:spacing w:val="3"/>
          <w:sz w:val="17"/>
        </w:rPr>
        <w:t>19</w:t>
      </w:r>
      <w:r>
        <w:rPr>
          <w:rFonts w:ascii="Segoe UI" w:eastAsia="Segoe UI" w:hAnsi="Segoe UI"/>
          <w:color w:val="000000"/>
          <w:spacing w:val="10"/>
          <w:sz w:val="17"/>
        </w:rPr>
        <w:t>.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5</w:t>
      </w:r>
      <w:r>
        <w:rPr>
          <w:rFonts w:ascii="Segoe UI" w:eastAsia="Segoe UI" w:hAnsi="Segoe UI"/>
          <w:color w:val="000000"/>
          <w:spacing w:val="10"/>
          <w:sz w:val="17"/>
        </w:rPr>
        <w:t>.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2025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9</w:t>
      </w:r>
      <w:r>
        <w:rPr>
          <w:rFonts w:ascii="Segoe UI" w:eastAsia="Segoe UI" w:hAnsi="Segoe UI"/>
          <w:color w:val="000000"/>
          <w:spacing w:val="10"/>
          <w:sz w:val="17"/>
        </w:rPr>
        <w:t>:</w:t>
      </w:r>
      <w:r>
        <w:rPr>
          <w:rFonts w:ascii="Segoe UI" w:eastAsia="Segoe UI" w:hAnsi="Segoe UI"/>
          <w:color w:val="000000"/>
          <w:spacing w:val="3"/>
          <w:sz w:val="17"/>
        </w:rPr>
        <w:t>41</w:t>
      </w:r>
      <w:r>
        <w:rPr>
          <w:rFonts w:ascii="Segoe UI" w:eastAsia="Segoe UI" w:hAnsi="Segoe UI"/>
          <w:color w:val="000000"/>
          <w:spacing w:val="10"/>
          <w:sz w:val="17"/>
        </w:rPr>
        <w:t>:</w:t>
      </w:r>
      <w:r>
        <w:rPr>
          <w:rFonts w:ascii="Segoe UI" w:eastAsia="Segoe UI" w:hAnsi="Segoe UI"/>
          <w:color w:val="000000"/>
          <w:spacing w:val="3"/>
          <w:sz w:val="17"/>
        </w:rPr>
        <w:t>56</w:t>
      </w:r>
    </w:p>
    <w:p w14:paraId="3FC599CA" w14:textId="77777777" w:rsidR="00DE1DE9" w:rsidRDefault="002C7C64">
      <w:pPr>
        <w:wordWrap w:val="0"/>
        <w:autoSpaceDE w:val="0"/>
        <w:autoSpaceDN w:val="0"/>
        <w:spacing w:before="51" w:after="25" w:line="170" w:lineRule="exact"/>
        <w:ind w:left="564"/>
      </w:pPr>
      <w:r>
        <w:rPr>
          <w:rFonts w:ascii="Segoe UI" w:eastAsia="Segoe UI" w:hAnsi="Segoe UI"/>
          <w:color w:val="000000"/>
          <w:spacing w:val="-2"/>
          <w:sz w:val="17"/>
        </w:rPr>
        <w:t>Erika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Šperlová</w:t>
      </w:r>
    </w:p>
    <w:p w14:paraId="1AA9A025" w14:textId="77777777" w:rsidR="00DE1DE9" w:rsidRDefault="002C7C64">
      <w:pPr>
        <w:wordWrap w:val="0"/>
        <w:autoSpaceDE w:val="0"/>
        <w:autoSpaceDN w:val="0"/>
        <w:spacing w:before="51" w:after="237" w:line="170" w:lineRule="exact"/>
        <w:ind w:left="564"/>
      </w:pPr>
      <w:r>
        <w:rPr>
          <w:rFonts w:ascii="Segoe UI" w:eastAsia="Segoe UI" w:hAnsi="Segoe UI"/>
          <w:color w:val="000000"/>
          <w:spacing w:val="3"/>
          <w:sz w:val="17"/>
        </w:rPr>
        <w:t>CCI01</w:t>
      </w:r>
      <w:r>
        <w:rPr>
          <w:rFonts w:ascii="Segoe UI" w:eastAsia="Segoe UI" w:hAnsi="Segoe UI"/>
          <w:color w:val="000000"/>
          <w:spacing w:val="10"/>
          <w:sz w:val="17"/>
        </w:rPr>
        <w:t>.</w:t>
      </w:r>
      <w:r>
        <w:rPr>
          <w:rFonts w:ascii="Segoe UI" w:eastAsia="Segoe UI" w:hAnsi="Segoe UI"/>
          <w:color w:val="000000"/>
          <w:spacing w:val="3"/>
          <w:sz w:val="17"/>
        </w:rPr>
        <w:t>00010</w:t>
      </w:r>
      <w:r>
        <w:rPr>
          <w:rFonts w:ascii="Segoe UI" w:eastAsia="Segoe UI" w:hAnsi="Segoe UI"/>
          <w:color w:val="000000"/>
          <w:spacing w:val="10"/>
          <w:sz w:val="17"/>
        </w:rPr>
        <w:t>.</w:t>
      </w:r>
      <w:r>
        <w:rPr>
          <w:rFonts w:ascii="Segoe UI" w:eastAsia="Segoe UI" w:hAnsi="Segoe UI"/>
          <w:color w:val="000000"/>
          <w:spacing w:val="3"/>
          <w:sz w:val="17"/>
        </w:rPr>
        <w:t>00002</w:t>
      </w:r>
    </w:p>
    <w:p w14:paraId="78716309" w14:textId="77777777" w:rsidR="00DE1DE9" w:rsidRDefault="002C7C64">
      <w:pPr>
        <w:wordWrap w:val="0"/>
        <w:autoSpaceDE w:val="0"/>
        <w:autoSpaceDN w:val="0"/>
        <w:spacing w:before="475" w:after="69" w:line="130" w:lineRule="exact"/>
        <w:ind w:left="918"/>
      </w:pPr>
      <w:r>
        <w:rPr>
          <w:rFonts w:ascii="Segoe UI" w:eastAsia="Segoe UI" w:hAnsi="Segoe UI"/>
          <w:color w:val="6C6E70"/>
          <w:spacing w:val="-3"/>
          <w:sz w:val="13"/>
        </w:rPr>
        <w:t>Smlouva</w:t>
      </w:r>
      <w:r>
        <w:rPr>
          <w:rFonts w:ascii="Times New Roman" w:eastAsia="Times New Roman" w:hAnsi="Times New Roman"/>
          <w:color w:val="6C6E70"/>
          <w:spacing w:val="4"/>
          <w:sz w:val="13"/>
        </w:rPr>
        <w:t xml:space="preserve"> </w:t>
      </w:r>
      <w:r>
        <w:rPr>
          <w:rFonts w:ascii="Segoe UI" w:eastAsia="Segoe UI" w:hAnsi="Segoe UI"/>
          <w:color w:val="6C6E70"/>
          <w:spacing w:val="-3"/>
          <w:sz w:val="13"/>
        </w:rPr>
        <w:t>je</w:t>
      </w:r>
      <w:r>
        <w:rPr>
          <w:rFonts w:ascii="Times New Roman" w:eastAsia="Times New Roman" w:hAnsi="Times New Roman"/>
          <w:color w:val="6C6E70"/>
          <w:spacing w:val="4"/>
          <w:sz w:val="13"/>
        </w:rPr>
        <w:t xml:space="preserve"> </w:t>
      </w:r>
      <w:r>
        <w:rPr>
          <w:rFonts w:ascii="Segoe UI" w:eastAsia="Segoe UI" w:hAnsi="Segoe UI"/>
          <w:color w:val="6C6E70"/>
          <w:spacing w:val="-2"/>
          <w:sz w:val="13"/>
        </w:rPr>
        <w:t>sjednána</w:t>
      </w:r>
      <w:r>
        <w:rPr>
          <w:rFonts w:ascii="Times New Roman" w:eastAsia="Times New Roman" w:hAnsi="Times New Roman"/>
          <w:color w:val="6C6E70"/>
          <w:spacing w:val="4"/>
          <w:sz w:val="13"/>
        </w:rPr>
        <w:t xml:space="preserve"> </w:t>
      </w:r>
      <w:r>
        <w:rPr>
          <w:rFonts w:ascii="Segoe UI" w:eastAsia="Segoe UI" w:hAnsi="Segoe UI"/>
          <w:color w:val="6C6E70"/>
          <w:spacing w:val="-3"/>
          <w:sz w:val="13"/>
        </w:rPr>
        <w:t>prostřednictvím</w:t>
      </w:r>
      <w:r>
        <w:rPr>
          <w:rFonts w:ascii="Times New Roman" w:eastAsia="Times New Roman" w:hAnsi="Times New Roman"/>
          <w:color w:val="6C6E70"/>
          <w:spacing w:val="4"/>
          <w:sz w:val="13"/>
        </w:rPr>
        <w:t xml:space="preserve"> </w:t>
      </w:r>
      <w:r>
        <w:rPr>
          <w:rFonts w:ascii="Segoe UI" w:eastAsia="Segoe UI" w:hAnsi="Segoe UI"/>
          <w:color w:val="6C6E70"/>
          <w:spacing w:val="-3"/>
          <w:sz w:val="13"/>
        </w:rPr>
        <w:t>prostředku</w:t>
      </w:r>
      <w:r>
        <w:rPr>
          <w:rFonts w:ascii="Times New Roman" w:eastAsia="Times New Roman" w:hAnsi="Times New Roman"/>
          <w:color w:val="6C6E70"/>
          <w:spacing w:val="4"/>
          <w:sz w:val="13"/>
        </w:rPr>
        <w:t xml:space="preserve"> </w:t>
      </w:r>
      <w:r>
        <w:rPr>
          <w:rFonts w:ascii="Segoe UI" w:eastAsia="Segoe UI" w:hAnsi="Segoe UI"/>
          <w:color w:val="6C6E70"/>
          <w:spacing w:val="-2"/>
          <w:sz w:val="13"/>
        </w:rPr>
        <w:t>komunikace</w:t>
      </w:r>
      <w:r>
        <w:rPr>
          <w:rFonts w:ascii="Times New Roman" w:eastAsia="Times New Roman" w:hAnsi="Times New Roman"/>
          <w:color w:val="6C6E70"/>
          <w:spacing w:val="4"/>
          <w:sz w:val="13"/>
        </w:rPr>
        <w:t xml:space="preserve"> </w:t>
      </w:r>
      <w:r>
        <w:rPr>
          <w:rFonts w:ascii="Segoe UI" w:eastAsia="Segoe UI" w:hAnsi="Segoe UI"/>
          <w:color w:val="6C6E70"/>
          <w:spacing w:val="-1"/>
          <w:sz w:val="13"/>
        </w:rPr>
        <w:t>na</w:t>
      </w:r>
      <w:r>
        <w:rPr>
          <w:rFonts w:ascii="Times New Roman" w:eastAsia="Times New Roman" w:hAnsi="Times New Roman"/>
          <w:color w:val="6C6E70"/>
          <w:spacing w:val="4"/>
          <w:sz w:val="13"/>
        </w:rPr>
        <w:t xml:space="preserve"> </w:t>
      </w:r>
      <w:r>
        <w:rPr>
          <w:rFonts w:ascii="Segoe UI" w:eastAsia="Segoe UI" w:hAnsi="Segoe UI"/>
          <w:color w:val="6C6E70"/>
          <w:spacing w:val="-2"/>
          <w:sz w:val="13"/>
        </w:rPr>
        <w:t>dálku</w:t>
      </w:r>
      <w:r>
        <w:rPr>
          <w:rFonts w:ascii="Segoe UI" w:eastAsia="Segoe UI" w:hAnsi="Segoe UI"/>
          <w:color w:val="6C6E70"/>
          <w:spacing w:val="8"/>
          <w:sz w:val="13"/>
        </w:rPr>
        <w:t>.</w:t>
      </w:r>
    </w:p>
    <w:p w14:paraId="30F147EE" w14:textId="77777777" w:rsidR="00DE1DE9" w:rsidRDefault="002C7C64">
      <w:pPr>
        <w:wordWrap w:val="0"/>
        <w:autoSpaceDE w:val="0"/>
        <w:autoSpaceDN w:val="0"/>
        <w:spacing w:before="138" w:after="3562" w:line="40" w:lineRule="exact"/>
        <w:ind w:left="3038"/>
      </w:pPr>
      <w:r>
        <w:rPr>
          <w:rFonts w:ascii="Segoe UI" w:eastAsia="Segoe UI" w:hAnsi="Segoe UI"/>
          <w:color w:val="FFFFFF"/>
          <w:spacing w:val="-1"/>
          <w:sz w:val="4"/>
        </w:rPr>
        <w:t>BIOSIGNED</w:t>
      </w:r>
      <w:r>
        <w:rPr>
          <w:rFonts w:ascii="Segoe UI" w:eastAsia="Segoe UI" w:hAnsi="Segoe UI"/>
          <w:color w:val="FFFFFF"/>
          <w:spacing w:val="-3"/>
          <w:sz w:val="4"/>
        </w:rPr>
        <w:t>-</w:t>
      </w:r>
      <w:r>
        <w:rPr>
          <w:rFonts w:ascii="Segoe UI" w:eastAsia="Segoe UI" w:hAnsi="Segoe UI"/>
          <w:color w:val="FFFFFF"/>
          <w:spacing w:val="-2"/>
          <w:sz w:val="4"/>
        </w:rPr>
        <w:t>POSITION</w:t>
      </w:r>
      <w:r>
        <w:rPr>
          <w:rFonts w:ascii="Segoe UI" w:eastAsia="Segoe UI" w:hAnsi="Segoe UI"/>
          <w:color w:val="FFFFFF"/>
          <w:spacing w:val="-3"/>
          <w:sz w:val="4"/>
        </w:rPr>
        <w:t>-</w:t>
      </w:r>
      <w:r>
        <w:rPr>
          <w:rFonts w:ascii="Segoe UI" w:eastAsia="Segoe UI" w:hAnsi="Segoe UI"/>
          <w:color w:val="FFFFFF"/>
          <w:w w:val="103"/>
          <w:sz w:val="4"/>
        </w:rPr>
        <w:t>1</w:t>
      </w:r>
    </w:p>
    <w:p w14:paraId="33615273" w14:textId="77777777" w:rsidR="00DE1DE9" w:rsidRDefault="00DE1DE9">
      <w:pPr>
        <w:spacing w:after="0"/>
        <w:sectPr w:rsidR="00DE1DE9">
          <w:type w:val="nextColumn"/>
          <w:pgSz w:w="11905" w:h="16837"/>
          <w:pgMar w:top="417" w:right="529" w:bottom="200" w:left="800" w:header="720" w:footer="720" w:gutter="0"/>
          <w:cols w:num="2" w:space="720" w:equalWidth="0">
            <w:col w:w="5117" w:space="0"/>
            <w:col w:w="5459" w:space="0"/>
          </w:cols>
          <w:docGrid w:linePitch="360"/>
        </w:sectPr>
      </w:pPr>
    </w:p>
    <w:p w14:paraId="37A4C937" w14:textId="77777777" w:rsidR="00DE1DE9" w:rsidRDefault="002C7C64">
      <w:pPr>
        <w:wordWrap w:val="0"/>
        <w:autoSpaceDE w:val="0"/>
        <w:autoSpaceDN w:val="0"/>
        <w:spacing w:before="3562" w:after="23" w:line="170" w:lineRule="exact"/>
        <w:ind w:left="50"/>
      </w:pPr>
      <w:r>
        <w:rPr>
          <w:rFonts w:ascii="Segoe UI" w:eastAsia="Segoe UI" w:hAnsi="Segoe UI"/>
          <w:color w:val="000000"/>
          <w:spacing w:val="-2"/>
          <w:sz w:val="17"/>
        </w:rPr>
        <w:t>Strana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4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19"/>
          <w:sz w:val="17"/>
        </w:rPr>
        <w:t>/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4</w:t>
      </w:r>
      <w:r>
        <w:rPr>
          <w:rFonts w:ascii="Segoe UI" w:eastAsia="Segoe UI" w:hAnsi="Segoe UI"/>
          <w:color w:val="000000"/>
          <w:spacing w:val="1090"/>
          <w:sz w:val="17"/>
        </w:rPr>
        <w:t xml:space="preserve"> </w:t>
      </w:r>
      <w:r>
        <w:rPr>
          <w:rFonts w:ascii="Segoe UI" w:eastAsia="Segoe UI" w:hAnsi="Segoe UI"/>
          <w:color w:val="000000"/>
          <w:spacing w:val="9"/>
          <w:sz w:val="17"/>
        </w:rPr>
        <w:t>www</w:t>
      </w:r>
      <w:r>
        <w:rPr>
          <w:rFonts w:ascii="Segoe UI" w:eastAsia="Segoe UI" w:hAnsi="Segoe UI"/>
          <w:color w:val="000000"/>
          <w:spacing w:val="10"/>
          <w:sz w:val="17"/>
        </w:rPr>
        <w:t>.</w:t>
      </w:r>
      <w:r>
        <w:rPr>
          <w:rFonts w:ascii="Segoe UI" w:eastAsia="Segoe UI" w:hAnsi="Segoe UI"/>
          <w:color w:val="000000"/>
          <w:spacing w:val="-1"/>
          <w:sz w:val="17"/>
        </w:rPr>
        <w:t>o2</w:t>
      </w:r>
      <w:r>
        <w:rPr>
          <w:rFonts w:ascii="Segoe UI" w:eastAsia="Segoe UI" w:hAnsi="Segoe UI"/>
          <w:color w:val="000000"/>
          <w:spacing w:val="10"/>
          <w:sz w:val="17"/>
        </w:rPr>
        <w:t>.</w:t>
      </w:r>
      <w:r>
        <w:rPr>
          <w:rFonts w:ascii="Segoe UI" w:eastAsia="Segoe UI" w:hAnsi="Segoe UI"/>
          <w:color w:val="000000"/>
          <w:spacing w:val="-2"/>
          <w:sz w:val="17"/>
        </w:rPr>
        <w:t>cz</w:t>
      </w:r>
      <w:r>
        <w:rPr>
          <w:rFonts w:ascii="Segoe UI" w:eastAsia="Segoe UI" w:hAnsi="Segoe UI"/>
          <w:color w:val="000000"/>
          <w:spacing w:val="-19"/>
          <w:sz w:val="17"/>
        </w:rPr>
        <w:t>/</w:t>
      </w:r>
      <w:r>
        <w:rPr>
          <w:rFonts w:ascii="Segoe UI" w:eastAsia="Segoe UI" w:hAnsi="Segoe UI"/>
          <w:color w:val="000000"/>
          <w:spacing w:val="-3"/>
          <w:sz w:val="17"/>
        </w:rPr>
        <w:t>ceniky</w:t>
      </w:r>
      <w:r>
        <w:rPr>
          <w:rFonts w:ascii="Times New Roman" w:eastAsia="Times New Roman" w:hAnsi="Times New Roman"/>
          <w:b/>
          <w:color w:val="000000"/>
          <w:spacing w:val="1032"/>
          <w:sz w:val="17"/>
        </w:rPr>
        <w:t xml:space="preserve"> </w:t>
      </w:r>
      <w:r>
        <w:rPr>
          <w:rFonts w:ascii="Segoe UI" w:eastAsia="Segoe UI" w:hAnsi="Segoe UI"/>
          <w:b/>
          <w:color w:val="000000"/>
          <w:w w:val="101"/>
          <w:sz w:val="17"/>
        </w:rPr>
        <w:t>Dodavatel</w:t>
      </w:r>
      <w:r>
        <w:rPr>
          <w:rFonts w:ascii="Segoe UI" w:eastAsia="Segoe UI" w:hAnsi="Segoe UI"/>
          <w:b/>
          <w:color w:val="000000"/>
          <w:spacing w:val="1"/>
          <w:sz w:val="17"/>
        </w:rPr>
        <w:t>: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1"/>
          <w:sz w:val="17"/>
        </w:rPr>
        <w:t>O2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z w:val="17"/>
        </w:rPr>
        <w:t>Czech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4"/>
          <w:sz w:val="17"/>
        </w:rPr>
        <w:t>Republic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2"/>
          <w:sz w:val="17"/>
        </w:rPr>
        <w:t>a</w:t>
      </w:r>
      <w:r>
        <w:rPr>
          <w:rFonts w:ascii="Segoe UI" w:eastAsia="Segoe UI" w:hAnsi="Segoe UI"/>
          <w:color w:val="000000"/>
          <w:spacing w:val="10"/>
          <w:sz w:val="17"/>
        </w:rPr>
        <w:t>.</w:t>
      </w:r>
      <w:r>
        <w:rPr>
          <w:rFonts w:ascii="Segoe UI" w:eastAsia="Segoe UI" w:hAnsi="Segoe UI"/>
          <w:color w:val="000000"/>
          <w:spacing w:val="-6"/>
          <w:sz w:val="17"/>
        </w:rPr>
        <w:t>s</w:t>
      </w:r>
      <w:r>
        <w:rPr>
          <w:rFonts w:ascii="Segoe UI" w:eastAsia="Segoe UI" w:hAnsi="Segoe UI"/>
          <w:color w:val="000000"/>
          <w:spacing w:val="10"/>
          <w:sz w:val="17"/>
        </w:rPr>
        <w:t>.,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7"/>
          <w:sz w:val="17"/>
        </w:rPr>
        <w:t>Za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7"/>
        </w:rPr>
        <w:t>Brumlovkou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266</w:t>
      </w:r>
      <w:r>
        <w:rPr>
          <w:rFonts w:ascii="Segoe UI" w:eastAsia="Segoe UI" w:hAnsi="Segoe UI"/>
          <w:color w:val="000000"/>
          <w:spacing w:val="-19"/>
          <w:sz w:val="17"/>
        </w:rPr>
        <w:t>/</w:t>
      </w:r>
      <w:r>
        <w:rPr>
          <w:rFonts w:ascii="Segoe UI" w:eastAsia="Segoe UI" w:hAnsi="Segoe UI"/>
          <w:color w:val="000000"/>
          <w:spacing w:val="3"/>
          <w:sz w:val="17"/>
        </w:rPr>
        <w:t>2</w:t>
      </w:r>
      <w:r>
        <w:rPr>
          <w:rFonts w:ascii="Segoe UI" w:eastAsia="Segoe UI" w:hAnsi="Segoe UI"/>
          <w:color w:val="000000"/>
          <w:spacing w:val="10"/>
          <w:sz w:val="17"/>
        </w:rPr>
        <w:t>,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140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22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7"/>
        </w:rPr>
        <w:t>Praha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3"/>
          <w:sz w:val="17"/>
        </w:rPr>
        <w:t>4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z w:val="17"/>
        </w:rPr>
        <w:t>–</w:t>
      </w:r>
      <w:r>
        <w:rPr>
          <w:rFonts w:ascii="Times New Roman" w:eastAsia="Times New Roman" w:hAnsi="Times New Roman"/>
          <w:color w:val="000000"/>
          <w:spacing w:val="5"/>
          <w:sz w:val="17"/>
        </w:rPr>
        <w:t xml:space="preserve"> </w:t>
      </w:r>
      <w:r>
        <w:rPr>
          <w:rFonts w:ascii="Segoe UI" w:eastAsia="Segoe UI" w:hAnsi="Segoe UI"/>
          <w:color w:val="000000"/>
          <w:spacing w:val="-3"/>
          <w:sz w:val="17"/>
        </w:rPr>
        <w:t>Michle</w:t>
      </w:r>
    </w:p>
    <w:p w14:paraId="47C808BD" w14:textId="77777777" w:rsidR="00DE1DE9" w:rsidRDefault="002C7C64">
      <w:pPr>
        <w:wordWrap w:val="0"/>
        <w:autoSpaceDE w:val="0"/>
        <w:autoSpaceDN w:val="0"/>
        <w:spacing w:before="46" w:after="0" w:line="150" w:lineRule="exact"/>
        <w:ind w:left="4733"/>
      </w:pPr>
      <w:r>
        <w:rPr>
          <w:rFonts w:ascii="Segoe UI" w:eastAsia="Segoe UI" w:hAnsi="Segoe UI"/>
          <w:color w:val="6C6E70"/>
          <w:spacing w:val="-1"/>
          <w:sz w:val="15"/>
        </w:rPr>
        <w:t>IČO</w:t>
      </w:r>
      <w:r>
        <w:rPr>
          <w:rFonts w:ascii="Segoe UI" w:eastAsia="Segoe UI" w:hAnsi="Segoe UI"/>
          <w:color w:val="6C6E70"/>
          <w:spacing w:val="9"/>
          <w:sz w:val="15"/>
        </w:rPr>
        <w:t>: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3"/>
          <w:sz w:val="15"/>
        </w:rPr>
        <w:t>60193336</w:t>
      </w:r>
      <w:r>
        <w:rPr>
          <w:rFonts w:ascii="Segoe UI" w:eastAsia="Segoe UI" w:hAnsi="Segoe UI"/>
          <w:color w:val="6C6E70"/>
          <w:spacing w:val="9"/>
          <w:sz w:val="15"/>
        </w:rPr>
        <w:t>,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2"/>
          <w:sz w:val="15"/>
        </w:rPr>
        <w:t>DIČ</w:t>
      </w:r>
      <w:r>
        <w:rPr>
          <w:rFonts w:ascii="Segoe UI" w:eastAsia="Segoe UI" w:hAnsi="Segoe UI"/>
          <w:color w:val="6C6E70"/>
          <w:spacing w:val="9"/>
          <w:sz w:val="15"/>
        </w:rPr>
        <w:t>: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2"/>
          <w:sz w:val="15"/>
        </w:rPr>
        <w:t>CZ60193336</w:t>
      </w:r>
      <w:r>
        <w:rPr>
          <w:rFonts w:ascii="Segoe UI" w:eastAsia="Segoe UI" w:hAnsi="Segoe UI"/>
          <w:color w:val="6C6E70"/>
          <w:spacing w:val="9"/>
          <w:sz w:val="15"/>
        </w:rPr>
        <w:t>,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6"/>
          <w:sz w:val="15"/>
        </w:rPr>
        <w:t>DUNS</w:t>
      </w:r>
      <w:r>
        <w:rPr>
          <w:rFonts w:ascii="Segoe UI" w:eastAsia="Segoe UI" w:hAnsi="Segoe UI"/>
          <w:color w:val="6C6E70"/>
          <w:spacing w:val="9"/>
          <w:sz w:val="15"/>
        </w:rPr>
        <w:t>: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3"/>
          <w:sz w:val="15"/>
        </w:rPr>
        <w:t>366937597</w:t>
      </w:r>
      <w:r>
        <w:rPr>
          <w:rFonts w:ascii="Segoe UI" w:eastAsia="Segoe UI" w:hAnsi="Segoe UI"/>
          <w:color w:val="6C6E70"/>
          <w:spacing w:val="9"/>
          <w:sz w:val="15"/>
        </w:rPr>
        <w:t>,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4"/>
          <w:sz w:val="15"/>
        </w:rPr>
        <w:t>Zapsaná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5"/>
          <w:sz w:val="15"/>
        </w:rPr>
        <w:t>v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6"/>
          <w:sz w:val="15"/>
        </w:rPr>
        <w:t>OR</w:t>
      </w:r>
      <w:r>
        <w:rPr>
          <w:rFonts w:ascii="Segoe UI" w:eastAsia="Segoe UI" w:hAnsi="Segoe UI"/>
          <w:color w:val="6C6E70"/>
          <w:spacing w:val="9"/>
          <w:sz w:val="15"/>
        </w:rPr>
        <w:t>: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3"/>
          <w:sz w:val="15"/>
        </w:rPr>
        <w:t>MS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5"/>
          <w:sz w:val="15"/>
        </w:rPr>
        <w:t>v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3"/>
          <w:sz w:val="15"/>
        </w:rPr>
        <w:t>Praze</w:t>
      </w:r>
      <w:r>
        <w:rPr>
          <w:rFonts w:ascii="Segoe UI" w:eastAsia="Segoe UI" w:hAnsi="Segoe UI"/>
          <w:color w:val="6C6E70"/>
          <w:spacing w:val="9"/>
          <w:sz w:val="15"/>
        </w:rPr>
        <w:t>,</w:t>
      </w:r>
      <w:r>
        <w:rPr>
          <w:rFonts w:ascii="Times New Roman" w:eastAsia="Times New Roman" w:hAnsi="Times New Roman"/>
          <w:color w:val="6C6E70"/>
          <w:spacing w:val="4"/>
          <w:sz w:val="15"/>
        </w:rPr>
        <w:t xml:space="preserve"> </w:t>
      </w:r>
      <w:r>
        <w:rPr>
          <w:rFonts w:ascii="Segoe UI" w:eastAsia="Segoe UI" w:hAnsi="Segoe UI"/>
          <w:color w:val="6C6E70"/>
          <w:spacing w:val="-3"/>
          <w:sz w:val="15"/>
        </w:rPr>
        <w:t>B</w:t>
      </w:r>
      <w:r>
        <w:rPr>
          <w:rFonts w:ascii="Segoe UI" w:eastAsia="Segoe UI" w:hAnsi="Segoe UI"/>
          <w:color w:val="6C6E70"/>
          <w:spacing w:val="9"/>
          <w:sz w:val="15"/>
        </w:rPr>
        <w:t>.</w:t>
      </w:r>
      <w:r>
        <w:rPr>
          <w:rFonts w:ascii="Segoe UI" w:eastAsia="Segoe UI" w:hAnsi="Segoe UI"/>
          <w:color w:val="6C6E70"/>
          <w:spacing w:val="3"/>
          <w:sz w:val="15"/>
        </w:rPr>
        <w:t>2322</w:t>
      </w:r>
    </w:p>
    <w:sectPr w:rsidR="00DE1DE9" w:rsidSect="00034616">
      <w:type w:val="continuous"/>
      <w:pgSz w:w="11905" w:h="16837"/>
      <w:pgMar w:top="417" w:right="529" w:bottom="200" w:left="800" w:header="720" w:footer="720" w:gutter="0"/>
      <w:cols w:space="720" w:equalWidth="0">
        <w:col w:w="10576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6CF259C4-F567-4775-B4C5-A15895759321}"/>
    <w:embedBold r:id="rId2" w:fontKey="{8A34E218-13F0-4892-8A58-4090EE0BEE2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33728516">
    <w:abstractNumId w:val="8"/>
  </w:num>
  <w:num w:numId="2" w16cid:durableId="13460060">
    <w:abstractNumId w:val="6"/>
  </w:num>
  <w:num w:numId="3" w16cid:durableId="769741370">
    <w:abstractNumId w:val="5"/>
  </w:num>
  <w:num w:numId="4" w16cid:durableId="359283087">
    <w:abstractNumId w:val="4"/>
  </w:num>
  <w:num w:numId="5" w16cid:durableId="429542928">
    <w:abstractNumId w:val="7"/>
  </w:num>
  <w:num w:numId="6" w16cid:durableId="1052651397">
    <w:abstractNumId w:val="3"/>
  </w:num>
  <w:num w:numId="7" w16cid:durableId="76093857">
    <w:abstractNumId w:val="2"/>
  </w:num>
  <w:num w:numId="8" w16cid:durableId="52655785">
    <w:abstractNumId w:val="1"/>
  </w:num>
  <w:num w:numId="9" w16cid:durableId="393041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hyphenationZone w:val="425"/>
  <w:noPunctuationKerning/>
  <w:characterSpacingControl w:val="compressPunctuationAndJapaneseKana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2C7C64"/>
    <w:rsid w:val="00326F90"/>
    <w:rsid w:val="00340BEF"/>
    <w:rsid w:val="00A74DE2"/>
    <w:rsid w:val="00AA1D8D"/>
    <w:rsid w:val="00B47730"/>
    <w:rsid w:val="00CB0664"/>
    <w:rsid w:val="00DE1DE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3C7243A6"/>
  <w14:defaultImageDpi w14:val="300"/>
  <w15:docId w15:val="{5CF7EF71-BC9A-41B9-950B-C0C70530F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693F"/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3307</Words>
  <Characters>19516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22778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20231008</dc:description>
  <cp:lastModifiedBy>MIŠKOVIČOVÁ Radka</cp:lastModifiedBy>
  <cp:revision>3</cp:revision>
  <dcterms:created xsi:type="dcterms:W3CDTF">2025-05-20T07:18:00Z</dcterms:created>
  <dcterms:modified xsi:type="dcterms:W3CDTF">2025-05-20T15:10:00Z</dcterms:modified>
  <cp:category/>
</cp:coreProperties>
</file>