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6EC5" w:rsidRDefault="00D66EC5">
      <w:pPr>
        <w:wordWrap w:val="0"/>
        <w:autoSpaceDE w:val="0"/>
        <w:autoSpaceDN w:val="0"/>
        <w:spacing w:after="285" w:line="14" w:lineRule="exact"/>
      </w:pPr>
    </w:p>
    <w:p w:rsidR="00D66EC5" w:rsidRDefault="0069268A">
      <w:pPr>
        <w:wordWrap w:val="0"/>
        <w:autoSpaceDE w:val="0"/>
        <w:autoSpaceDN w:val="0"/>
        <w:spacing w:before="599" w:after="30" w:line="259" w:lineRule="exact"/>
        <w:ind w:left="4017"/>
      </w:pPr>
      <w:r>
        <w:rPr>
          <w:rFonts w:ascii="Calibri" w:eastAsia="Calibri" w:hAnsi="Calibri"/>
          <w:b/>
          <w:color w:val="000000"/>
          <w:sz w:val="26"/>
        </w:rPr>
        <w:t>SMLOUVA</w:t>
      </w:r>
    </w:p>
    <w:p w:rsidR="00D66EC5" w:rsidRDefault="0069268A">
      <w:pPr>
        <w:wordWrap w:val="0"/>
        <w:autoSpaceDE w:val="0"/>
        <w:autoSpaceDN w:val="0"/>
        <w:spacing w:before="60" w:after="29" w:line="259" w:lineRule="exact"/>
        <w:ind w:left="362"/>
      </w:pPr>
      <w:r>
        <w:rPr>
          <w:rFonts w:ascii="Calibri" w:eastAsia="Calibri" w:hAnsi="Calibri"/>
          <w:b/>
          <w:color w:val="000000"/>
          <w:sz w:val="26"/>
        </w:rPr>
        <w:t>O</w:t>
      </w:r>
      <w:r>
        <w:rPr>
          <w:rFonts w:ascii="Times New Roman" w:eastAsia="SimSun" w:hAnsi="Times New Roman"/>
          <w:b/>
          <w:color w:val="000000"/>
          <w:spacing w:val="-7"/>
          <w:sz w:val="26"/>
        </w:rPr>
        <w:t xml:space="preserve"> </w:t>
      </w:r>
      <w:r>
        <w:rPr>
          <w:rFonts w:ascii="Calibri" w:eastAsia="Calibri" w:hAnsi="Calibri"/>
          <w:b/>
          <w:color w:val="000000"/>
          <w:sz w:val="26"/>
        </w:rPr>
        <w:t>SPOLUPRÁCI</w:t>
      </w:r>
      <w:r>
        <w:rPr>
          <w:rFonts w:ascii="Times New Roman" w:eastAsia="SimSun" w:hAnsi="Times New Roman"/>
          <w:b/>
          <w:color w:val="000000"/>
          <w:spacing w:val="-5"/>
          <w:sz w:val="26"/>
        </w:rPr>
        <w:t xml:space="preserve"> </w:t>
      </w:r>
      <w:r>
        <w:rPr>
          <w:rFonts w:ascii="Calibri" w:eastAsia="Calibri" w:hAnsi="Calibri"/>
          <w:b/>
          <w:color w:val="000000"/>
          <w:spacing w:val="1"/>
          <w:sz w:val="26"/>
        </w:rPr>
        <w:t>PŘI</w:t>
      </w:r>
      <w:r>
        <w:rPr>
          <w:rFonts w:ascii="Times New Roman" w:eastAsia="SimSun" w:hAnsi="Times New Roman"/>
          <w:b/>
          <w:color w:val="000000"/>
          <w:spacing w:val="-7"/>
          <w:sz w:val="26"/>
        </w:rPr>
        <w:t xml:space="preserve"> </w:t>
      </w:r>
      <w:r>
        <w:rPr>
          <w:rFonts w:ascii="Calibri" w:eastAsia="Calibri" w:hAnsi="Calibri"/>
          <w:b/>
          <w:color w:val="000000"/>
          <w:sz w:val="26"/>
        </w:rPr>
        <w:t>ZAJIŠTĚNÍ</w:t>
      </w:r>
      <w:r>
        <w:rPr>
          <w:rFonts w:ascii="Times New Roman" w:eastAsia="SimSun" w:hAnsi="Times New Roman"/>
          <w:b/>
          <w:color w:val="000000"/>
          <w:spacing w:val="-4"/>
          <w:sz w:val="26"/>
        </w:rPr>
        <w:t xml:space="preserve"> </w:t>
      </w:r>
      <w:r>
        <w:rPr>
          <w:rFonts w:ascii="Calibri" w:eastAsia="Calibri" w:hAnsi="Calibri"/>
          <w:b/>
          <w:color w:val="000000"/>
          <w:sz w:val="26"/>
        </w:rPr>
        <w:t>PODMÍNEK</w:t>
      </w:r>
      <w:r>
        <w:rPr>
          <w:rFonts w:ascii="Times New Roman" w:eastAsia="SimSun" w:hAnsi="Times New Roman"/>
          <w:b/>
          <w:color w:val="000000"/>
          <w:spacing w:val="-5"/>
          <w:sz w:val="26"/>
        </w:rPr>
        <w:t xml:space="preserve"> </w:t>
      </w:r>
      <w:r>
        <w:rPr>
          <w:rFonts w:ascii="Calibri" w:eastAsia="Calibri" w:hAnsi="Calibri"/>
          <w:b/>
          <w:color w:val="000000"/>
          <w:sz w:val="26"/>
        </w:rPr>
        <w:t>PLNĚNÍ</w:t>
      </w:r>
      <w:r>
        <w:rPr>
          <w:rFonts w:ascii="Times New Roman" w:eastAsia="SimSun" w:hAnsi="Times New Roman"/>
          <w:b/>
          <w:color w:val="000000"/>
          <w:spacing w:val="-6"/>
          <w:sz w:val="26"/>
        </w:rPr>
        <w:t xml:space="preserve"> </w:t>
      </w:r>
      <w:r>
        <w:rPr>
          <w:rFonts w:ascii="Calibri" w:eastAsia="Calibri" w:hAnsi="Calibri"/>
          <w:b/>
          <w:color w:val="000000"/>
          <w:spacing w:val="1"/>
          <w:sz w:val="26"/>
        </w:rPr>
        <w:t>POVINNÉ</w:t>
      </w:r>
      <w:r>
        <w:rPr>
          <w:rFonts w:ascii="Times New Roman" w:eastAsia="SimSun" w:hAnsi="Times New Roman"/>
          <w:b/>
          <w:color w:val="000000"/>
          <w:spacing w:val="-7"/>
          <w:sz w:val="26"/>
        </w:rPr>
        <w:t xml:space="preserve"> </w:t>
      </w:r>
      <w:r>
        <w:rPr>
          <w:rFonts w:ascii="Calibri" w:eastAsia="Calibri" w:hAnsi="Calibri"/>
          <w:b/>
          <w:color w:val="000000"/>
          <w:sz w:val="26"/>
        </w:rPr>
        <w:t>ŠKOLNÍ</w:t>
      </w:r>
      <w:r>
        <w:rPr>
          <w:rFonts w:ascii="Times New Roman" w:eastAsia="SimSun" w:hAnsi="Times New Roman"/>
          <w:b/>
          <w:color w:val="000000"/>
          <w:spacing w:val="-5"/>
          <w:sz w:val="26"/>
        </w:rPr>
        <w:t xml:space="preserve"> </w:t>
      </w:r>
      <w:r>
        <w:rPr>
          <w:rFonts w:ascii="Calibri" w:eastAsia="Calibri" w:hAnsi="Calibri"/>
          <w:b/>
          <w:color w:val="000000"/>
          <w:spacing w:val="1"/>
          <w:sz w:val="26"/>
        </w:rPr>
        <w:t>DOCHÁZKY</w:t>
      </w:r>
    </w:p>
    <w:p w:rsidR="00D66EC5" w:rsidRDefault="0069268A">
      <w:pPr>
        <w:wordWrap w:val="0"/>
        <w:autoSpaceDE w:val="0"/>
        <w:autoSpaceDN w:val="0"/>
        <w:spacing w:before="58" w:after="233" w:line="259" w:lineRule="exact"/>
        <w:ind w:left="1526"/>
      </w:pPr>
      <w:r>
        <w:rPr>
          <w:rFonts w:ascii="Calibri" w:eastAsia="Calibri" w:hAnsi="Calibri"/>
          <w:b/>
          <w:color w:val="000000"/>
          <w:spacing w:val="1"/>
          <w:sz w:val="26"/>
        </w:rPr>
        <w:t>DĚTÍ</w:t>
      </w:r>
      <w:r>
        <w:rPr>
          <w:rFonts w:ascii="Times New Roman" w:eastAsia="SimSun" w:hAnsi="Times New Roman"/>
          <w:b/>
          <w:color w:val="000000"/>
          <w:spacing w:val="-7"/>
          <w:sz w:val="26"/>
        </w:rPr>
        <w:t xml:space="preserve"> </w:t>
      </w:r>
      <w:r>
        <w:rPr>
          <w:rFonts w:ascii="Calibri" w:eastAsia="Calibri" w:hAnsi="Calibri"/>
          <w:b/>
          <w:color w:val="000000"/>
          <w:sz w:val="26"/>
        </w:rPr>
        <w:t>S</w:t>
      </w:r>
      <w:r>
        <w:rPr>
          <w:rFonts w:ascii="Times New Roman" w:eastAsia="SimSun" w:hAnsi="Times New Roman"/>
          <w:b/>
          <w:color w:val="000000"/>
          <w:spacing w:val="-5"/>
          <w:sz w:val="26"/>
        </w:rPr>
        <w:t xml:space="preserve"> </w:t>
      </w:r>
      <w:r>
        <w:rPr>
          <w:rFonts w:ascii="Calibri" w:eastAsia="Calibri" w:hAnsi="Calibri"/>
          <w:b/>
          <w:color w:val="000000"/>
          <w:sz w:val="26"/>
        </w:rPr>
        <w:t>MÍSTEM</w:t>
      </w:r>
      <w:r>
        <w:rPr>
          <w:rFonts w:ascii="Times New Roman" w:eastAsia="SimSun" w:hAnsi="Times New Roman"/>
          <w:b/>
          <w:color w:val="000000"/>
          <w:spacing w:val="-7"/>
          <w:sz w:val="26"/>
        </w:rPr>
        <w:t xml:space="preserve"> </w:t>
      </w:r>
      <w:r>
        <w:rPr>
          <w:rFonts w:ascii="Calibri" w:eastAsia="Calibri" w:hAnsi="Calibri"/>
          <w:b/>
          <w:color w:val="000000"/>
          <w:sz w:val="26"/>
        </w:rPr>
        <w:t>TRVALÉHO</w:t>
      </w:r>
      <w:r>
        <w:rPr>
          <w:rFonts w:ascii="Times New Roman" w:eastAsia="SimSun" w:hAnsi="Times New Roman"/>
          <w:b/>
          <w:color w:val="000000"/>
          <w:spacing w:val="-5"/>
          <w:sz w:val="26"/>
        </w:rPr>
        <w:t xml:space="preserve"> </w:t>
      </w:r>
      <w:r>
        <w:rPr>
          <w:rFonts w:ascii="Calibri" w:eastAsia="Calibri" w:hAnsi="Calibri"/>
          <w:b/>
          <w:color w:val="000000"/>
          <w:sz w:val="26"/>
        </w:rPr>
        <w:t>POBYTU</w:t>
      </w:r>
      <w:r>
        <w:rPr>
          <w:rFonts w:ascii="Times New Roman" w:eastAsia="SimSun" w:hAnsi="Times New Roman"/>
          <w:b/>
          <w:color w:val="000000"/>
          <w:spacing w:val="-7"/>
          <w:sz w:val="26"/>
        </w:rPr>
        <w:t xml:space="preserve"> </w:t>
      </w:r>
      <w:r>
        <w:rPr>
          <w:rFonts w:ascii="Calibri" w:eastAsia="Calibri" w:hAnsi="Calibri"/>
          <w:b/>
          <w:color w:val="000000"/>
          <w:sz w:val="26"/>
        </w:rPr>
        <w:t>NA</w:t>
      </w:r>
      <w:r>
        <w:rPr>
          <w:rFonts w:ascii="Times New Roman" w:eastAsia="SimSun" w:hAnsi="Times New Roman"/>
          <w:b/>
          <w:color w:val="000000"/>
          <w:spacing w:val="-7"/>
          <w:sz w:val="26"/>
        </w:rPr>
        <w:t xml:space="preserve"> </w:t>
      </w:r>
      <w:r>
        <w:rPr>
          <w:rFonts w:ascii="Calibri" w:eastAsia="Calibri" w:hAnsi="Calibri"/>
          <w:b/>
          <w:color w:val="000000"/>
          <w:spacing w:val="1"/>
          <w:sz w:val="26"/>
        </w:rPr>
        <w:t>ÚZEMÍ</w:t>
      </w:r>
      <w:r>
        <w:rPr>
          <w:rFonts w:ascii="Times New Roman" w:eastAsia="SimSun" w:hAnsi="Times New Roman"/>
          <w:b/>
          <w:color w:val="000000"/>
          <w:spacing w:val="-6"/>
          <w:sz w:val="26"/>
        </w:rPr>
        <w:t xml:space="preserve"> </w:t>
      </w:r>
      <w:r>
        <w:rPr>
          <w:rFonts w:ascii="Calibri" w:eastAsia="Calibri" w:hAnsi="Calibri"/>
          <w:b/>
          <w:color w:val="000000"/>
          <w:spacing w:val="2"/>
          <w:sz w:val="26"/>
        </w:rPr>
        <w:t>OBCE</w:t>
      </w:r>
      <w:r>
        <w:rPr>
          <w:rFonts w:ascii="Times New Roman" w:eastAsia="SimSun" w:hAnsi="Times New Roman"/>
          <w:b/>
          <w:color w:val="000000"/>
          <w:spacing w:val="-7"/>
          <w:sz w:val="26"/>
        </w:rPr>
        <w:t xml:space="preserve"> </w:t>
      </w:r>
      <w:r>
        <w:rPr>
          <w:rFonts w:ascii="Calibri" w:eastAsia="Calibri" w:hAnsi="Calibri"/>
          <w:b/>
          <w:color w:val="000000"/>
          <w:spacing w:val="1"/>
          <w:sz w:val="26"/>
        </w:rPr>
        <w:t>Libiš</w:t>
      </w:r>
    </w:p>
    <w:p w:rsidR="00D66EC5" w:rsidRDefault="0069268A">
      <w:pPr>
        <w:wordWrap w:val="0"/>
        <w:autoSpaceDE w:val="0"/>
        <w:autoSpaceDN w:val="0"/>
        <w:spacing w:before="465" w:after="159" w:line="240" w:lineRule="exact"/>
        <w:ind w:left="40"/>
      </w:pPr>
      <w:r>
        <w:rPr>
          <w:rFonts w:ascii="Calibri" w:eastAsia="Calibri" w:hAnsi="Calibri"/>
          <w:color w:val="000000"/>
          <w:sz w:val="24"/>
        </w:rPr>
        <w:t>Smluvní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strany</w:t>
      </w:r>
    </w:p>
    <w:p w:rsidR="00D66EC5" w:rsidRDefault="0069268A">
      <w:pPr>
        <w:wordWrap w:val="0"/>
        <w:autoSpaceDE w:val="0"/>
        <w:autoSpaceDN w:val="0"/>
        <w:spacing w:before="319" w:after="26" w:line="240" w:lineRule="exact"/>
        <w:ind w:left="40"/>
      </w:pPr>
      <w:r>
        <w:rPr>
          <w:rFonts w:ascii="Calibri" w:eastAsia="Calibri" w:hAnsi="Calibri"/>
          <w:b/>
          <w:color w:val="000000"/>
          <w:sz w:val="24"/>
        </w:rPr>
        <w:t>Základní</w:t>
      </w:r>
      <w:r>
        <w:rPr>
          <w:rFonts w:ascii="Times New Roman" w:eastAsia="SimSun" w:hAnsi="Times New Roman"/>
          <w:b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b/>
          <w:color w:val="000000"/>
          <w:sz w:val="24"/>
        </w:rPr>
        <w:t>škola</w:t>
      </w:r>
      <w:r>
        <w:rPr>
          <w:rFonts w:ascii="Times New Roman" w:eastAsia="SimSun" w:hAnsi="Times New Roman"/>
          <w:b/>
          <w:color w:val="000000"/>
          <w:spacing w:val="-7"/>
          <w:sz w:val="24"/>
        </w:rPr>
        <w:t xml:space="preserve"> </w:t>
      </w:r>
      <w:r>
        <w:rPr>
          <w:rFonts w:ascii="Calibri" w:eastAsia="Calibri" w:hAnsi="Calibri"/>
          <w:b/>
          <w:color w:val="000000"/>
          <w:sz w:val="24"/>
        </w:rPr>
        <w:t>Ing</w:t>
      </w:r>
      <w:r>
        <w:rPr>
          <w:rFonts w:ascii="Calibri" w:eastAsia="Calibri" w:hAnsi="Calibri"/>
          <w:b/>
          <w:color w:val="000000"/>
          <w:sz w:val="24"/>
        </w:rPr>
        <w:t>.</w:t>
      </w:r>
      <w:r>
        <w:rPr>
          <w:rFonts w:ascii="Times New Roman" w:eastAsia="SimSun" w:hAnsi="Times New Roman"/>
          <w:b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b/>
          <w:color w:val="000000"/>
          <w:spacing w:val="-1"/>
          <w:sz w:val="24"/>
        </w:rPr>
        <w:t>M</w:t>
      </w:r>
      <w:r>
        <w:rPr>
          <w:rFonts w:ascii="Calibri" w:eastAsia="Calibri" w:hAnsi="Calibri"/>
          <w:b/>
          <w:color w:val="000000"/>
          <w:sz w:val="24"/>
        </w:rPr>
        <w:t>.</w:t>
      </w:r>
      <w:r>
        <w:rPr>
          <w:rFonts w:ascii="Times New Roman" w:eastAsia="SimSun" w:hAnsi="Times New Roman"/>
          <w:b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b/>
          <w:color w:val="000000"/>
          <w:sz w:val="24"/>
        </w:rPr>
        <w:t>Plesingera</w:t>
      </w:r>
      <w:r>
        <w:rPr>
          <w:rFonts w:ascii="Calibri" w:eastAsia="Calibri" w:hAnsi="Calibri"/>
          <w:b/>
          <w:color w:val="000000"/>
          <w:spacing w:val="1"/>
          <w:sz w:val="24"/>
        </w:rPr>
        <w:t>-</w:t>
      </w:r>
      <w:r>
        <w:rPr>
          <w:rFonts w:ascii="Calibri" w:eastAsia="Calibri" w:hAnsi="Calibri"/>
          <w:b/>
          <w:color w:val="000000"/>
          <w:sz w:val="24"/>
        </w:rPr>
        <w:t>Božinova</w:t>
      </w:r>
      <w:r>
        <w:rPr>
          <w:rFonts w:ascii="Times New Roman" w:eastAsia="SimSun" w:hAnsi="Times New Roman"/>
          <w:b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b/>
          <w:color w:val="000000"/>
          <w:sz w:val="24"/>
        </w:rPr>
        <w:t>Neratovice</w:t>
      </w:r>
    </w:p>
    <w:p w:rsidR="00D66EC5" w:rsidRDefault="0069268A">
      <w:pPr>
        <w:wordWrap w:val="0"/>
        <w:autoSpaceDE w:val="0"/>
        <w:autoSpaceDN w:val="0"/>
        <w:spacing w:before="53" w:after="27" w:line="240" w:lineRule="exact"/>
        <w:ind w:left="40"/>
      </w:pPr>
      <w:r>
        <w:rPr>
          <w:rFonts w:ascii="Calibri" w:eastAsia="Calibri" w:hAnsi="Calibri"/>
          <w:color w:val="000000"/>
          <w:sz w:val="24"/>
        </w:rPr>
        <w:t>se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sídlem</w:t>
      </w:r>
      <w:r>
        <w:rPr>
          <w:rFonts w:ascii="Times New Roman" w:eastAsia="SimSun" w:hAnsi="Times New Roman"/>
          <w:color w:val="000000"/>
          <w:spacing w:val="-4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Školní</w:t>
      </w:r>
      <w:r>
        <w:rPr>
          <w:rFonts w:ascii="Times New Roman" w:eastAsia="SimSun" w:hAnsi="Times New Roman"/>
          <w:color w:val="000000"/>
          <w:spacing w:val="-7"/>
          <w:sz w:val="24"/>
        </w:rPr>
        <w:t xml:space="preserve"> </w:t>
      </w:r>
      <w:r>
        <w:rPr>
          <w:rFonts w:ascii="Calibri" w:eastAsia="Calibri" w:hAnsi="Calibri"/>
          <w:color w:val="000000"/>
          <w:spacing w:val="1"/>
          <w:sz w:val="24"/>
        </w:rPr>
        <w:t>900</w:t>
      </w:r>
      <w:r>
        <w:rPr>
          <w:rFonts w:ascii="Calibri" w:eastAsia="Calibri" w:hAnsi="Calibri"/>
          <w:color w:val="000000"/>
          <w:spacing w:val="-2"/>
          <w:sz w:val="24"/>
        </w:rPr>
        <w:t>,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pacing w:val="-1"/>
          <w:sz w:val="24"/>
        </w:rPr>
        <w:t>277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pacing w:val="1"/>
          <w:sz w:val="24"/>
        </w:rPr>
        <w:t>11</w:t>
      </w:r>
      <w:r>
        <w:rPr>
          <w:rFonts w:ascii="Times New Roman" w:eastAsia="SimSun" w:hAnsi="Times New Roman"/>
          <w:color w:val="000000"/>
          <w:spacing w:val="-7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Neratovice</w:t>
      </w:r>
    </w:p>
    <w:p w:rsidR="00D66EC5" w:rsidRDefault="0069268A">
      <w:pPr>
        <w:wordWrap w:val="0"/>
        <w:autoSpaceDE w:val="0"/>
        <w:autoSpaceDN w:val="0"/>
        <w:spacing w:before="55" w:after="26" w:line="240" w:lineRule="exact"/>
        <w:ind w:left="40"/>
      </w:pPr>
      <w:r>
        <w:rPr>
          <w:rFonts w:ascii="Calibri" w:eastAsia="Calibri" w:hAnsi="Calibri"/>
          <w:color w:val="000000"/>
          <w:sz w:val="24"/>
        </w:rPr>
        <w:t>zastoupená</w:t>
      </w:r>
      <w:r>
        <w:rPr>
          <w:rFonts w:ascii="Times New Roman" w:eastAsia="SimSun" w:hAnsi="Times New Roman"/>
          <w:color w:val="000000"/>
          <w:spacing w:val="-7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Mgr.</w:t>
      </w:r>
      <w:r>
        <w:rPr>
          <w:rFonts w:ascii="Times New Roman" w:eastAsia="SimSun" w:hAnsi="Times New Roman"/>
          <w:color w:val="000000"/>
          <w:spacing w:val="-6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Jaroslavem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Kuželem</w:t>
      </w:r>
    </w:p>
    <w:p w:rsidR="00D66EC5" w:rsidRDefault="0069268A">
      <w:pPr>
        <w:wordWrap w:val="0"/>
        <w:autoSpaceDE w:val="0"/>
        <w:autoSpaceDN w:val="0"/>
        <w:spacing w:before="53" w:after="26" w:line="240" w:lineRule="exact"/>
        <w:ind w:left="40"/>
      </w:pPr>
      <w:r>
        <w:rPr>
          <w:rFonts w:ascii="Calibri" w:eastAsia="Calibri" w:hAnsi="Calibri"/>
          <w:color w:val="000000"/>
          <w:sz w:val="24"/>
        </w:rPr>
        <w:t>IČO: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495</w:t>
      </w:r>
      <w:r>
        <w:rPr>
          <w:rFonts w:ascii="Times New Roman" w:eastAsia="SimSun" w:hAnsi="Times New Roman"/>
          <w:color w:val="000000"/>
          <w:spacing w:val="-6"/>
          <w:sz w:val="24"/>
        </w:rPr>
        <w:t xml:space="preserve"> </w:t>
      </w:r>
      <w:r>
        <w:rPr>
          <w:rFonts w:ascii="Calibri" w:eastAsia="Calibri" w:hAnsi="Calibri"/>
          <w:color w:val="000000"/>
          <w:spacing w:val="1"/>
          <w:sz w:val="24"/>
        </w:rPr>
        <w:t>16</w:t>
      </w:r>
      <w:r>
        <w:rPr>
          <w:rFonts w:ascii="Times New Roman" w:eastAsia="SimSun" w:hAnsi="Times New Roman"/>
          <w:color w:val="000000"/>
          <w:spacing w:val="-7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256</w:t>
      </w:r>
    </w:p>
    <w:p w:rsidR="00D66EC5" w:rsidRDefault="0069268A">
      <w:pPr>
        <w:wordWrap w:val="0"/>
        <w:autoSpaceDE w:val="0"/>
        <w:autoSpaceDN w:val="0"/>
        <w:spacing w:before="53" w:after="86" w:line="240" w:lineRule="exact"/>
        <w:ind w:left="40"/>
      </w:pPr>
      <w:r>
        <w:rPr>
          <w:rFonts w:ascii="Calibri" w:eastAsia="Calibri" w:hAnsi="Calibri"/>
          <w:color w:val="000000"/>
          <w:sz w:val="24"/>
        </w:rPr>
        <w:t>Číslo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bankovního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účtu</w:t>
      </w:r>
      <w:r>
        <w:rPr>
          <w:rFonts w:ascii="Calibri" w:eastAsia="Calibri" w:hAnsi="Calibri"/>
          <w:color w:val="000000"/>
          <w:spacing w:val="2"/>
          <w:sz w:val="24"/>
        </w:rPr>
        <w:t>:</w:t>
      </w:r>
      <w:r>
        <w:rPr>
          <w:rFonts w:ascii="Times New Roman" w:eastAsia="SimSun" w:hAnsi="Times New Roman"/>
          <w:color w:val="000000"/>
          <w:spacing w:val="-7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461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432</w:t>
      </w:r>
      <w:r>
        <w:rPr>
          <w:rFonts w:ascii="Times New Roman" w:eastAsia="SimSun" w:hAnsi="Times New Roman"/>
          <w:color w:val="000000"/>
          <w:spacing w:val="-7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359</w:t>
      </w:r>
      <w:r>
        <w:rPr>
          <w:rFonts w:ascii="Calibri" w:eastAsia="Calibri" w:hAnsi="Calibri"/>
          <w:color w:val="000000"/>
          <w:spacing w:val="1"/>
          <w:sz w:val="24"/>
        </w:rPr>
        <w:t>/</w:t>
      </w:r>
      <w:r>
        <w:rPr>
          <w:rFonts w:ascii="Calibri" w:eastAsia="Calibri" w:hAnsi="Calibri"/>
          <w:color w:val="000000"/>
          <w:sz w:val="24"/>
        </w:rPr>
        <w:t>0800</w:t>
      </w:r>
    </w:p>
    <w:p w:rsidR="00D66EC5" w:rsidRDefault="0069268A">
      <w:pPr>
        <w:wordWrap w:val="0"/>
        <w:autoSpaceDE w:val="0"/>
        <w:autoSpaceDN w:val="0"/>
        <w:spacing w:before="173" w:after="168" w:line="240" w:lineRule="exact"/>
        <w:ind w:left="40"/>
      </w:pPr>
      <w:r>
        <w:rPr>
          <w:rFonts w:ascii="Calibri" w:eastAsia="Calibri" w:hAnsi="Calibri"/>
          <w:color w:val="000000"/>
          <w:sz w:val="24"/>
        </w:rPr>
        <w:t>(</w:t>
      </w:r>
      <w:r>
        <w:rPr>
          <w:rFonts w:ascii="Calibri" w:eastAsia="Calibri" w:hAnsi="Calibri"/>
          <w:color w:val="000000"/>
          <w:sz w:val="24"/>
        </w:rPr>
        <w:t>dále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jen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„škola</w:t>
      </w:r>
      <w:r>
        <w:rPr>
          <w:rFonts w:ascii="Calibri" w:eastAsia="Calibri" w:hAnsi="Calibri"/>
          <w:color w:val="000000"/>
          <w:sz w:val="24"/>
        </w:rPr>
        <w:t>“</w:t>
      </w:r>
      <w:r>
        <w:rPr>
          <w:rFonts w:ascii="Calibri" w:eastAsia="Calibri" w:hAnsi="Calibri"/>
          <w:color w:val="000000"/>
          <w:spacing w:val="-2"/>
          <w:sz w:val="24"/>
        </w:rPr>
        <w:t>)</w:t>
      </w:r>
    </w:p>
    <w:p w:rsidR="00D66EC5" w:rsidRDefault="0069268A">
      <w:pPr>
        <w:wordWrap w:val="0"/>
        <w:autoSpaceDE w:val="0"/>
        <w:autoSpaceDN w:val="0"/>
        <w:spacing w:before="336" w:after="169" w:line="240" w:lineRule="exact"/>
        <w:ind w:left="40"/>
      </w:pPr>
      <w:r>
        <w:rPr>
          <w:rFonts w:ascii="Calibri" w:eastAsia="Calibri" w:hAnsi="Calibri"/>
          <w:color w:val="000000"/>
          <w:sz w:val="24"/>
        </w:rPr>
        <w:t>a</w:t>
      </w:r>
    </w:p>
    <w:p w:rsidR="00D66EC5" w:rsidRDefault="0069268A">
      <w:pPr>
        <w:wordWrap w:val="0"/>
        <w:autoSpaceDE w:val="0"/>
        <w:autoSpaceDN w:val="0"/>
        <w:spacing w:before="339" w:after="26" w:line="240" w:lineRule="exact"/>
        <w:ind w:left="40"/>
      </w:pPr>
      <w:r>
        <w:rPr>
          <w:rFonts w:ascii="Calibri" w:eastAsia="Calibri" w:hAnsi="Calibri"/>
          <w:b/>
          <w:color w:val="000000"/>
          <w:sz w:val="24"/>
        </w:rPr>
        <w:t>Obec</w:t>
      </w:r>
      <w:r>
        <w:rPr>
          <w:rFonts w:ascii="Times New Roman" w:eastAsia="SimSun" w:hAnsi="Times New Roman"/>
          <w:b/>
          <w:color w:val="000000"/>
          <w:spacing w:val="-4"/>
          <w:sz w:val="24"/>
        </w:rPr>
        <w:t xml:space="preserve"> </w:t>
      </w:r>
      <w:r>
        <w:rPr>
          <w:rFonts w:ascii="Calibri" w:eastAsia="Calibri" w:hAnsi="Calibri"/>
          <w:b/>
          <w:color w:val="000000"/>
          <w:sz w:val="24"/>
        </w:rPr>
        <w:t>Libiš</w:t>
      </w:r>
    </w:p>
    <w:p w:rsidR="00D66EC5" w:rsidRDefault="0069268A">
      <w:pPr>
        <w:wordWrap w:val="0"/>
        <w:autoSpaceDE w:val="0"/>
        <w:autoSpaceDN w:val="0"/>
        <w:spacing w:before="53" w:after="26" w:line="240" w:lineRule="exact"/>
        <w:ind w:left="40"/>
      </w:pPr>
      <w:r>
        <w:rPr>
          <w:rFonts w:ascii="Calibri" w:eastAsia="Calibri" w:hAnsi="Calibri"/>
          <w:color w:val="000000"/>
          <w:sz w:val="24"/>
        </w:rPr>
        <w:t>se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sídlem:</w:t>
      </w:r>
      <w:r>
        <w:rPr>
          <w:rFonts w:ascii="Times New Roman" w:eastAsia="SimSun" w:hAnsi="Times New Roman"/>
          <w:color w:val="000000"/>
          <w:spacing w:val="-4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Mělnická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579,</w:t>
      </w:r>
      <w:r>
        <w:rPr>
          <w:rFonts w:ascii="Times New Roman" w:eastAsia="SimSun" w:hAnsi="Times New Roman"/>
          <w:color w:val="000000"/>
          <w:spacing w:val="-7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277</w:t>
      </w:r>
      <w:r>
        <w:rPr>
          <w:rFonts w:ascii="Times New Roman" w:eastAsia="SimSun" w:hAnsi="Times New Roman"/>
          <w:color w:val="000000"/>
          <w:spacing w:val="-6"/>
          <w:sz w:val="24"/>
        </w:rPr>
        <w:t xml:space="preserve"> </w:t>
      </w:r>
      <w:r>
        <w:rPr>
          <w:rFonts w:ascii="Calibri" w:eastAsia="Calibri" w:hAnsi="Calibri"/>
          <w:color w:val="000000"/>
          <w:spacing w:val="1"/>
          <w:sz w:val="24"/>
        </w:rPr>
        <w:t>11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Libiš</w:t>
      </w:r>
    </w:p>
    <w:p w:rsidR="00D66EC5" w:rsidRDefault="0069268A">
      <w:pPr>
        <w:wordWrap w:val="0"/>
        <w:autoSpaceDE w:val="0"/>
        <w:autoSpaceDN w:val="0"/>
        <w:spacing w:before="53" w:after="26" w:line="240" w:lineRule="exact"/>
        <w:ind w:left="40"/>
      </w:pPr>
      <w:r>
        <w:rPr>
          <w:rFonts w:ascii="Calibri" w:eastAsia="Calibri" w:hAnsi="Calibri"/>
          <w:color w:val="000000"/>
          <w:sz w:val="24"/>
        </w:rPr>
        <w:t>zastoupena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starostkou</w:t>
      </w:r>
      <w:r>
        <w:rPr>
          <w:rFonts w:ascii="Times New Roman" w:eastAsia="SimSun" w:hAnsi="Times New Roman"/>
          <w:color w:val="000000"/>
          <w:spacing w:val="-7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obce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Mgr.</w:t>
      </w:r>
      <w:r>
        <w:rPr>
          <w:rFonts w:ascii="Times New Roman" w:eastAsia="SimSun" w:hAnsi="Times New Roman"/>
          <w:color w:val="000000"/>
          <w:spacing w:val="-8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Pavlínou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Komeštíkovou</w:t>
      </w:r>
    </w:p>
    <w:p w:rsidR="00D66EC5" w:rsidRDefault="0069268A">
      <w:pPr>
        <w:wordWrap w:val="0"/>
        <w:autoSpaceDE w:val="0"/>
        <w:autoSpaceDN w:val="0"/>
        <w:spacing w:before="53" w:after="34" w:line="240" w:lineRule="exact"/>
        <w:ind w:left="40"/>
      </w:pPr>
      <w:r>
        <w:rPr>
          <w:rFonts w:ascii="Calibri" w:eastAsia="Calibri" w:hAnsi="Calibri"/>
          <w:color w:val="000000"/>
          <w:spacing w:val="-1"/>
          <w:sz w:val="24"/>
        </w:rPr>
        <w:t>IČ</w:t>
      </w:r>
      <w:r>
        <w:rPr>
          <w:rFonts w:ascii="Calibri" w:eastAsia="Calibri" w:hAnsi="Calibri"/>
          <w:color w:val="000000"/>
          <w:sz w:val="24"/>
        </w:rPr>
        <w:t>:</w:t>
      </w:r>
      <w:r>
        <w:rPr>
          <w:rFonts w:ascii="Times New Roman" w:eastAsia="SimSun" w:hAnsi="Times New Roman"/>
          <w:color w:val="000000"/>
          <w:spacing w:val="-4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00662241</w:t>
      </w:r>
    </w:p>
    <w:p w:rsidR="00D66EC5" w:rsidRDefault="0069268A">
      <w:pPr>
        <w:wordWrap w:val="0"/>
        <w:autoSpaceDE w:val="0"/>
        <w:autoSpaceDN w:val="0"/>
        <w:spacing w:before="69" w:after="86" w:line="255" w:lineRule="exact"/>
        <w:ind w:left="40"/>
      </w:pPr>
      <w:r>
        <w:rPr>
          <w:rFonts w:ascii="Calibri" w:eastAsia="Calibri" w:hAnsi="Calibri"/>
          <w:color w:val="000000"/>
          <w:sz w:val="24"/>
        </w:rPr>
        <w:t>Číslo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bankovního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účtu:</w:t>
      </w:r>
      <w:r>
        <w:rPr>
          <w:rFonts w:ascii="Times New Roman" w:eastAsia="SimSun" w:hAnsi="Times New Roman"/>
          <w:color w:val="212027"/>
          <w:spacing w:val="-4"/>
          <w:sz w:val="24"/>
        </w:rPr>
        <w:t xml:space="preserve"> </w:t>
      </w:r>
      <w:r>
        <w:rPr>
          <w:rFonts w:ascii="Segoe UI" w:eastAsia="SimHei" w:hAnsi="Segoe UI"/>
          <w:color w:val="212027"/>
          <w:sz w:val="24"/>
        </w:rPr>
        <w:t>473</w:t>
      </w:r>
      <w:r>
        <w:rPr>
          <w:rFonts w:ascii="Times New Roman" w:eastAsia="SimSun" w:hAnsi="Times New Roman"/>
          <w:color w:val="212027"/>
          <w:spacing w:val="5"/>
          <w:sz w:val="24"/>
        </w:rPr>
        <w:t xml:space="preserve"> </w:t>
      </w:r>
      <w:r>
        <w:rPr>
          <w:rFonts w:ascii="Segoe UI" w:eastAsia="SimHei" w:hAnsi="Segoe UI"/>
          <w:color w:val="212027"/>
          <w:sz w:val="24"/>
        </w:rPr>
        <w:t>166</w:t>
      </w:r>
      <w:r>
        <w:rPr>
          <w:rFonts w:ascii="Times New Roman" w:eastAsia="SimSun" w:hAnsi="Times New Roman"/>
          <w:color w:val="212027"/>
          <w:spacing w:val="5"/>
          <w:sz w:val="24"/>
        </w:rPr>
        <w:t xml:space="preserve"> </w:t>
      </w:r>
      <w:r>
        <w:rPr>
          <w:rFonts w:ascii="Segoe UI" w:eastAsia="SimHei" w:hAnsi="Segoe UI"/>
          <w:color w:val="212027"/>
          <w:sz w:val="24"/>
        </w:rPr>
        <w:t>043</w:t>
      </w:r>
      <w:r>
        <w:rPr>
          <w:rFonts w:ascii="Times New Roman" w:eastAsia="SimSun" w:hAnsi="Times New Roman"/>
          <w:color w:val="212027"/>
          <w:spacing w:val="5"/>
          <w:sz w:val="24"/>
        </w:rPr>
        <w:t xml:space="preserve"> </w:t>
      </w:r>
      <w:r>
        <w:rPr>
          <w:rFonts w:ascii="Segoe UI" w:eastAsia="SimHei" w:hAnsi="Segoe UI"/>
          <w:color w:val="212027"/>
          <w:sz w:val="24"/>
        </w:rPr>
        <w:t>/</w:t>
      </w:r>
      <w:r>
        <w:rPr>
          <w:rFonts w:ascii="Times New Roman" w:eastAsia="SimSun" w:hAnsi="Times New Roman"/>
          <w:color w:val="212027"/>
          <w:spacing w:val="5"/>
          <w:sz w:val="24"/>
        </w:rPr>
        <w:t xml:space="preserve"> </w:t>
      </w:r>
      <w:r>
        <w:rPr>
          <w:rFonts w:ascii="Segoe UI" w:eastAsia="SimHei" w:hAnsi="Segoe UI"/>
          <w:color w:val="212027"/>
          <w:sz w:val="24"/>
        </w:rPr>
        <w:t>0300</w:t>
      </w:r>
    </w:p>
    <w:p w:rsidR="00D66EC5" w:rsidRDefault="0069268A">
      <w:pPr>
        <w:wordWrap w:val="0"/>
        <w:autoSpaceDE w:val="0"/>
        <w:autoSpaceDN w:val="0"/>
        <w:spacing w:before="173" w:after="336" w:line="240" w:lineRule="exact"/>
        <w:ind w:left="40"/>
      </w:pPr>
      <w:r>
        <w:rPr>
          <w:rFonts w:ascii="Calibri" w:eastAsia="Calibri" w:hAnsi="Calibri"/>
          <w:color w:val="000000"/>
          <w:sz w:val="24"/>
        </w:rPr>
        <w:t>(</w:t>
      </w:r>
      <w:r>
        <w:rPr>
          <w:rFonts w:ascii="Calibri" w:eastAsia="Calibri" w:hAnsi="Calibri"/>
          <w:color w:val="000000"/>
          <w:sz w:val="24"/>
        </w:rPr>
        <w:t>dále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jen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„obec</w:t>
      </w:r>
      <w:r>
        <w:rPr>
          <w:rFonts w:ascii="Calibri" w:eastAsia="Calibri" w:hAnsi="Calibri"/>
          <w:color w:val="000000"/>
          <w:sz w:val="24"/>
        </w:rPr>
        <w:t>“</w:t>
      </w:r>
      <w:r>
        <w:rPr>
          <w:rFonts w:ascii="Calibri" w:eastAsia="Calibri" w:hAnsi="Calibri"/>
          <w:color w:val="000000"/>
          <w:spacing w:val="-2"/>
          <w:sz w:val="24"/>
        </w:rPr>
        <w:t>)</w:t>
      </w:r>
    </w:p>
    <w:p w:rsidR="00D66EC5" w:rsidRDefault="0069268A">
      <w:pPr>
        <w:wordWrap w:val="0"/>
        <w:autoSpaceDE w:val="0"/>
        <w:autoSpaceDN w:val="0"/>
        <w:spacing w:before="672" w:after="26" w:line="240" w:lineRule="exact"/>
        <w:ind w:left="4509"/>
      </w:pPr>
      <w:r>
        <w:rPr>
          <w:rFonts w:ascii="Calibri" w:eastAsia="Calibri" w:hAnsi="Calibri"/>
          <w:b/>
          <w:color w:val="000000"/>
          <w:spacing w:val="1"/>
          <w:sz w:val="24"/>
        </w:rPr>
        <w:t>I.</w:t>
      </w:r>
    </w:p>
    <w:p w:rsidR="00D66EC5" w:rsidRDefault="0069268A">
      <w:pPr>
        <w:wordWrap w:val="0"/>
        <w:autoSpaceDE w:val="0"/>
        <w:autoSpaceDN w:val="0"/>
        <w:spacing w:before="53" w:after="86" w:line="240" w:lineRule="exact"/>
        <w:ind w:left="2647"/>
      </w:pPr>
      <w:r>
        <w:rPr>
          <w:rFonts w:ascii="Calibri" w:eastAsia="Calibri" w:hAnsi="Calibri"/>
          <w:b/>
          <w:color w:val="000000"/>
          <w:sz w:val="24"/>
        </w:rPr>
        <w:t>Úvodní</w:t>
      </w:r>
      <w:r>
        <w:rPr>
          <w:rFonts w:ascii="Times New Roman" w:eastAsia="SimSun" w:hAnsi="Times New Roman"/>
          <w:b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b/>
          <w:color w:val="000000"/>
          <w:sz w:val="24"/>
        </w:rPr>
        <w:t>ustanovení</w:t>
      </w:r>
      <w:r>
        <w:rPr>
          <w:rFonts w:ascii="Times New Roman" w:eastAsia="SimSun" w:hAnsi="Times New Roman"/>
          <w:b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b/>
          <w:color w:val="000000"/>
          <w:spacing w:val="-1"/>
          <w:sz w:val="24"/>
        </w:rPr>
        <w:t>a</w:t>
      </w:r>
      <w:r>
        <w:rPr>
          <w:rFonts w:ascii="Times New Roman" w:eastAsia="SimSun" w:hAnsi="Times New Roman"/>
          <w:b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b/>
          <w:color w:val="000000"/>
          <w:sz w:val="24"/>
        </w:rPr>
        <w:t>předmět</w:t>
      </w:r>
      <w:r>
        <w:rPr>
          <w:rFonts w:ascii="Times New Roman" w:eastAsia="SimSun" w:hAnsi="Times New Roman"/>
          <w:b/>
          <w:color w:val="000000"/>
          <w:spacing w:val="-4"/>
          <w:sz w:val="24"/>
        </w:rPr>
        <w:t xml:space="preserve"> </w:t>
      </w:r>
      <w:r>
        <w:rPr>
          <w:rFonts w:ascii="Calibri" w:eastAsia="Calibri" w:hAnsi="Calibri"/>
          <w:b/>
          <w:color w:val="000000"/>
          <w:spacing w:val="1"/>
          <w:sz w:val="24"/>
        </w:rPr>
        <w:t>smlouvy</w:t>
      </w:r>
    </w:p>
    <w:p w:rsidR="00D66EC5" w:rsidRDefault="0069268A">
      <w:pPr>
        <w:wordWrap w:val="0"/>
        <w:autoSpaceDE w:val="0"/>
        <w:autoSpaceDN w:val="0"/>
        <w:spacing w:before="173" w:after="49" w:line="240" w:lineRule="exact"/>
        <w:ind w:left="40"/>
      </w:pPr>
      <w:r>
        <w:rPr>
          <w:rFonts w:ascii="Calibri" w:eastAsia="Calibri" w:hAnsi="Calibri"/>
          <w:color w:val="000000"/>
          <w:spacing w:val="1"/>
          <w:sz w:val="24"/>
        </w:rPr>
        <w:t>1</w:t>
      </w:r>
      <w:r>
        <w:rPr>
          <w:rFonts w:ascii="Calibri" w:eastAsia="Calibri" w:hAnsi="Calibri"/>
          <w:color w:val="000000"/>
          <w:spacing w:val="-1"/>
          <w:sz w:val="24"/>
        </w:rPr>
        <w:t>.</w:t>
      </w:r>
      <w:r>
        <w:rPr>
          <w:rFonts w:ascii="Times New Roman" w:eastAsia="SimSun" w:hAnsi="Times New Roman"/>
          <w:color w:val="000000"/>
          <w:spacing w:val="41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Obec</w:t>
      </w:r>
      <w:r>
        <w:rPr>
          <w:rFonts w:ascii="Times New Roman" w:eastAsia="SimSun" w:hAnsi="Times New Roman"/>
          <w:color w:val="000000"/>
          <w:spacing w:val="72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uzavřela</w:t>
      </w:r>
      <w:r>
        <w:rPr>
          <w:rFonts w:ascii="Times New Roman" w:eastAsia="SimSun" w:hAnsi="Times New Roman"/>
          <w:color w:val="000000"/>
          <w:spacing w:val="72"/>
          <w:sz w:val="24"/>
        </w:rPr>
        <w:t xml:space="preserve"> </w:t>
      </w:r>
      <w:r>
        <w:rPr>
          <w:rFonts w:ascii="Calibri" w:eastAsia="Calibri" w:hAnsi="Calibri"/>
          <w:color w:val="000000"/>
          <w:spacing w:val="-1"/>
          <w:sz w:val="24"/>
        </w:rPr>
        <w:t>se</w:t>
      </w:r>
      <w:r>
        <w:rPr>
          <w:rFonts w:ascii="Times New Roman" w:eastAsia="SimSun" w:hAnsi="Times New Roman"/>
          <w:color w:val="000000"/>
          <w:spacing w:val="72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zřizovatelem</w:t>
      </w:r>
      <w:r>
        <w:rPr>
          <w:rFonts w:ascii="Times New Roman" w:eastAsia="SimSun" w:hAnsi="Times New Roman"/>
          <w:color w:val="000000"/>
          <w:spacing w:val="72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školy,</w:t>
      </w:r>
      <w:r>
        <w:rPr>
          <w:rFonts w:ascii="Times New Roman" w:eastAsia="SimSun" w:hAnsi="Times New Roman"/>
          <w:color w:val="000000"/>
          <w:spacing w:val="7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městem</w:t>
      </w:r>
      <w:r>
        <w:rPr>
          <w:rFonts w:ascii="Times New Roman" w:eastAsia="SimSun" w:hAnsi="Times New Roman"/>
          <w:color w:val="000000"/>
          <w:spacing w:val="72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Neratovice</w:t>
      </w:r>
      <w:r>
        <w:rPr>
          <w:rFonts w:ascii="Times New Roman" w:eastAsia="SimSun" w:hAnsi="Times New Roman"/>
          <w:color w:val="000000"/>
          <w:spacing w:val="72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„Dohodu</w:t>
      </w:r>
      <w:r>
        <w:rPr>
          <w:rFonts w:ascii="Times New Roman" w:eastAsia="SimSun" w:hAnsi="Times New Roman"/>
          <w:color w:val="000000"/>
          <w:spacing w:val="70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o</w:t>
      </w:r>
      <w:r>
        <w:rPr>
          <w:rFonts w:ascii="Times New Roman" w:eastAsia="SimSun" w:hAnsi="Times New Roman"/>
          <w:color w:val="000000"/>
          <w:spacing w:val="72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spolupráci</w:t>
      </w:r>
      <w:r>
        <w:rPr>
          <w:rFonts w:ascii="Times New Roman" w:eastAsia="SimSun" w:hAnsi="Times New Roman"/>
          <w:color w:val="000000"/>
          <w:spacing w:val="72"/>
          <w:sz w:val="24"/>
        </w:rPr>
        <w:t xml:space="preserve"> </w:t>
      </w:r>
      <w:r>
        <w:rPr>
          <w:rFonts w:ascii="Calibri" w:eastAsia="Calibri" w:hAnsi="Calibri"/>
          <w:color w:val="000000"/>
          <w:spacing w:val="-1"/>
          <w:sz w:val="24"/>
        </w:rPr>
        <w:t>při</w:t>
      </w:r>
    </w:p>
    <w:p w:rsidR="00D66EC5" w:rsidRDefault="0069268A">
      <w:pPr>
        <w:wordWrap w:val="0"/>
        <w:autoSpaceDE w:val="0"/>
        <w:autoSpaceDN w:val="0"/>
        <w:spacing w:before="99" w:after="48" w:line="240" w:lineRule="exact"/>
        <w:ind w:left="323"/>
      </w:pPr>
      <w:r>
        <w:rPr>
          <w:rFonts w:ascii="Calibri" w:eastAsia="Calibri" w:hAnsi="Calibri"/>
          <w:color w:val="000000"/>
          <w:sz w:val="24"/>
        </w:rPr>
        <w:t>zajištění</w:t>
      </w:r>
      <w:r>
        <w:rPr>
          <w:rFonts w:ascii="Times New Roman" w:eastAsia="SimSun" w:hAnsi="Times New Roman"/>
          <w:color w:val="000000"/>
          <w:spacing w:val="26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podmínek</w:t>
      </w:r>
      <w:r>
        <w:rPr>
          <w:rFonts w:ascii="Times New Roman" w:eastAsia="SimSun" w:hAnsi="Times New Roman"/>
          <w:color w:val="000000"/>
          <w:spacing w:val="28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pro</w:t>
      </w:r>
      <w:r>
        <w:rPr>
          <w:rFonts w:ascii="Times New Roman" w:eastAsia="SimSun" w:hAnsi="Times New Roman"/>
          <w:color w:val="000000"/>
          <w:spacing w:val="27"/>
          <w:sz w:val="24"/>
        </w:rPr>
        <w:t xml:space="preserve"> </w:t>
      </w:r>
      <w:r>
        <w:rPr>
          <w:rFonts w:ascii="Calibri" w:eastAsia="Calibri" w:hAnsi="Calibri"/>
          <w:color w:val="000000"/>
          <w:spacing w:val="1"/>
          <w:sz w:val="24"/>
        </w:rPr>
        <w:t>plnění</w:t>
      </w:r>
      <w:r>
        <w:rPr>
          <w:rFonts w:ascii="Times New Roman" w:eastAsia="SimSun" w:hAnsi="Times New Roman"/>
          <w:color w:val="000000"/>
          <w:spacing w:val="29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školní</w:t>
      </w:r>
      <w:r>
        <w:rPr>
          <w:rFonts w:ascii="Times New Roman" w:eastAsia="SimSun" w:hAnsi="Times New Roman"/>
          <w:color w:val="000000"/>
          <w:spacing w:val="26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docházky</w:t>
      </w:r>
      <w:r>
        <w:rPr>
          <w:rFonts w:ascii="Times New Roman" w:eastAsia="SimSun" w:hAnsi="Times New Roman"/>
          <w:color w:val="000000"/>
          <w:spacing w:val="2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dětí</w:t>
      </w:r>
      <w:r>
        <w:rPr>
          <w:rFonts w:ascii="Times New Roman" w:eastAsia="SimSun" w:hAnsi="Times New Roman"/>
          <w:color w:val="000000"/>
          <w:spacing w:val="29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s</w:t>
      </w:r>
      <w:r>
        <w:rPr>
          <w:rFonts w:ascii="Times New Roman" w:eastAsia="SimSun" w:hAnsi="Times New Roman"/>
          <w:color w:val="000000"/>
          <w:spacing w:val="26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místem</w:t>
      </w:r>
      <w:r>
        <w:rPr>
          <w:rFonts w:ascii="Times New Roman" w:eastAsia="SimSun" w:hAnsi="Times New Roman"/>
          <w:color w:val="000000"/>
          <w:spacing w:val="29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trvalého</w:t>
      </w:r>
      <w:r>
        <w:rPr>
          <w:rFonts w:ascii="Times New Roman" w:eastAsia="SimSun" w:hAnsi="Times New Roman"/>
          <w:color w:val="000000"/>
          <w:spacing w:val="26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pobytu</w:t>
      </w:r>
      <w:r>
        <w:rPr>
          <w:rFonts w:ascii="Times New Roman" w:eastAsia="SimSun" w:hAnsi="Times New Roman"/>
          <w:color w:val="000000"/>
          <w:spacing w:val="26"/>
          <w:sz w:val="24"/>
        </w:rPr>
        <w:t xml:space="preserve"> </w:t>
      </w:r>
      <w:r>
        <w:rPr>
          <w:rFonts w:ascii="Calibri" w:eastAsia="Calibri" w:hAnsi="Calibri"/>
          <w:color w:val="000000"/>
          <w:spacing w:val="-1"/>
          <w:sz w:val="24"/>
        </w:rPr>
        <w:t>na</w:t>
      </w:r>
      <w:r>
        <w:rPr>
          <w:rFonts w:ascii="Times New Roman" w:eastAsia="SimSun" w:hAnsi="Times New Roman"/>
          <w:color w:val="000000"/>
          <w:spacing w:val="29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území</w:t>
      </w:r>
    </w:p>
    <w:p w:rsidR="00D66EC5" w:rsidRDefault="0069268A">
      <w:pPr>
        <w:wordWrap w:val="0"/>
        <w:autoSpaceDE w:val="0"/>
        <w:autoSpaceDN w:val="0"/>
        <w:spacing w:before="96" w:after="109" w:line="240" w:lineRule="exact"/>
        <w:ind w:left="323"/>
      </w:pPr>
      <w:r>
        <w:rPr>
          <w:rFonts w:ascii="Calibri" w:eastAsia="Calibri" w:hAnsi="Calibri"/>
          <w:color w:val="000000"/>
          <w:sz w:val="24"/>
        </w:rPr>
        <w:t>obce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Libiš“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pacing w:val="-1"/>
          <w:sz w:val="24"/>
        </w:rPr>
        <w:t>č</w:t>
      </w:r>
      <w:r>
        <w:rPr>
          <w:rFonts w:ascii="Calibri" w:eastAsia="Calibri" w:hAnsi="Calibri"/>
          <w:color w:val="000000"/>
          <w:sz w:val="24"/>
        </w:rPr>
        <w:t>.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2023</w:t>
      </w:r>
      <w:r>
        <w:rPr>
          <w:rFonts w:ascii="Calibri" w:eastAsia="Calibri" w:hAnsi="Calibri"/>
          <w:color w:val="000000"/>
          <w:spacing w:val="-1"/>
          <w:sz w:val="24"/>
        </w:rPr>
        <w:t>/</w:t>
      </w:r>
      <w:r>
        <w:rPr>
          <w:rFonts w:ascii="Calibri" w:eastAsia="Calibri" w:hAnsi="Calibri"/>
          <w:color w:val="000000"/>
          <w:sz w:val="24"/>
        </w:rPr>
        <w:t>0157</w:t>
      </w:r>
      <w:r>
        <w:rPr>
          <w:rFonts w:ascii="Calibri" w:eastAsia="Calibri" w:hAnsi="Calibri"/>
          <w:color w:val="000000"/>
          <w:spacing w:val="-1"/>
          <w:sz w:val="24"/>
        </w:rPr>
        <w:t>.</w:t>
      </w:r>
    </w:p>
    <w:p w:rsidR="00D66EC5" w:rsidRDefault="0069268A">
      <w:pPr>
        <w:wordWrap w:val="0"/>
        <w:autoSpaceDE w:val="0"/>
        <w:autoSpaceDN w:val="0"/>
        <w:spacing w:before="218" w:after="48" w:line="240" w:lineRule="exact"/>
        <w:ind w:left="40"/>
      </w:pPr>
      <w:r>
        <w:rPr>
          <w:rFonts w:ascii="Calibri" w:eastAsia="Calibri" w:hAnsi="Calibri"/>
          <w:color w:val="000000"/>
          <w:spacing w:val="1"/>
          <w:sz w:val="24"/>
        </w:rPr>
        <w:t>2</w:t>
      </w:r>
      <w:r>
        <w:rPr>
          <w:rFonts w:ascii="Calibri" w:eastAsia="Calibri" w:hAnsi="Calibri"/>
          <w:color w:val="000000"/>
          <w:spacing w:val="-1"/>
          <w:sz w:val="24"/>
        </w:rPr>
        <w:t>.</w:t>
      </w:r>
      <w:r>
        <w:rPr>
          <w:rFonts w:ascii="Times New Roman" w:eastAsia="SimSun" w:hAnsi="Times New Roman"/>
          <w:color w:val="000000"/>
          <w:spacing w:val="41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Předmětem</w:t>
      </w:r>
      <w:r>
        <w:rPr>
          <w:rFonts w:ascii="Times New Roman" w:eastAsia="SimSun" w:hAnsi="Times New Roman"/>
          <w:color w:val="000000"/>
          <w:spacing w:val="53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této</w:t>
      </w:r>
      <w:r>
        <w:rPr>
          <w:rFonts w:ascii="Times New Roman" w:eastAsia="SimSun" w:hAnsi="Times New Roman"/>
          <w:color w:val="000000"/>
          <w:spacing w:val="56"/>
          <w:sz w:val="24"/>
        </w:rPr>
        <w:t xml:space="preserve"> </w:t>
      </w:r>
      <w:r>
        <w:rPr>
          <w:rFonts w:ascii="Calibri" w:eastAsia="Calibri" w:hAnsi="Calibri"/>
          <w:color w:val="000000"/>
          <w:spacing w:val="-1"/>
          <w:sz w:val="24"/>
        </w:rPr>
        <w:t>smlouvy</w:t>
      </w:r>
      <w:r>
        <w:rPr>
          <w:rFonts w:ascii="Times New Roman" w:eastAsia="SimSun" w:hAnsi="Times New Roman"/>
          <w:color w:val="000000"/>
          <w:spacing w:val="5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je</w:t>
      </w:r>
      <w:r>
        <w:rPr>
          <w:rFonts w:ascii="Times New Roman" w:eastAsia="SimSun" w:hAnsi="Times New Roman"/>
          <w:color w:val="000000"/>
          <w:spacing w:val="5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spolupráce</w:t>
      </w:r>
      <w:r>
        <w:rPr>
          <w:rFonts w:ascii="Times New Roman" w:eastAsia="SimSun" w:hAnsi="Times New Roman"/>
          <w:color w:val="000000"/>
          <w:spacing w:val="5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obce</w:t>
      </w:r>
      <w:r>
        <w:rPr>
          <w:rFonts w:ascii="Times New Roman" w:eastAsia="SimSun" w:hAnsi="Times New Roman"/>
          <w:color w:val="000000"/>
          <w:spacing w:val="53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a</w:t>
      </w:r>
      <w:r>
        <w:rPr>
          <w:rFonts w:ascii="Times New Roman" w:eastAsia="SimSun" w:hAnsi="Times New Roman"/>
          <w:color w:val="000000"/>
          <w:spacing w:val="5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školy</w:t>
      </w:r>
      <w:r>
        <w:rPr>
          <w:rFonts w:ascii="Times New Roman" w:eastAsia="SimSun" w:hAnsi="Times New Roman"/>
          <w:color w:val="000000"/>
          <w:spacing w:val="5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při</w:t>
      </w:r>
      <w:r>
        <w:rPr>
          <w:rFonts w:ascii="Times New Roman" w:eastAsia="SimSun" w:hAnsi="Times New Roman"/>
          <w:color w:val="000000"/>
          <w:spacing w:val="5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zabezpečení</w:t>
      </w:r>
      <w:r>
        <w:rPr>
          <w:rFonts w:ascii="Times New Roman" w:eastAsia="SimSun" w:hAnsi="Times New Roman"/>
          <w:color w:val="000000"/>
          <w:spacing w:val="5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povinné</w:t>
      </w:r>
      <w:r>
        <w:rPr>
          <w:rFonts w:ascii="Times New Roman" w:eastAsia="SimSun" w:hAnsi="Times New Roman"/>
          <w:color w:val="000000"/>
          <w:spacing w:val="5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školní</w:t>
      </w:r>
    </w:p>
    <w:p w:rsidR="00D66EC5" w:rsidRDefault="0069268A">
      <w:pPr>
        <w:wordWrap w:val="0"/>
        <w:autoSpaceDE w:val="0"/>
        <w:autoSpaceDN w:val="0"/>
        <w:spacing w:before="96" w:after="314" w:line="240" w:lineRule="exact"/>
        <w:ind w:left="323"/>
      </w:pPr>
      <w:r>
        <w:rPr>
          <w:rFonts w:ascii="Calibri" w:eastAsia="Calibri" w:hAnsi="Calibri"/>
          <w:color w:val="000000"/>
          <w:sz w:val="24"/>
        </w:rPr>
        <w:t>docházky</w:t>
      </w:r>
      <w:r>
        <w:rPr>
          <w:rFonts w:ascii="Times New Roman" w:eastAsia="SimSun" w:hAnsi="Times New Roman"/>
          <w:color w:val="000000"/>
          <w:spacing w:val="-7"/>
          <w:sz w:val="24"/>
        </w:rPr>
        <w:t xml:space="preserve"> </w:t>
      </w:r>
      <w:r>
        <w:rPr>
          <w:rFonts w:ascii="Calibri" w:eastAsia="Calibri" w:hAnsi="Calibri"/>
          <w:color w:val="000000"/>
          <w:spacing w:val="1"/>
          <w:sz w:val="24"/>
        </w:rPr>
        <w:t>pro</w:t>
      </w:r>
      <w:r>
        <w:rPr>
          <w:rFonts w:ascii="Times New Roman" w:eastAsia="SimSun" w:hAnsi="Times New Roman"/>
          <w:color w:val="000000"/>
          <w:spacing w:val="-7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žáky</w:t>
      </w:r>
      <w:r>
        <w:rPr>
          <w:rFonts w:ascii="Times New Roman" w:eastAsia="SimSun" w:hAnsi="Times New Roman"/>
          <w:color w:val="000000"/>
          <w:spacing w:val="-6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s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trvalým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pobytem</w:t>
      </w:r>
      <w:r>
        <w:rPr>
          <w:rFonts w:ascii="Times New Roman" w:eastAsia="SimSun" w:hAnsi="Times New Roman"/>
          <w:color w:val="000000"/>
          <w:spacing w:val="-4"/>
          <w:sz w:val="24"/>
        </w:rPr>
        <w:t xml:space="preserve"> </w:t>
      </w:r>
      <w:r>
        <w:rPr>
          <w:rFonts w:ascii="Calibri" w:eastAsia="Calibri" w:hAnsi="Calibri"/>
          <w:color w:val="000000"/>
          <w:spacing w:val="-3"/>
          <w:sz w:val="24"/>
        </w:rPr>
        <w:t>v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územním</w:t>
      </w:r>
      <w:r>
        <w:rPr>
          <w:rFonts w:ascii="Times New Roman" w:eastAsia="SimSun" w:hAnsi="Times New Roman"/>
          <w:color w:val="000000"/>
          <w:spacing w:val="-7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obvodu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pacing w:val="1"/>
          <w:sz w:val="24"/>
        </w:rPr>
        <w:t>obce</w:t>
      </w:r>
      <w:r>
        <w:rPr>
          <w:rFonts w:ascii="Calibri" w:eastAsia="Calibri" w:hAnsi="Calibri"/>
          <w:color w:val="000000"/>
          <w:spacing w:val="-3"/>
          <w:sz w:val="24"/>
        </w:rPr>
        <w:t>.</w:t>
      </w:r>
    </w:p>
    <w:p w:rsidR="00D66EC5" w:rsidRDefault="0069268A">
      <w:pPr>
        <w:wordWrap w:val="0"/>
        <w:autoSpaceDE w:val="0"/>
        <w:autoSpaceDN w:val="0"/>
        <w:spacing w:before="629" w:after="27" w:line="240" w:lineRule="exact"/>
        <w:ind w:left="4478"/>
      </w:pPr>
      <w:r>
        <w:rPr>
          <w:rFonts w:ascii="Calibri" w:eastAsia="Calibri" w:hAnsi="Calibri"/>
          <w:b/>
          <w:color w:val="000000"/>
          <w:spacing w:val="1"/>
          <w:sz w:val="24"/>
        </w:rPr>
        <w:t>II.</w:t>
      </w:r>
    </w:p>
    <w:p w:rsidR="00D66EC5" w:rsidRDefault="0069268A">
      <w:pPr>
        <w:wordWrap w:val="0"/>
        <w:autoSpaceDE w:val="0"/>
        <w:autoSpaceDN w:val="0"/>
        <w:spacing w:before="55" w:after="86" w:line="240" w:lineRule="exact"/>
        <w:ind w:left="3653"/>
      </w:pPr>
      <w:r>
        <w:rPr>
          <w:rFonts w:ascii="Calibri" w:eastAsia="Calibri" w:hAnsi="Calibri"/>
          <w:b/>
          <w:color w:val="000000"/>
          <w:sz w:val="24"/>
        </w:rPr>
        <w:t>Práva</w:t>
      </w:r>
      <w:r>
        <w:rPr>
          <w:rFonts w:ascii="Times New Roman" w:eastAsia="SimSun" w:hAnsi="Times New Roman"/>
          <w:b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b/>
          <w:color w:val="000000"/>
          <w:spacing w:val="-1"/>
          <w:sz w:val="24"/>
        </w:rPr>
        <w:t>a</w:t>
      </w:r>
      <w:r>
        <w:rPr>
          <w:rFonts w:ascii="Times New Roman" w:eastAsia="SimSun" w:hAnsi="Times New Roman"/>
          <w:b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b/>
          <w:color w:val="000000"/>
          <w:sz w:val="24"/>
        </w:rPr>
        <w:t>povinnosti</w:t>
      </w:r>
    </w:p>
    <w:p w:rsidR="00D66EC5" w:rsidRDefault="0069268A">
      <w:pPr>
        <w:wordWrap w:val="0"/>
        <w:autoSpaceDE w:val="0"/>
        <w:autoSpaceDN w:val="0"/>
        <w:spacing w:before="173" w:after="48" w:line="240" w:lineRule="exact"/>
        <w:ind w:left="40"/>
      </w:pPr>
      <w:r>
        <w:rPr>
          <w:rFonts w:ascii="Calibri" w:eastAsia="Calibri" w:hAnsi="Calibri"/>
          <w:color w:val="000000"/>
          <w:spacing w:val="1"/>
          <w:sz w:val="24"/>
        </w:rPr>
        <w:t>1</w:t>
      </w:r>
      <w:r>
        <w:rPr>
          <w:rFonts w:ascii="Calibri" w:eastAsia="Calibri" w:hAnsi="Calibri"/>
          <w:color w:val="000000"/>
          <w:spacing w:val="-1"/>
          <w:sz w:val="24"/>
        </w:rPr>
        <w:t>.</w:t>
      </w:r>
      <w:r>
        <w:rPr>
          <w:rFonts w:ascii="Times New Roman" w:eastAsia="SimSun" w:hAnsi="Times New Roman"/>
          <w:color w:val="000000"/>
          <w:spacing w:val="41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Škola</w:t>
      </w:r>
      <w:r>
        <w:rPr>
          <w:rFonts w:ascii="Times New Roman" w:eastAsia="SimSun" w:hAnsi="Times New Roman"/>
          <w:color w:val="000000"/>
          <w:spacing w:val="-3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se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na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základě</w:t>
      </w:r>
      <w:r>
        <w:rPr>
          <w:rFonts w:ascii="Times New Roman" w:eastAsia="SimSun" w:hAnsi="Times New Roman"/>
          <w:color w:val="000000"/>
          <w:spacing w:val="-3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této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smlouvy</w:t>
      </w:r>
      <w:r>
        <w:rPr>
          <w:rFonts w:ascii="Times New Roman" w:eastAsia="SimSun" w:hAnsi="Times New Roman"/>
          <w:color w:val="000000"/>
          <w:spacing w:val="-3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zavazuje</w:t>
      </w:r>
      <w:r>
        <w:rPr>
          <w:rFonts w:ascii="Times New Roman" w:eastAsia="SimSun" w:hAnsi="Times New Roman"/>
          <w:color w:val="000000"/>
          <w:spacing w:val="-2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spolupracovat</w:t>
      </w:r>
      <w:r>
        <w:rPr>
          <w:rFonts w:ascii="Times New Roman" w:eastAsia="SimSun" w:hAnsi="Times New Roman"/>
          <w:color w:val="000000"/>
          <w:spacing w:val="-3"/>
          <w:sz w:val="24"/>
        </w:rPr>
        <w:t xml:space="preserve"> </w:t>
      </w:r>
      <w:r>
        <w:rPr>
          <w:rFonts w:ascii="Calibri" w:eastAsia="Calibri" w:hAnsi="Calibri"/>
          <w:color w:val="000000"/>
          <w:spacing w:val="-3"/>
          <w:sz w:val="24"/>
        </w:rPr>
        <w:t>s</w:t>
      </w:r>
      <w:r>
        <w:rPr>
          <w:rFonts w:ascii="Times New Roman" w:eastAsia="SimSun" w:hAnsi="Times New Roman"/>
          <w:color w:val="000000"/>
          <w:spacing w:val="-3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obcí</w:t>
      </w:r>
      <w:r>
        <w:rPr>
          <w:rFonts w:ascii="Times New Roman" w:eastAsia="SimSun" w:hAnsi="Times New Roman"/>
          <w:color w:val="000000"/>
          <w:spacing w:val="-3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při</w:t>
      </w:r>
      <w:r>
        <w:rPr>
          <w:rFonts w:ascii="Times New Roman" w:eastAsia="SimSun" w:hAnsi="Times New Roman"/>
          <w:color w:val="000000"/>
          <w:spacing w:val="-3"/>
          <w:sz w:val="24"/>
        </w:rPr>
        <w:t xml:space="preserve"> </w:t>
      </w:r>
      <w:r>
        <w:rPr>
          <w:rFonts w:ascii="Calibri" w:eastAsia="Calibri" w:hAnsi="Calibri"/>
          <w:color w:val="000000"/>
          <w:spacing w:val="1"/>
          <w:sz w:val="24"/>
        </w:rPr>
        <w:t>zajištění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povinné</w:t>
      </w:r>
      <w:r>
        <w:rPr>
          <w:rFonts w:ascii="Times New Roman" w:eastAsia="SimSun" w:hAnsi="Times New Roman"/>
          <w:color w:val="000000"/>
          <w:spacing w:val="-2"/>
          <w:sz w:val="24"/>
        </w:rPr>
        <w:t xml:space="preserve"> </w:t>
      </w:r>
      <w:r>
        <w:rPr>
          <w:rFonts w:ascii="Calibri" w:eastAsia="Calibri" w:hAnsi="Calibri"/>
          <w:color w:val="000000"/>
          <w:spacing w:val="-1"/>
          <w:sz w:val="24"/>
        </w:rPr>
        <w:t>školní</w:t>
      </w:r>
    </w:p>
    <w:p w:rsidR="00D66EC5" w:rsidRDefault="0069268A">
      <w:pPr>
        <w:wordWrap w:val="0"/>
        <w:autoSpaceDE w:val="0"/>
        <w:autoSpaceDN w:val="0"/>
        <w:spacing w:before="96" w:after="108" w:line="240" w:lineRule="exact"/>
        <w:ind w:left="323"/>
      </w:pPr>
      <w:r>
        <w:rPr>
          <w:rFonts w:ascii="Calibri" w:eastAsia="Calibri" w:hAnsi="Calibri"/>
          <w:color w:val="000000"/>
          <w:sz w:val="24"/>
        </w:rPr>
        <w:t>docházky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II.</w:t>
      </w:r>
      <w:r>
        <w:rPr>
          <w:rFonts w:ascii="Times New Roman" w:eastAsia="SimSun" w:hAnsi="Times New Roman"/>
          <w:color w:val="000000"/>
          <w:spacing w:val="-6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stupně</w:t>
      </w:r>
      <w:r>
        <w:rPr>
          <w:rFonts w:ascii="Times New Roman" w:eastAsia="SimSun" w:hAnsi="Times New Roman"/>
          <w:color w:val="000000"/>
          <w:spacing w:val="-7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základní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školy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žáků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s</w:t>
      </w:r>
      <w:r>
        <w:rPr>
          <w:rFonts w:ascii="Times New Roman" w:eastAsia="SimSun" w:hAnsi="Times New Roman"/>
          <w:color w:val="000000"/>
          <w:spacing w:val="-7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trvalým</w:t>
      </w:r>
      <w:r>
        <w:rPr>
          <w:rFonts w:ascii="Times New Roman" w:eastAsia="SimSun" w:hAnsi="Times New Roman"/>
          <w:color w:val="000000"/>
          <w:spacing w:val="-7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pobytem</w:t>
      </w:r>
      <w:r>
        <w:rPr>
          <w:rFonts w:ascii="Times New Roman" w:eastAsia="SimSun" w:hAnsi="Times New Roman"/>
          <w:color w:val="000000"/>
          <w:spacing w:val="-4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v</w:t>
      </w:r>
      <w:r>
        <w:rPr>
          <w:rFonts w:ascii="Times New Roman" w:eastAsia="SimSun" w:hAnsi="Times New Roman"/>
          <w:color w:val="000000"/>
          <w:spacing w:val="-8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územním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obvodu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obce.</w:t>
      </w:r>
    </w:p>
    <w:p w:rsidR="00D66EC5" w:rsidRDefault="0069268A">
      <w:pPr>
        <w:wordWrap w:val="0"/>
        <w:autoSpaceDE w:val="0"/>
        <w:autoSpaceDN w:val="0"/>
        <w:spacing w:before="216" w:after="49" w:line="240" w:lineRule="exact"/>
        <w:ind w:left="40"/>
      </w:pPr>
      <w:r>
        <w:rPr>
          <w:rFonts w:ascii="Calibri" w:eastAsia="Calibri" w:hAnsi="Calibri"/>
          <w:color w:val="000000"/>
          <w:spacing w:val="1"/>
          <w:sz w:val="24"/>
        </w:rPr>
        <w:t>2</w:t>
      </w:r>
      <w:r>
        <w:rPr>
          <w:rFonts w:ascii="Calibri" w:eastAsia="Calibri" w:hAnsi="Calibri"/>
          <w:color w:val="000000"/>
          <w:spacing w:val="-1"/>
          <w:sz w:val="24"/>
        </w:rPr>
        <w:t>.</w:t>
      </w:r>
      <w:r>
        <w:rPr>
          <w:rFonts w:ascii="Times New Roman" w:eastAsia="SimSun" w:hAnsi="Times New Roman"/>
          <w:color w:val="000000"/>
          <w:spacing w:val="41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Obec</w:t>
      </w:r>
      <w:r>
        <w:rPr>
          <w:rFonts w:ascii="Times New Roman" w:eastAsia="SimSun" w:hAnsi="Times New Roman"/>
          <w:color w:val="000000"/>
          <w:spacing w:val="-3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se</w:t>
      </w:r>
      <w:r>
        <w:rPr>
          <w:rFonts w:ascii="Times New Roman" w:eastAsia="SimSun" w:hAnsi="Times New Roman"/>
          <w:color w:val="000000"/>
          <w:spacing w:val="-2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zavazuje</w:t>
      </w:r>
      <w:r>
        <w:rPr>
          <w:rFonts w:ascii="Times New Roman" w:eastAsia="SimSun" w:hAnsi="Times New Roman"/>
          <w:color w:val="000000"/>
          <w:spacing w:val="-3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hradit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škole</w:t>
      </w:r>
      <w:r>
        <w:rPr>
          <w:rFonts w:ascii="Times New Roman" w:eastAsia="SimSun" w:hAnsi="Times New Roman"/>
          <w:color w:val="000000"/>
          <w:spacing w:val="1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finanční</w:t>
      </w:r>
      <w:r>
        <w:rPr>
          <w:rFonts w:ascii="Times New Roman" w:eastAsia="SimSun" w:hAnsi="Times New Roman"/>
          <w:color w:val="000000"/>
          <w:spacing w:val="-3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příspěvek</w:t>
      </w:r>
      <w:r>
        <w:rPr>
          <w:rFonts w:ascii="Times New Roman" w:eastAsia="SimSun" w:hAnsi="Times New Roman"/>
          <w:color w:val="000000"/>
          <w:spacing w:val="-3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na</w:t>
      </w:r>
      <w:r>
        <w:rPr>
          <w:rFonts w:ascii="Times New Roman" w:eastAsia="SimSun" w:hAnsi="Times New Roman"/>
          <w:color w:val="000000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neinvestiční</w:t>
      </w:r>
      <w:r>
        <w:rPr>
          <w:rFonts w:ascii="Times New Roman" w:eastAsia="SimSun" w:hAnsi="Times New Roman"/>
          <w:color w:val="000000"/>
          <w:spacing w:val="-3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výdaje</w:t>
      </w:r>
      <w:r>
        <w:rPr>
          <w:rFonts w:ascii="Times New Roman" w:eastAsia="SimSun" w:hAnsi="Times New Roman"/>
          <w:color w:val="000000"/>
          <w:spacing w:val="-3"/>
          <w:sz w:val="24"/>
        </w:rPr>
        <w:t xml:space="preserve"> </w:t>
      </w:r>
      <w:r>
        <w:rPr>
          <w:rFonts w:ascii="Calibri" w:eastAsia="Calibri" w:hAnsi="Calibri"/>
          <w:color w:val="000000"/>
          <w:spacing w:val="-1"/>
          <w:sz w:val="24"/>
        </w:rPr>
        <w:t>ve</w:t>
      </w:r>
      <w:r>
        <w:rPr>
          <w:rFonts w:ascii="Times New Roman" w:eastAsia="SimSun" w:hAnsi="Times New Roman"/>
          <w:color w:val="000000"/>
          <w:spacing w:val="-3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výši</w:t>
      </w:r>
      <w:r>
        <w:rPr>
          <w:rFonts w:ascii="Times New Roman" w:eastAsia="SimSun" w:hAnsi="Times New Roman"/>
          <w:color w:val="000000"/>
          <w:sz w:val="24"/>
        </w:rPr>
        <w:t xml:space="preserve"> </w:t>
      </w:r>
      <w:r>
        <w:rPr>
          <w:rFonts w:ascii="Calibri" w:eastAsia="Calibri" w:hAnsi="Calibri"/>
          <w:color w:val="000000"/>
          <w:spacing w:val="1"/>
          <w:sz w:val="24"/>
        </w:rPr>
        <w:t>8</w:t>
      </w:r>
      <w:r>
        <w:rPr>
          <w:rFonts w:ascii="Calibri" w:eastAsia="Calibri" w:hAnsi="Calibri"/>
          <w:color w:val="000000"/>
          <w:sz w:val="24"/>
        </w:rPr>
        <w:t>.</w:t>
      </w:r>
      <w:r>
        <w:rPr>
          <w:rFonts w:ascii="Calibri" w:eastAsia="Calibri" w:hAnsi="Calibri"/>
          <w:color w:val="000000"/>
          <w:spacing w:val="1"/>
          <w:sz w:val="24"/>
        </w:rPr>
        <w:t>000</w:t>
      </w:r>
      <w:r>
        <w:rPr>
          <w:rFonts w:ascii="Times New Roman" w:eastAsia="SimSun" w:hAnsi="Times New Roman"/>
          <w:color w:val="000000"/>
          <w:spacing w:val="-2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Kč</w:t>
      </w:r>
      <w:r>
        <w:rPr>
          <w:rFonts w:ascii="Times New Roman" w:eastAsia="SimSun" w:hAnsi="Times New Roman"/>
          <w:color w:val="000000"/>
          <w:spacing w:val="-2"/>
          <w:sz w:val="24"/>
        </w:rPr>
        <w:t xml:space="preserve"> </w:t>
      </w:r>
      <w:r>
        <w:rPr>
          <w:rFonts w:ascii="Calibri" w:eastAsia="Calibri" w:hAnsi="Calibri"/>
          <w:color w:val="000000"/>
          <w:spacing w:val="-1"/>
          <w:sz w:val="24"/>
        </w:rPr>
        <w:t>za</w:t>
      </w:r>
    </w:p>
    <w:p w:rsidR="00D66EC5" w:rsidRDefault="0069268A">
      <w:pPr>
        <w:wordWrap w:val="0"/>
        <w:autoSpaceDE w:val="0"/>
        <w:autoSpaceDN w:val="0"/>
        <w:spacing w:before="98" w:after="48" w:line="240" w:lineRule="exact"/>
        <w:ind w:left="323"/>
      </w:pPr>
      <w:r>
        <w:rPr>
          <w:rFonts w:ascii="Calibri" w:eastAsia="Calibri" w:hAnsi="Calibri"/>
          <w:color w:val="000000"/>
          <w:sz w:val="24"/>
        </w:rPr>
        <w:t>školní</w:t>
      </w:r>
      <w:r>
        <w:rPr>
          <w:rFonts w:ascii="Times New Roman" w:eastAsia="SimSun" w:hAnsi="Times New Roman"/>
          <w:color w:val="000000"/>
          <w:spacing w:val="43"/>
          <w:sz w:val="24"/>
        </w:rPr>
        <w:t xml:space="preserve"> </w:t>
      </w:r>
      <w:r>
        <w:rPr>
          <w:rFonts w:ascii="Calibri" w:eastAsia="Calibri" w:hAnsi="Calibri"/>
          <w:color w:val="000000"/>
          <w:spacing w:val="-1"/>
          <w:sz w:val="24"/>
        </w:rPr>
        <w:t>rok</w:t>
      </w:r>
      <w:r>
        <w:rPr>
          <w:rFonts w:ascii="Times New Roman" w:eastAsia="SimSun" w:hAnsi="Times New Roman"/>
          <w:color w:val="000000"/>
          <w:spacing w:val="43"/>
          <w:sz w:val="24"/>
        </w:rPr>
        <w:t xml:space="preserve"> </w:t>
      </w:r>
      <w:r>
        <w:rPr>
          <w:rFonts w:ascii="Calibri" w:eastAsia="Calibri" w:hAnsi="Calibri"/>
          <w:color w:val="000000"/>
          <w:spacing w:val="-2"/>
          <w:sz w:val="24"/>
        </w:rPr>
        <w:t>a</w:t>
      </w:r>
      <w:r>
        <w:rPr>
          <w:rFonts w:ascii="Times New Roman" w:eastAsia="SimSun" w:hAnsi="Times New Roman"/>
          <w:color w:val="000000"/>
          <w:spacing w:val="43"/>
          <w:sz w:val="24"/>
        </w:rPr>
        <w:t xml:space="preserve"> </w:t>
      </w:r>
      <w:r>
        <w:rPr>
          <w:rFonts w:ascii="Calibri" w:eastAsia="Calibri" w:hAnsi="Calibri"/>
          <w:color w:val="000000"/>
          <w:spacing w:val="-1"/>
          <w:sz w:val="24"/>
        </w:rPr>
        <w:t>za</w:t>
      </w:r>
      <w:r>
        <w:rPr>
          <w:rFonts w:ascii="Times New Roman" w:eastAsia="SimSun" w:hAnsi="Times New Roman"/>
          <w:color w:val="000000"/>
          <w:spacing w:val="43"/>
          <w:sz w:val="24"/>
        </w:rPr>
        <w:t xml:space="preserve"> </w:t>
      </w:r>
      <w:r>
        <w:rPr>
          <w:rFonts w:ascii="Calibri" w:eastAsia="Calibri" w:hAnsi="Calibri"/>
          <w:color w:val="000000"/>
          <w:spacing w:val="-1"/>
          <w:sz w:val="24"/>
        </w:rPr>
        <w:t>každého</w:t>
      </w:r>
      <w:r>
        <w:rPr>
          <w:rFonts w:ascii="Times New Roman" w:eastAsia="SimSun" w:hAnsi="Times New Roman"/>
          <w:color w:val="000000"/>
          <w:spacing w:val="43"/>
          <w:sz w:val="24"/>
        </w:rPr>
        <w:t xml:space="preserve"> </w:t>
      </w:r>
      <w:r>
        <w:rPr>
          <w:rFonts w:ascii="Calibri" w:eastAsia="Calibri" w:hAnsi="Calibri"/>
          <w:color w:val="000000"/>
          <w:spacing w:val="-1"/>
          <w:sz w:val="24"/>
        </w:rPr>
        <w:t>žáka</w:t>
      </w:r>
      <w:r>
        <w:rPr>
          <w:rFonts w:ascii="Times New Roman" w:eastAsia="SimSun" w:hAnsi="Times New Roman"/>
          <w:color w:val="000000"/>
          <w:spacing w:val="43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školy</w:t>
      </w:r>
      <w:r>
        <w:rPr>
          <w:rFonts w:ascii="Times New Roman" w:eastAsia="SimSun" w:hAnsi="Times New Roman"/>
          <w:color w:val="000000"/>
          <w:spacing w:val="43"/>
          <w:sz w:val="24"/>
        </w:rPr>
        <w:t xml:space="preserve"> </w:t>
      </w:r>
      <w:r>
        <w:rPr>
          <w:rFonts w:ascii="Calibri" w:eastAsia="Calibri" w:hAnsi="Calibri"/>
          <w:color w:val="000000"/>
          <w:spacing w:val="-3"/>
          <w:sz w:val="24"/>
        </w:rPr>
        <w:t>s</w:t>
      </w:r>
      <w:r>
        <w:rPr>
          <w:rFonts w:ascii="Times New Roman" w:eastAsia="SimSun" w:hAnsi="Times New Roman"/>
          <w:color w:val="000000"/>
          <w:spacing w:val="43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trvalým</w:t>
      </w:r>
      <w:r>
        <w:rPr>
          <w:rFonts w:ascii="Times New Roman" w:eastAsia="SimSun" w:hAnsi="Times New Roman"/>
          <w:color w:val="000000"/>
          <w:spacing w:val="43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pobytem</w:t>
      </w:r>
      <w:r>
        <w:rPr>
          <w:rFonts w:ascii="Times New Roman" w:eastAsia="SimSun" w:hAnsi="Times New Roman"/>
          <w:color w:val="000000"/>
          <w:spacing w:val="43"/>
          <w:sz w:val="24"/>
        </w:rPr>
        <w:t xml:space="preserve"> </w:t>
      </w:r>
      <w:r>
        <w:rPr>
          <w:rFonts w:ascii="Calibri" w:eastAsia="Calibri" w:hAnsi="Calibri"/>
          <w:color w:val="000000"/>
          <w:spacing w:val="4"/>
          <w:sz w:val="24"/>
        </w:rPr>
        <w:t>v</w:t>
      </w:r>
      <w:r>
        <w:rPr>
          <w:rFonts w:ascii="Times New Roman" w:eastAsia="SimSun" w:hAnsi="Times New Roman"/>
          <w:color w:val="000000"/>
          <w:spacing w:val="-7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územním</w:t>
      </w:r>
      <w:r>
        <w:rPr>
          <w:rFonts w:ascii="Times New Roman" w:eastAsia="SimSun" w:hAnsi="Times New Roman"/>
          <w:color w:val="000000"/>
          <w:spacing w:val="43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obvodu</w:t>
      </w:r>
      <w:r>
        <w:rPr>
          <w:rFonts w:ascii="Times New Roman" w:eastAsia="SimSun" w:hAnsi="Times New Roman"/>
          <w:color w:val="000000"/>
          <w:spacing w:val="43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obce.</w:t>
      </w:r>
      <w:r>
        <w:rPr>
          <w:rFonts w:ascii="Times New Roman" w:eastAsia="SimSun" w:hAnsi="Times New Roman"/>
          <w:color w:val="000000"/>
          <w:spacing w:val="45"/>
          <w:sz w:val="24"/>
        </w:rPr>
        <w:t xml:space="preserve"> </w:t>
      </w:r>
      <w:r>
        <w:rPr>
          <w:rFonts w:ascii="Calibri" w:eastAsia="Calibri" w:hAnsi="Calibri"/>
          <w:color w:val="000000"/>
          <w:spacing w:val="-1"/>
          <w:sz w:val="24"/>
        </w:rPr>
        <w:t>Výše</w:t>
      </w:r>
    </w:p>
    <w:p w:rsidR="00D66EC5" w:rsidRDefault="0069268A">
      <w:pPr>
        <w:wordWrap w:val="0"/>
        <w:autoSpaceDE w:val="0"/>
        <w:autoSpaceDN w:val="0"/>
        <w:spacing w:before="96" w:after="48" w:line="240" w:lineRule="exact"/>
        <w:ind w:left="323"/>
      </w:pPr>
      <w:r>
        <w:rPr>
          <w:rFonts w:ascii="Calibri" w:eastAsia="Calibri" w:hAnsi="Calibri"/>
          <w:color w:val="000000"/>
          <w:sz w:val="24"/>
        </w:rPr>
        <w:t>tohoto</w:t>
      </w:r>
      <w:r>
        <w:rPr>
          <w:rFonts w:ascii="Times New Roman" w:eastAsia="SimSun" w:hAnsi="Times New Roman"/>
          <w:color w:val="000000"/>
          <w:spacing w:val="69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příspěvku</w:t>
      </w:r>
      <w:r>
        <w:rPr>
          <w:rFonts w:ascii="Times New Roman" w:eastAsia="SimSun" w:hAnsi="Times New Roman"/>
          <w:color w:val="000000"/>
          <w:spacing w:val="71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byla</w:t>
      </w:r>
      <w:r>
        <w:rPr>
          <w:rFonts w:ascii="Times New Roman" w:eastAsia="SimSun" w:hAnsi="Times New Roman"/>
          <w:color w:val="000000"/>
          <w:spacing w:val="67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stanovena</w:t>
      </w:r>
      <w:r>
        <w:rPr>
          <w:rFonts w:ascii="Times New Roman" w:eastAsia="SimSun" w:hAnsi="Times New Roman"/>
          <w:color w:val="000000"/>
          <w:spacing w:val="69"/>
          <w:sz w:val="24"/>
        </w:rPr>
        <w:t xml:space="preserve"> </w:t>
      </w:r>
      <w:r>
        <w:rPr>
          <w:rFonts w:ascii="Calibri" w:eastAsia="Calibri" w:hAnsi="Calibri"/>
          <w:color w:val="000000"/>
          <w:spacing w:val="-1"/>
          <w:sz w:val="24"/>
        </w:rPr>
        <w:t>na</w:t>
      </w:r>
      <w:r>
        <w:rPr>
          <w:rFonts w:ascii="Times New Roman" w:eastAsia="SimSun" w:hAnsi="Times New Roman"/>
          <w:color w:val="000000"/>
          <w:spacing w:val="69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základě</w:t>
      </w:r>
      <w:r>
        <w:rPr>
          <w:rFonts w:ascii="Times New Roman" w:eastAsia="SimSun" w:hAnsi="Times New Roman"/>
          <w:color w:val="000000"/>
          <w:spacing w:val="67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projednání</w:t>
      </w:r>
      <w:r>
        <w:rPr>
          <w:rFonts w:ascii="Times New Roman" w:eastAsia="SimSun" w:hAnsi="Times New Roman"/>
          <w:color w:val="000000"/>
          <w:spacing w:val="69"/>
          <w:sz w:val="24"/>
        </w:rPr>
        <w:t xml:space="preserve"> </w:t>
      </w:r>
      <w:r>
        <w:rPr>
          <w:rFonts w:ascii="Calibri" w:eastAsia="Calibri" w:hAnsi="Calibri"/>
          <w:color w:val="000000"/>
          <w:spacing w:val="-1"/>
          <w:sz w:val="24"/>
        </w:rPr>
        <w:t>mezi</w:t>
      </w:r>
      <w:r>
        <w:rPr>
          <w:rFonts w:ascii="Times New Roman" w:eastAsia="SimSun" w:hAnsi="Times New Roman"/>
          <w:color w:val="000000"/>
          <w:spacing w:val="69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smluvními</w:t>
      </w:r>
      <w:r>
        <w:rPr>
          <w:rFonts w:ascii="Times New Roman" w:eastAsia="SimSun" w:hAnsi="Times New Roman"/>
          <w:color w:val="000000"/>
          <w:spacing w:val="70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stranami</w:t>
      </w:r>
      <w:r>
        <w:rPr>
          <w:rFonts w:ascii="Times New Roman" w:eastAsia="SimSun" w:hAnsi="Times New Roman"/>
          <w:color w:val="000000"/>
          <w:spacing w:val="70"/>
          <w:sz w:val="24"/>
        </w:rPr>
        <w:t xml:space="preserve"> </w:t>
      </w:r>
      <w:r>
        <w:rPr>
          <w:rFonts w:ascii="Calibri" w:eastAsia="Calibri" w:hAnsi="Calibri"/>
          <w:color w:val="000000"/>
          <w:spacing w:val="-5"/>
          <w:sz w:val="24"/>
        </w:rPr>
        <w:t>a</w:t>
      </w:r>
    </w:p>
    <w:p w:rsidR="00D66EC5" w:rsidRDefault="0069268A">
      <w:pPr>
        <w:wordWrap w:val="0"/>
        <w:autoSpaceDE w:val="0"/>
        <w:autoSpaceDN w:val="0"/>
        <w:spacing w:before="96" w:after="109" w:line="240" w:lineRule="exact"/>
        <w:ind w:left="323"/>
      </w:pPr>
      <w:r>
        <w:rPr>
          <w:rFonts w:ascii="Calibri" w:eastAsia="Calibri" w:hAnsi="Calibri"/>
          <w:color w:val="000000"/>
          <w:sz w:val="24"/>
        </w:rPr>
        <w:t>zřizovatelem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školy,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městem</w:t>
      </w:r>
      <w:r>
        <w:rPr>
          <w:rFonts w:ascii="Times New Roman" w:eastAsia="SimSun" w:hAnsi="Times New Roman"/>
          <w:color w:val="000000"/>
          <w:spacing w:val="-4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Neratovice</w:t>
      </w:r>
      <w:r>
        <w:rPr>
          <w:rFonts w:ascii="Calibri" w:eastAsia="Calibri" w:hAnsi="Calibri"/>
          <w:color w:val="000000"/>
          <w:spacing w:val="-1"/>
          <w:sz w:val="24"/>
        </w:rPr>
        <w:t>.</w:t>
      </w:r>
    </w:p>
    <w:p w:rsidR="00D66EC5" w:rsidRDefault="0069268A">
      <w:pPr>
        <w:wordWrap w:val="0"/>
        <w:autoSpaceDE w:val="0"/>
        <w:autoSpaceDN w:val="0"/>
        <w:spacing w:before="218" w:after="48" w:line="240" w:lineRule="exact"/>
        <w:ind w:left="40"/>
      </w:pPr>
      <w:r>
        <w:rPr>
          <w:rFonts w:ascii="Calibri" w:eastAsia="Calibri" w:hAnsi="Calibri"/>
          <w:color w:val="000000"/>
          <w:spacing w:val="1"/>
          <w:sz w:val="24"/>
        </w:rPr>
        <w:t>3</w:t>
      </w:r>
      <w:r>
        <w:rPr>
          <w:rFonts w:ascii="Calibri" w:eastAsia="Calibri" w:hAnsi="Calibri"/>
          <w:color w:val="000000"/>
          <w:spacing w:val="-1"/>
          <w:sz w:val="24"/>
        </w:rPr>
        <w:t>.</w:t>
      </w:r>
      <w:r>
        <w:rPr>
          <w:rFonts w:ascii="Times New Roman" w:eastAsia="SimSun" w:hAnsi="Times New Roman"/>
          <w:color w:val="000000"/>
          <w:spacing w:val="41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Finanční</w:t>
      </w:r>
      <w:r>
        <w:rPr>
          <w:rFonts w:ascii="Times New Roman" w:eastAsia="SimSun" w:hAnsi="Times New Roman"/>
          <w:color w:val="000000"/>
          <w:spacing w:val="91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příspěvek</w:t>
      </w:r>
      <w:r>
        <w:rPr>
          <w:rFonts w:ascii="Times New Roman" w:eastAsia="SimSun" w:hAnsi="Times New Roman"/>
          <w:color w:val="000000"/>
          <w:spacing w:val="93"/>
          <w:sz w:val="24"/>
        </w:rPr>
        <w:t xml:space="preserve"> </w:t>
      </w:r>
      <w:r>
        <w:rPr>
          <w:rFonts w:ascii="Calibri" w:eastAsia="Calibri" w:hAnsi="Calibri"/>
          <w:color w:val="000000"/>
          <w:spacing w:val="-1"/>
          <w:sz w:val="24"/>
        </w:rPr>
        <w:t>je</w:t>
      </w:r>
      <w:r>
        <w:rPr>
          <w:rFonts w:ascii="Times New Roman" w:eastAsia="SimSun" w:hAnsi="Times New Roman"/>
          <w:color w:val="000000"/>
          <w:spacing w:val="91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škola</w:t>
      </w:r>
      <w:r>
        <w:rPr>
          <w:rFonts w:ascii="Times New Roman" w:eastAsia="SimSun" w:hAnsi="Times New Roman"/>
          <w:color w:val="000000"/>
          <w:spacing w:val="93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povinna</w:t>
      </w:r>
      <w:r>
        <w:rPr>
          <w:rFonts w:ascii="Times New Roman" w:eastAsia="SimSun" w:hAnsi="Times New Roman"/>
          <w:color w:val="000000"/>
          <w:spacing w:val="93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použít</w:t>
      </w:r>
      <w:r>
        <w:rPr>
          <w:rFonts w:ascii="Times New Roman" w:eastAsia="SimSun" w:hAnsi="Times New Roman"/>
          <w:color w:val="000000"/>
          <w:spacing w:val="93"/>
          <w:sz w:val="24"/>
        </w:rPr>
        <w:t xml:space="preserve"> </w:t>
      </w:r>
      <w:r>
        <w:rPr>
          <w:rFonts w:ascii="Calibri" w:eastAsia="Calibri" w:hAnsi="Calibri"/>
          <w:color w:val="000000"/>
          <w:spacing w:val="-1"/>
          <w:sz w:val="24"/>
        </w:rPr>
        <w:t>za</w:t>
      </w:r>
      <w:r>
        <w:rPr>
          <w:rFonts w:ascii="Times New Roman" w:eastAsia="SimSun" w:hAnsi="Times New Roman"/>
          <w:color w:val="000000"/>
          <w:spacing w:val="94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účelem</w:t>
      </w:r>
      <w:r>
        <w:rPr>
          <w:rFonts w:ascii="Times New Roman" w:eastAsia="SimSun" w:hAnsi="Times New Roman"/>
          <w:color w:val="000000"/>
          <w:spacing w:val="92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zkvalitnění</w:t>
      </w:r>
      <w:r>
        <w:rPr>
          <w:rFonts w:ascii="Times New Roman" w:eastAsia="SimSun" w:hAnsi="Times New Roman"/>
          <w:color w:val="000000"/>
          <w:spacing w:val="93"/>
          <w:sz w:val="24"/>
        </w:rPr>
        <w:t xml:space="preserve"> </w:t>
      </w:r>
      <w:r>
        <w:rPr>
          <w:rFonts w:ascii="Calibri" w:eastAsia="Calibri" w:hAnsi="Calibri"/>
          <w:color w:val="000000"/>
          <w:spacing w:val="-1"/>
          <w:sz w:val="24"/>
        </w:rPr>
        <w:t>výuky</w:t>
      </w:r>
      <w:r>
        <w:rPr>
          <w:rFonts w:ascii="Calibri" w:eastAsia="Calibri" w:hAnsi="Calibri"/>
          <w:color w:val="000000"/>
          <w:sz w:val="24"/>
        </w:rPr>
        <w:t>.</w:t>
      </w:r>
      <w:r>
        <w:rPr>
          <w:rFonts w:ascii="Times New Roman" w:eastAsia="SimSun" w:hAnsi="Times New Roman"/>
          <w:color w:val="000000"/>
          <w:spacing w:val="93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Použitím</w:t>
      </w:r>
    </w:p>
    <w:p w:rsidR="00D66EC5" w:rsidRDefault="0069268A">
      <w:pPr>
        <w:wordWrap w:val="0"/>
        <w:autoSpaceDE w:val="0"/>
        <w:autoSpaceDN w:val="0"/>
        <w:spacing w:before="96" w:after="49" w:line="240" w:lineRule="exact"/>
        <w:ind w:left="323"/>
      </w:pPr>
      <w:r>
        <w:rPr>
          <w:rFonts w:ascii="Calibri" w:eastAsia="Calibri" w:hAnsi="Calibri"/>
          <w:color w:val="000000"/>
          <w:sz w:val="24"/>
        </w:rPr>
        <w:t>příspěvku</w:t>
      </w:r>
      <w:r>
        <w:rPr>
          <w:rFonts w:ascii="Times New Roman" w:eastAsia="SimSun" w:hAnsi="Times New Roman"/>
          <w:color w:val="000000"/>
          <w:spacing w:val="4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za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účelem</w:t>
      </w:r>
      <w:r>
        <w:rPr>
          <w:rFonts w:ascii="Times New Roman" w:eastAsia="SimSun" w:hAnsi="Times New Roman"/>
          <w:color w:val="000000"/>
          <w:spacing w:val="43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zkvalitnění</w:t>
      </w:r>
      <w:r>
        <w:rPr>
          <w:rFonts w:ascii="Times New Roman" w:eastAsia="SimSun" w:hAnsi="Times New Roman"/>
          <w:color w:val="000000"/>
          <w:spacing w:val="4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výuky</w:t>
      </w:r>
      <w:r>
        <w:rPr>
          <w:rFonts w:ascii="Times New Roman" w:eastAsia="SimSun" w:hAnsi="Times New Roman"/>
          <w:color w:val="000000"/>
          <w:spacing w:val="45"/>
          <w:sz w:val="24"/>
        </w:rPr>
        <w:t xml:space="preserve"> </w:t>
      </w:r>
      <w:r>
        <w:rPr>
          <w:rFonts w:ascii="Calibri" w:eastAsia="Calibri" w:hAnsi="Calibri"/>
          <w:color w:val="000000"/>
          <w:spacing w:val="2"/>
          <w:sz w:val="24"/>
        </w:rPr>
        <w:t>se</w:t>
      </w:r>
      <w:r>
        <w:rPr>
          <w:rFonts w:ascii="Times New Roman" w:eastAsia="SimSun" w:hAnsi="Times New Roman"/>
          <w:color w:val="000000"/>
          <w:spacing w:val="46"/>
          <w:sz w:val="24"/>
        </w:rPr>
        <w:t xml:space="preserve"> </w:t>
      </w:r>
      <w:r>
        <w:rPr>
          <w:rFonts w:ascii="Calibri" w:eastAsia="Calibri" w:hAnsi="Calibri"/>
          <w:color w:val="000000"/>
          <w:spacing w:val="-1"/>
          <w:sz w:val="24"/>
        </w:rPr>
        <w:t>rozumí</w:t>
      </w:r>
      <w:r>
        <w:rPr>
          <w:rFonts w:ascii="Times New Roman" w:eastAsia="SimSun" w:hAnsi="Times New Roman"/>
          <w:color w:val="000000"/>
          <w:spacing w:val="4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zejména</w:t>
      </w:r>
      <w:r>
        <w:rPr>
          <w:rFonts w:ascii="Times New Roman" w:eastAsia="SimSun" w:hAnsi="Times New Roman"/>
          <w:color w:val="000000"/>
          <w:spacing w:val="45"/>
          <w:sz w:val="24"/>
        </w:rPr>
        <w:t xml:space="preserve"> </w:t>
      </w:r>
      <w:r>
        <w:rPr>
          <w:rFonts w:ascii="Calibri" w:eastAsia="Calibri" w:hAnsi="Calibri"/>
          <w:color w:val="000000"/>
          <w:spacing w:val="-1"/>
          <w:sz w:val="24"/>
        </w:rPr>
        <w:t>nákup</w:t>
      </w:r>
      <w:r>
        <w:rPr>
          <w:rFonts w:ascii="Times New Roman" w:eastAsia="SimSun" w:hAnsi="Times New Roman"/>
          <w:color w:val="000000"/>
          <w:spacing w:val="4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učebních</w:t>
      </w:r>
      <w:r>
        <w:rPr>
          <w:rFonts w:ascii="Times New Roman" w:eastAsia="SimSun" w:hAnsi="Times New Roman"/>
          <w:color w:val="000000"/>
          <w:spacing w:val="4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pomůcek</w:t>
      </w:r>
      <w:r>
        <w:rPr>
          <w:rFonts w:ascii="Times New Roman" w:eastAsia="SimSun" w:hAnsi="Times New Roman"/>
          <w:color w:val="000000"/>
          <w:spacing w:val="45"/>
          <w:sz w:val="24"/>
        </w:rPr>
        <w:t xml:space="preserve"> </w:t>
      </w:r>
      <w:r>
        <w:rPr>
          <w:rFonts w:ascii="Calibri" w:eastAsia="Calibri" w:hAnsi="Calibri"/>
          <w:color w:val="000000"/>
          <w:spacing w:val="-2"/>
          <w:sz w:val="24"/>
        </w:rPr>
        <w:t>a</w:t>
      </w:r>
    </w:p>
    <w:p w:rsidR="00D66EC5" w:rsidRDefault="0069268A">
      <w:pPr>
        <w:wordWrap w:val="0"/>
        <w:autoSpaceDE w:val="0"/>
        <w:autoSpaceDN w:val="0"/>
        <w:spacing w:before="98" w:after="48" w:line="240" w:lineRule="exact"/>
        <w:ind w:left="323"/>
      </w:pPr>
      <w:r>
        <w:rPr>
          <w:rFonts w:ascii="Calibri" w:eastAsia="Calibri" w:hAnsi="Calibri"/>
          <w:color w:val="000000"/>
          <w:sz w:val="24"/>
        </w:rPr>
        <w:t>vybavení,</w:t>
      </w:r>
      <w:r>
        <w:rPr>
          <w:rFonts w:ascii="Times New Roman" w:eastAsia="SimSun" w:hAnsi="Times New Roman"/>
          <w:color w:val="000000"/>
          <w:spacing w:val="33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nákup</w:t>
      </w:r>
      <w:r>
        <w:rPr>
          <w:rFonts w:ascii="Times New Roman" w:eastAsia="SimSun" w:hAnsi="Times New Roman"/>
          <w:color w:val="000000"/>
          <w:spacing w:val="36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pomůcek</w:t>
      </w:r>
      <w:r>
        <w:rPr>
          <w:rFonts w:ascii="Times New Roman" w:eastAsia="SimSun" w:hAnsi="Times New Roman"/>
          <w:color w:val="000000"/>
          <w:spacing w:val="3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pro</w:t>
      </w:r>
      <w:r>
        <w:rPr>
          <w:rFonts w:ascii="Times New Roman" w:eastAsia="SimSun" w:hAnsi="Times New Roman"/>
          <w:color w:val="000000"/>
          <w:spacing w:val="36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trávení</w:t>
      </w:r>
      <w:r>
        <w:rPr>
          <w:rFonts w:ascii="Times New Roman" w:eastAsia="SimSun" w:hAnsi="Times New Roman"/>
          <w:color w:val="000000"/>
          <w:spacing w:val="36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volného</w:t>
      </w:r>
      <w:r>
        <w:rPr>
          <w:rFonts w:ascii="Times New Roman" w:eastAsia="SimSun" w:hAnsi="Times New Roman"/>
          <w:color w:val="000000"/>
          <w:spacing w:val="33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času</w:t>
      </w:r>
      <w:r>
        <w:rPr>
          <w:rFonts w:ascii="Times New Roman" w:eastAsia="SimSun" w:hAnsi="Times New Roman"/>
          <w:color w:val="000000"/>
          <w:spacing w:val="36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žáků</w:t>
      </w:r>
      <w:r>
        <w:rPr>
          <w:rFonts w:ascii="Calibri" w:eastAsia="Calibri" w:hAnsi="Calibri"/>
          <w:color w:val="000000"/>
          <w:spacing w:val="-2"/>
          <w:sz w:val="24"/>
        </w:rPr>
        <w:t>,</w:t>
      </w:r>
      <w:r>
        <w:rPr>
          <w:rFonts w:ascii="Times New Roman" w:eastAsia="SimSun" w:hAnsi="Times New Roman"/>
          <w:color w:val="000000"/>
          <w:spacing w:val="36"/>
          <w:sz w:val="24"/>
        </w:rPr>
        <w:t xml:space="preserve"> </w:t>
      </w:r>
      <w:r>
        <w:rPr>
          <w:rFonts w:ascii="Calibri" w:eastAsia="Calibri" w:hAnsi="Calibri"/>
          <w:color w:val="000000"/>
          <w:spacing w:val="-1"/>
          <w:sz w:val="24"/>
        </w:rPr>
        <w:t>nákup</w:t>
      </w:r>
      <w:r>
        <w:rPr>
          <w:rFonts w:ascii="Times New Roman" w:eastAsia="SimSun" w:hAnsi="Times New Roman"/>
          <w:color w:val="000000"/>
          <w:spacing w:val="36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sportovních</w:t>
      </w:r>
      <w:r>
        <w:rPr>
          <w:rFonts w:ascii="Times New Roman" w:eastAsia="SimSun" w:hAnsi="Times New Roman"/>
          <w:color w:val="000000"/>
          <w:spacing w:val="33"/>
          <w:sz w:val="24"/>
        </w:rPr>
        <w:t xml:space="preserve"> </w:t>
      </w:r>
      <w:r>
        <w:rPr>
          <w:rFonts w:ascii="Calibri" w:eastAsia="Calibri" w:hAnsi="Calibri"/>
          <w:color w:val="000000"/>
          <w:spacing w:val="1"/>
          <w:sz w:val="24"/>
        </w:rPr>
        <w:t>pomůcek</w:t>
      </w:r>
    </w:p>
    <w:p w:rsidR="00D66EC5" w:rsidRDefault="0069268A">
      <w:pPr>
        <w:wordWrap w:val="0"/>
        <w:autoSpaceDE w:val="0"/>
        <w:autoSpaceDN w:val="0"/>
        <w:spacing w:before="96" w:after="267" w:line="240" w:lineRule="exact"/>
        <w:ind w:left="323"/>
      </w:pPr>
      <w:r>
        <w:rPr>
          <w:rFonts w:ascii="Calibri" w:eastAsia="Calibri" w:hAnsi="Calibri"/>
          <w:color w:val="000000"/>
          <w:spacing w:val="1"/>
          <w:sz w:val="24"/>
        </w:rPr>
        <w:t>atd</w:t>
      </w:r>
      <w:r>
        <w:rPr>
          <w:rFonts w:ascii="Calibri" w:eastAsia="Calibri" w:hAnsi="Calibri"/>
          <w:color w:val="000000"/>
          <w:sz w:val="24"/>
        </w:rPr>
        <w:t>.</w:t>
      </w:r>
    </w:p>
    <w:p w:rsidR="00D66EC5" w:rsidRDefault="0069268A">
      <w:pPr>
        <w:wordWrap w:val="0"/>
        <w:autoSpaceDE w:val="0"/>
        <w:autoSpaceDN w:val="0"/>
        <w:spacing w:before="534" w:after="0" w:line="161" w:lineRule="exact"/>
        <w:ind w:left="8574"/>
      </w:pPr>
      <w:r>
        <w:rPr>
          <w:rFonts w:ascii="Calibri" w:eastAsia="Calibri" w:hAnsi="Calibri"/>
          <w:color w:val="000000"/>
          <w:sz w:val="16"/>
        </w:rPr>
        <w:t>Strana</w:t>
      </w:r>
      <w:r>
        <w:rPr>
          <w:rFonts w:ascii="Times New Roman" w:eastAsia="SimSun" w:hAnsi="Times New Roman"/>
          <w:color w:val="000000"/>
          <w:spacing w:val="-4"/>
          <w:sz w:val="16"/>
        </w:rPr>
        <w:t xml:space="preserve"> </w:t>
      </w:r>
      <w:r>
        <w:rPr>
          <w:rFonts w:ascii="Calibri" w:eastAsia="Calibri" w:hAnsi="Calibri"/>
          <w:color w:val="000000"/>
          <w:sz w:val="16"/>
        </w:rPr>
        <w:t>1</w:t>
      </w:r>
    </w:p>
    <w:p w:rsidR="00D66EC5" w:rsidRDefault="00D66EC5">
      <w:pPr>
        <w:spacing w:after="0"/>
        <w:sectPr w:rsidR="00D66EC5">
          <w:pgSz w:w="11906" w:h="16838"/>
          <w:pgMar w:top="573" w:right="1322" w:bottom="233" w:left="1379" w:header="720" w:footer="720" w:gutter="0"/>
          <w:cols w:space="720" w:equalWidth="0">
            <w:col w:w="9205" w:space="0"/>
          </w:cols>
          <w:docGrid w:linePitch="360"/>
        </w:sectPr>
      </w:pPr>
    </w:p>
    <w:p w:rsidR="00D66EC5" w:rsidRDefault="0069268A">
      <w:pPr>
        <w:wordWrap w:val="0"/>
        <w:autoSpaceDE w:val="0"/>
        <w:autoSpaceDN w:val="0"/>
        <w:spacing w:after="286" w:line="14" w:lineRule="exact"/>
      </w:pPr>
      <w:r>
        <w:lastRenderedPageBreak/>
        <w:pict>
          <v:shape id="_x0000_s1031" style="position:absolute;margin-left:434.4pt;margin-top:642.9pt;width:68.65pt;height:14.25pt;z-index:251655680;mso-position-horizontal-relative:page;mso-position-vertical-relative:page" coordsize="" o:spt="100" adj="0,,0" path="m,l,1000r1000,l1000,xe" filled="f" stroked="f">
            <v:stroke joinstyle="round"/>
            <v:formulas/>
            <v:path o:connecttype="segments"/>
            <v:textbox style="mso-rotate-with-shape:t" inset="0,0,0,0">
              <w:txbxContent>
                <w:p w:rsidR="00D66EC5" w:rsidRDefault="00D66EC5">
                  <w:pPr>
                    <w:wordWrap w:val="0"/>
                    <w:autoSpaceDE w:val="0"/>
                    <w:autoSpaceDN w:val="0"/>
                    <w:spacing w:after="0" w:line="265" w:lineRule="exact"/>
                  </w:pPr>
                </w:p>
              </w:txbxContent>
            </v:textbox>
            <w10:wrap anchorx="page" anchory="page"/>
          </v:shape>
        </w:pict>
      </w:r>
      <w:r>
        <w:pict>
          <v:shape id="_x0000_s1030" style="position:absolute;margin-left:434.4pt;margin-top:674.65pt;width:104.25pt;height:14.25pt;z-index:251656704;mso-position-horizontal-relative:page;mso-position-vertical-relative:page" coordsize="" o:spt="100" adj="0,,0" path="m,l,1000r1000,l1000,xe" filled="f" stroked="f">
            <v:stroke joinstyle="round"/>
            <v:formulas/>
            <v:path o:connecttype="segments"/>
            <v:textbox style="mso-rotate-with-shape:t" inset="0,0,0,0">
              <w:txbxContent>
                <w:p w:rsidR="00D66EC5" w:rsidRDefault="00D66EC5">
                  <w:pPr>
                    <w:wordWrap w:val="0"/>
                    <w:autoSpaceDE w:val="0"/>
                    <w:autoSpaceDN w:val="0"/>
                    <w:spacing w:after="0" w:line="265" w:lineRule="exact"/>
                  </w:pPr>
                </w:p>
              </w:txbxContent>
            </v:textbox>
            <w10:wrap anchorx="page" anchory="page"/>
          </v:shape>
        </w:pict>
      </w:r>
      <w:r>
        <w:pict>
          <v:shape id="_x0000_s1029" style="position:absolute;margin-left:324.85pt;margin-top:654.9pt;width:103.35pt;height:21.95pt;z-index:251657728;mso-position-horizontal-relative:page;mso-position-vertical-relative:page" coordsize="" o:spt="100" adj="0,,0" path="m,l,1000r1000,l1000,xe" filled="f" stroked="f">
            <v:stroke joinstyle="round"/>
            <v:formulas/>
            <v:path o:connecttype="segments"/>
            <v:textbox style="mso-rotate-with-shape:t" inset="0,0,0,0">
              <w:txbxContent>
                <w:p w:rsidR="00D66EC5" w:rsidRDefault="00D66EC5">
                  <w:pPr>
                    <w:wordWrap w:val="0"/>
                    <w:autoSpaceDE w:val="0"/>
                    <w:autoSpaceDN w:val="0"/>
                    <w:spacing w:after="0" w:line="419" w:lineRule="exact"/>
                  </w:pPr>
                </w:p>
              </w:txbxContent>
            </v:textbox>
            <w10:wrap anchorx="page" anchory="page"/>
          </v:shape>
        </w:pict>
      </w:r>
      <w:r>
        <w:pict>
          <v:shape id="_x0000_s1026" style="position:absolute;margin-left:324.85pt;margin-top:680.05pt;width:11.1pt;height:21.95pt;z-index:251660800;mso-position-horizontal-relative:page;mso-position-vertical-relative:page" coordsize="" o:spt="100" adj="0,,0" path="m,l,1000r1000,l1000,xe" filled="f" stroked="f">
            <v:stroke joinstyle="round"/>
            <v:formulas/>
            <v:path o:connecttype="segments"/>
            <v:textbox style="mso-rotate-with-shape:t" inset="0,0,0,0">
              <w:txbxContent>
                <w:p w:rsidR="00D66EC5" w:rsidRDefault="00D66EC5">
                  <w:pPr>
                    <w:wordWrap w:val="0"/>
                    <w:autoSpaceDE w:val="0"/>
                    <w:autoSpaceDN w:val="0"/>
                    <w:spacing w:after="0" w:line="419" w:lineRule="exact"/>
                  </w:pPr>
                </w:p>
              </w:txbxContent>
            </v:textbox>
            <w10:wrap anchorx="page" anchory="page"/>
          </v:shape>
        </w:pict>
      </w:r>
    </w:p>
    <w:p w:rsidR="00D66EC5" w:rsidRDefault="0069268A">
      <w:pPr>
        <w:wordWrap w:val="0"/>
        <w:autoSpaceDE w:val="0"/>
        <w:autoSpaceDN w:val="0"/>
        <w:spacing w:before="600" w:after="49" w:line="240" w:lineRule="exact"/>
        <w:ind w:left="40"/>
      </w:pPr>
      <w:r>
        <w:rPr>
          <w:rFonts w:ascii="Calibri" w:eastAsia="Calibri" w:hAnsi="Calibri"/>
          <w:color w:val="000000"/>
          <w:spacing w:val="1"/>
          <w:sz w:val="24"/>
        </w:rPr>
        <w:t>4</w:t>
      </w:r>
      <w:r>
        <w:rPr>
          <w:rFonts w:ascii="Calibri" w:eastAsia="Calibri" w:hAnsi="Calibri"/>
          <w:color w:val="000000"/>
          <w:spacing w:val="-1"/>
          <w:sz w:val="24"/>
        </w:rPr>
        <w:t>.</w:t>
      </w:r>
      <w:r>
        <w:rPr>
          <w:rFonts w:ascii="Times New Roman" w:eastAsia="SimSun" w:hAnsi="Times New Roman"/>
          <w:color w:val="000000"/>
          <w:spacing w:val="41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Finanční</w:t>
      </w:r>
      <w:r>
        <w:rPr>
          <w:rFonts w:ascii="Times New Roman" w:eastAsia="SimSun" w:hAnsi="Times New Roman"/>
          <w:color w:val="000000"/>
          <w:spacing w:val="14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příspěvek</w:t>
      </w:r>
      <w:r>
        <w:rPr>
          <w:rFonts w:ascii="Times New Roman" w:eastAsia="SimSun" w:hAnsi="Times New Roman"/>
          <w:color w:val="000000"/>
          <w:spacing w:val="16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bude</w:t>
      </w:r>
      <w:r>
        <w:rPr>
          <w:rFonts w:ascii="Times New Roman" w:eastAsia="SimSun" w:hAnsi="Times New Roman"/>
          <w:color w:val="000000"/>
          <w:spacing w:val="17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poskytnut</w:t>
      </w:r>
      <w:r>
        <w:rPr>
          <w:rFonts w:ascii="Times New Roman" w:eastAsia="SimSun" w:hAnsi="Times New Roman"/>
          <w:color w:val="000000"/>
          <w:spacing w:val="17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škole</w:t>
      </w:r>
      <w:r>
        <w:rPr>
          <w:rFonts w:ascii="Times New Roman" w:eastAsia="SimSun" w:hAnsi="Times New Roman"/>
          <w:color w:val="000000"/>
          <w:spacing w:val="17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vždy</w:t>
      </w:r>
      <w:r>
        <w:rPr>
          <w:rFonts w:ascii="Times New Roman" w:eastAsia="SimSun" w:hAnsi="Times New Roman"/>
          <w:color w:val="000000"/>
          <w:spacing w:val="16"/>
          <w:sz w:val="24"/>
        </w:rPr>
        <w:t xml:space="preserve"> </w:t>
      </w:r>
      <w:r>
        <w:rPr>
          <w:rFonts w:ascii="Calibri" w:eastAsia="Calibri" w:hAnsi="Calibri"/>
          <w:color w:val="000000"/>
          <w:spacing w:val="-1"/>
          <w:sz w:val="24"/>
        </w:rPr>
        <w:t>k</w:t>
      </w:r>
      <w:r>
        <w:rPr>
          <w:rFonts w:ascii="Times New Roman" w:eastAsia="SimSun" w:hAnsi="Times New Roman"/>
          <w:color w:val="000000"/>
          <w:spacing w:val="17"/>
          <w:sz w:val="24"/>
        </w:rPr>
        <w:t xml:space="preserve"> </w:t>
      </w:r>
      <w:r>
        <w:rPr>
          <w:rFonts w:ascii="Calibri" w:eastAsia="Calibri" w:hAnsi="Calibri"/>
          <w:color w:val="000000"/>
          <w:spacing w:val="3"/>
          <w:sz w:val="24"/>
        </w:rPr>
        <w:t>30</w:t>
      </w:r>
      <w:r>
        <w:rPr>
          <w:rFonts w:ascii="Calibri" w:eastAsia="Calibri" w:hAnsi="Calibri"/>
          <w:color w:val="000000"/>
          <w:spacing w:val="-1"/>
          <w:sz w:val="24"/>
        </w:rPr>
        <w:t>.</w:t>
      </w:r>
      <w:r>
        <w:rPr>
          <w:rFonts w:ascii="Times New Roman" w:eastAsia="SimSun" w:hAnsi="Times New Roman"/>
          <w:color w:val="000000"/>
          <w:spacing w:val="17"/>
          <w:sz w:val="24"/>
        </w:rPr>
        <w:t xml:space="preserve"> </w:t>
      </w:r>
      <w:r>
        <w:rPr>
          <w:rFonts w:ascii="Calibri" w:eastAsia="Calibri" w:hAnsi="Calibri"/>
          <w:color w:val="000000"/>
          <w:spacing w:val="1"/>
          <w:sz w:val="24"/>
        </w:rPr>
        <w:t>6</w:t>
      </w:r>
      <w:r>
        <w:rPr>
          <w:rFonts w:ascii="Calibri" w:eastAsia="Calibri" w:hAnsi="Calibri"/>
          <w:color w:val="000000"/>
          <w:sz w:val="24"/>
        </w:rPr>
        <w:t>.</w:t>
      </w:r>
      <w:r>
        <w:rPr>
          <w:rFonts w:ascii="Times New Roman" w:eastAsia="SimSun" w:hAnsi="Times New Roman"/>
          <w:color w:val="000000"/>
          <w:spacing w:val="16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každého</w:t>
      </w:r>
      <w:r>
        <w:rPr>
          <w:rFonts w:ascii="Times New Roman" w:eastAsia="SimSun" w:hAnsi="Times New Roman"/>
          <w:color w:val="000000"/>
          <w:spacing w:val="17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kalendářního</w:t>
      </w:r>
      <w:r>
        <w:rPr>
          <w:rFonts w:ascii="Times New Roman" w:eastAsia="SimSun" w:hAnsi="Times New Roman"/>
          <w:color w:val="000000"/>
          <w:spacing w:val="17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roku</w:t>
      </w:r>
      <w:r>
        <w:rPr>
          <w:rFonts w:ascii="Times New Roman" w:eastAsia="SimSun" w:hAnsi="Times New Roman"/>
          <w:color w:val="000000"/>
          <w:spacing w:val="17"/>
          <w:sz w:val="24"/>
        </w:rPr>
        <w:t xml:space="preserve"> </w:t>
      </w:r>
      <w:r>
        <w:rPr>
          <w:rFonts w:ascii="Calibri" w:eastAsia="Calibri" w:hAnsi="Calibri"/>
          <w:color w:val="000000"/>
          <w:spacing w:val="-1"/>
          <w:sz w:val="24"/>
        </w:rPr>
        <w:t>podle</w:t>
      </w:r>
    </w:p>
    <w:p w:rsidR="00D66EC5" w:rsidRDefault="0069268A">
      <w:pPr>
        <w:wordWrap w:val="0"/>
        <w:autoSpaceDE w:val="0"/>
        <w:autoSpaceDN w:val="0"/>
        <w:spacing w:before="98" w:after="108" w:line="240" w:lineRule="exact"/>
        <w:ind w:left="323"/>
      </w:pPr>
      <w:r>
        <w:rPr>
          <w:rFonts w:ascii="Calibri" w:eastAsia="Calibri" w:hAnsi="Calibri"/>
          <w:color w:val="000000"/>
          <w:sz w:val="24"/>
        </w:rPr>
        <w:t>počtu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žáků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zapsaných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pro</w:t>
      </w:r>
      <w:r>
        <w:rPr>
          <w:rFonts w:ascii="Times New Roman" w:eastAsia="SimSun" w:hAnsi="Times New Roman"/>
          <w:color w:val="000000"/>
          <w:spacing w:val="-4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následující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školní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pacing w:val="-1"/>
          <w:sz w:val="24"/>
        </w:rPr>
        <w:t>rok</w:t>
      </w:r>
      <w:r>
        <w:rPr>
          <w:rFonts w:ascii="Times New Roman" w:eastAsia="SimSun" w:hAnsi="Times New Roman"/>
          <w:color w:val="000000"/>
          <w:spacing w:val="-6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a</w:t>
      </w:r>
      <w:r>
        <w:rPr>
          <w:rFonts w:ascii="Times New Roman" w:eastAsia="SimSun" w:hAnsi="Times New Roman"/>
          <w:color w:val="000000"/>
          <w:spacing w:val="-2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podle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aktuálního</w:t>
      </w:r>
      <w:r>
        <w:rPr>
          <w:rFonts w:ascii="Times New Roman" w:eastAsia="SimSun" w:hAnsi="Times New Roman"/>
          <w:color w:val="000000"/>
          <w:spacing w:val="-6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počtu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žáků</w:t>
      </w:r>
      <w:r>
        <w:rPr>
          <w:rFonts w:ascii="Times New Roman" w:eastAsia="SimSun" w:hAnsi="Times New Roman"/>
          <w:color w:val="000000"/>
          <w:spacing w:val="-1"/>
          <w:sz w:val="24"/>
        </w:rPr>
        <w:t xml:space="preserve"> </w:t>
      </w:r>
      <w:r>
        <w:rPr>
          <w:rFonts w:ascii="Calibri" w:eastAsia="Calibri" w:hAnsi="Calibri"/>
          <w:color w:val="000000"/>
          <w:spacing w:val="1"/>
          <w:sz w:val="24"/>
        </w:rPr>
        <w:t>6</w:t>
      </w:r>
      <w:r>
        <w:rPr>
          <w:rFonts w:ascii="Calibri" w:eastAsia="Calibri" w:hAnsi="Calibri"/>
          <w:color w:val="000000"/>
          <w:spacing w:val="-1"/>
          <w:sz w:val="24"/>
        </w:rPr>
        <w:t>.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pacing w:val="-1"/>
          <w:sz w:val="24"/>
        </w:rPr>
        <w:t>-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9</w:t>
      </w:r>
      <w:r>
        <w:rPr>
          <w:rFonts w:ascii="Calibri" w:eastAsia="Calibri" w:hAnsi="Calibri"/>
          <w:color w:val="000000"/>
          <w:sz w:val="24"/>
        </w:rPr>
        <w:t>.</w:t>
      </w:r>
      <w:r>
        <w:rPr>
          <w:rFonts w:ascii="Times New Roman" w:eastAsia="SimSun" w:hAnsi="Times New Roman"/>
          <w:color w:val="000000"/>
          <w:spacing w:val="-7"/>
          <w:sz w:val="24"/>
        </w:rPr>
        <w:t xml:space="preserve"> </w:t>
      </w:r>
      <w:r>
        <w:rPr>
          <w:rFonts w:ascii="Calibri" w:eastAsia="Calibri" w:hAnsi="Calibri"/>
          <w:color w:val="000000"/>
          <w:spacing w:val="1"/>
          <w:sz w:val="24"/>
        </w:rPr>
        <w:t>tříd</w:t>
      </w:r>
      <w:r>
        <w:rPr>
          <w:rFonts w:ascii="Calibri" w:eastAsia="Calibri" w:hAnsi="Calibri"/>
          <w:color w:val="000000"/>
          <w:spacing w:val="-3"/>
          <w:sz w:val="24"/>
        </w:rPr>
        <w:t>.</w:t>
      </w:r>
    </w:p>
    <w:p w:rsidR="00D66EC5" w:rsidRDefault="0069268A">
      <w:pPr>
        <w:wordWrap w:val="0"/>
        <w:autoSpaceDE w:val="0"/>
        <w:autoSpaceDN w:val="0"/>
        <w:spacing w:before="216" w:after="49" w:line="240" w:lineRule="exact"/>
        <w:ind w:left="40"/>
      </w:pPr>
      <w:r>
        <w:rPr>
          <w:rFonts w:ascii="Calibri" w:eastAsia="Calibri" w:hAnsi="Calibri"/>
          <w:color w:val="000000"/>
          <w:spacing w:val="1"/>
          <w:sz w:val="24"/>
        </w:rPr>
        <w:t>5</w:t>
      </w:r>
      <w:r>
        <w:rPr>
          <w:rFonts w:ascii="Calibri" w:eastAsia="Calibri" w:hAnsi="Calibri"/>
          <w:color w:val="000000"/>
          <w:spacing w:val="-1"/>
          <w:sz w:val="24"/>
        </w:rPr>
        <w:t>.</w:t>
      </w:r>
      <w:r>
        <w:rPr>
          <w:rFonts w:ascii="Times New Roman" w:eastAsia="SimSun" w:hAnsi="Times New Roman"/>
          <w:color w:val="000000"/>
          <w:spacing w:val="41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Finanční</w:t>
      </w:r>
      <w:r>
        <w:rPr>
          <w:rFonts w:ascii="Times New Roman" w:eastAsia="SimSun" w:hAnsi="Times New Roman"/>
          <w:color w:val="000000"/>
          <w:spacing w:val="38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příspěvek</w:t>
      </w:r>
      <w:r>
        <w:rPr>
          <w:rFonts w:ascii="Times New Roman" w:eastAsia="SimSun" w:hAnsi="Times New Roman"/>
          <w:color w:val="000000"/>
          <w:spacing w:val="41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podle</w:t>
      </w:r>
      <w:r>
        <w:rPr>
          <w:rFonts w:ascii="Times New Roman" w:eastAsia="SimSun" w:hAnsi="Times New Roman"/>
          <w:color w:val="000000"/>
          <w:spacing w:val="41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předchozích</w:t>
      </w:r>
      <w:r>
        <w:rPr>
          <w:rFonts w:ascii="Times New Roman" w:eastAsia="SimSun" w:hAnsi="Times New Roman"/>
          <w:color w:val="000000"/>
          <w:spacing w:val="38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ustanovení</w:t>
      </w:r>
      <w:r>
        <w:rPr>
          <w:rFonts w:ascii="Times New Roman" w:eastAsia="SimSun" w:hAnsi="Times New Roman"/>
          <w:color w:val="000000"/>
          <w:spacing w:val="38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bude</w:t>
      </w:r>
      <w:r>
        <w:rPr>
          <w:rFonts w:ascii="Times New Roman" w:eastAsia="SimSun" w:hAnsi="Times New Roman"/>
          <w:color w:val="000000"/>
          <w:spacing w:val="41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poskytován</w:t>
      </w:r>
      <w:r>
        <w:rPr>
          <w:rFonts w:ascii="Times New Roman" w:eastAsia="SimSun" w:hAnsi="Times New Roman"/>
          <w:color w:val="000000"/>
          <w:spacing w:val="41"/>
          <w:sz w:val="24"/>
        </w:rPr>
        <w:t xml:space="preserve"> </w:t>
      </w:r>
      <w:r>
        <w:rPr>
          <w:rFonts w:ascii="Calibri" w:eastAsia="Calibri" w:hAnsi="Calibri"/>
          <w:color w:val="000000"/>
          <w:spacing w:val="-2"/>
          <w:sz w:val="24"/>
        </w:rPr>
        <w:t>i</w:t>
      </w:r>
      <w:r>
        <w:rPr>
          <w:rFonts w:ascii="Times New Roman" w:eastAsia="SimSun" w:hAnsi="Times New Roman"/>
          <w:color w:val="000000"/>
          <w:spacing w:val="38"/>
          <w:sz w:val="24"/>
        </w:rPr>
        <w:t xml:space="preserve"> </w:t>
      </w:r>
      <w:r>
        <w:rPr>
          <w:rFonts w:ascii="Calibri" w:eastAsia="Calibri" w:hAnsi="Calibri"/>
          <w:color w:val="000000"/>
          <w:spacing w:val="-1"/>
          <w:sz w:val="24"/>
        </w:rPr>
        <w:t>po</w:t>
      </w:r>
      <w:r>
        <w:rPr>
          <w:rFonts w:ascii="Times New Roman" w:eastAsia="SimSun" w:hAnsi="Times New Roman"/>
          <w:color w:val="000000"/>
          <w:spacing w:val="41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ukončení</w:t>
      </w:r>
      <w:r>
        <w:rPr>
          <w:rFonts w:ascii="Times New Roman" w:eastAsia="SimSun" w:hAnsi="Times New Roman"/>
          <w:color w:val="000000"/>
          <w:spacing w:val="41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této</w:t>
      </w:r>
    </w:p>
    <w:p w:rsidR="00D66EC5" w:rsidRDefault="0069268A">
      <w:pPr>
        <w:wordWrap w:val="0"/>
        <w:autoSpaceDE w:val="0"/>
        <w:autoSpaceDN w:val="0"/>
        <w:spacing w:before="98" w:after="108" w:line="240" w:lineRule="exact"/>
        <w:ind w:left="323"/>
      </w:pPr>
      <w:r>
        <w:rPr>
          <w:rFonts w:ascii="Calibri" w:eastAsia="Calibri" w:hAnsi="Calibri"/>
          <w:color w:val="000000"/>
          <w:sz w:val="24"/>
        </w:rPr>
        <w:t>smlouvy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do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ukončení</w:t>
      </w:r>
      <w:r>
        <w:rPr>
          <w:rFonts w:ascii="Times New Roman" w:eastAsia="SimSun" w:hAnsi="Times New Roman"/>
          <w:color w:val="000000"/>
          <w:spacing w:val="-7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docházky</w:t>
      </w:r>
      <w:r>
        <w:rPr>
          <w:rFonts w:ascii="Times New Roman" w:eastAsia="SimSun" w:hAnsi="Times New Roman"/>
          <w:color w:val="000000"/>
          <w:spacing w:val="-6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žáků</w:t>
      </w:r>
      <w:r>
        <w:rPr>
          <w:rFonts w:ascii="Times New Roman" w:eastAsia="SimSun" w:hAnsi="Times New Roman"/>
          <w:color w:val="000000"/>
          <w:spacing w:val="-7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do</w:t>
      </w:r>
      <w:r>
        <w:rPr>
          <w:rFonts w:ascii="Times New Roman" w:eastAsia="SimSun" w:hAnsi="Times New Roman"/>
          <w:color w:val="000000"/>
          <w:spacing w:val="-1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školy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přijatých</w:t>
      </w:r>
      <w:r>
        <w:rPr>
          <w:rFonts w:ascii="Times New Roman" w:eastAsia="SimSun" w:hAnsi="Times New Roman"/>
          <w:color w:val="000000"/>
          <w:spacing w:val="-4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dle</w:t>
      </w:r>
      <w:r>
        <w:rPr>
          <w:rFonts w:ascii="Times New Roman" w:eastAsia="SimSun" w:hAnsi="Times New Roman"/>
          <w:color w:val="000000"/>
          <w:spacing w:val="-7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této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smlouvy</w:t>
      </w:r>
      <w:r>
        <w:rPr>
          <w:rFonts w:ascii="Calibri" w:eastAsia="Calibri" w:hAnsi="Calibri"/>
          <w:color w:val="000000"/>
          <w:spacing w:val="-1"/>
          <w:sz w:val="24"/>
        </w:rPr>
        <w:t>.</w:t>
      </w:r>
    </w:p>
    <w:p w:rsidR="00D66EC5" w:rsidRDefault="0069268A">
      <w:pPr>
        <w:wordWrap w:val="0"/>
        <w:autoSpaceDE w:val="0"/>
        <w:autoSpaceDN w:val="0"/>
        <w:spacing w:before="216" w:after="48" w:line="240" w:lineRule="exact"/>
        <w:ind w:left="40"/>
      </w:pPr>
      <w:r>
        <w:rPr>
          <w:rFonts w:ascii="Calibri" w:eastAsia="Calibri" w:hAnsi="Calibri"/>
          <w:color w:val="000000"/>
          <w:spacing w:val="1"/>
          <w:sz w:val="24"/>
        </w:rPr>
        <w:t>6</w:t>
      </w:r>
      <w:r>
        <w:rPr>
          <w:rFonts w:ascii="Calibri" w:eastAsia="Calibri" w:hAnsi="Calibri"/>
          <w:color w:val="000000"/>
          <w:spacing w:val="-1"/>
          <w:sz w:val="24"/>
        </w:rPr>
        <w:t>.</w:t>
      </w:r>
      <w:r>
        <w:rPr>
          <w:rFonts w:ascii="Times New Roman" w:eastAsia="SimSun" w:hAnsi="Times New Roman"/>
          <w:color w:val="000000"/>
          <w:spacing w:val="41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Veškeré</w:t>
      </w:r>
      <w:r>
        <w:rPr>
          <w:rFonts w:ascii="Times New Roman" w:eastAsia="SimSun" w:hAnsi="Times New Roman"/>
          <w:color w:val="000000"/>
          <w:spacing w:val="3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finanční</w:t>
      </w:r>
      <w:r>
        <w:rPr>
          <w:rFonts w:ascii="Times New Roman" w:eastAsia="SimSun" w:hAnsi="Times New Roman"/>
          <w:color w:val="000000"/>
          <w:spacing w:val="2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příspěvky</w:t>
      </w:r>
      <w:r>
        <w:rPr>
          <w:rFonts w:ascii="Times New Roman" w:eastAsia="SimSun" w:hAnsi="Times New Roman"/>
          <w:color w:val="000000"/>
          <w:spacing w:val="1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poskytnuté</w:t>
      </w:r>
      <w:r>
        <w:rPr>
          <w:rFonts w:ascii="Times New Roman" w:eastAsia="SimSun" w:hAnsi="Times New Roman"/>
          <w:color w:val="000000"/>
          <w:spacing w:val="3"/>
          <w:sz w:val="24"/>
        </w:rPr>
        <w:t xml:space="preserve"> </w:t>
      </w:r>
      <w:r>
        <w:rPr>
          <w:rFonts w:ascii="Calibri" w:eastAsia="Calibri" w:hAnsi="Calibri"/>
          <w:color w:val="000000"/>
          <w:spacing w:val="1"/>
          <w:sz w:val="24"/>
        </w:rPr>
        <w:t>obcí</w:t>
      </w:r>
      <w:r>
        <w:rPr>
          <w:rFonts w:ascii="Times New Roman" w:eastAsia="SimSun" w:hAnsi="Times New Roman"/>
          <w:color w:val="000000"/>
          <w:spacing w:val="2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škole</w:t>
      </w:r>
      <w:r>
        <w:rPr>
          <w:rFonts w:ascii="Times New Roman" w:eastAsia="SimSun" w:hAnsi="Times New Roman"/>
          <w:color w:val="000000"/>
          <w:spacing w:val="2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musí</w:t>
      </w:r>
      <w:r>
        <w:rPr>
          <w:rFonts w:ascii="Times New Roman" w:eastAsia="SimSun" w:hAnsi="Times New Roman"/>
          <w:color w:val="000000"/>
          <w:spacing w:val="2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škola</w:t>
      </w:r>
      <w:r>
        <w:rPr>
          <w:rFonts w:ascii="Times New Roman" w:eastAsia="SimSun" w:hAnsi="Times New Roman"/>
          <w:color w:val="000000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použít</w:t>
      </w:r>
      <w:r>
        <w:rPr>
          <w:rFonts w:ascii="Times New Roman" w:eastAsia="SimSun" w:hAnsi="Times New Roman"/>
          <w:color w:val="000000"/>
          <w:spacing w:val="2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v</w:t>
      </w:r>
      <w:r>
        <w:rPr>
          <w:rFonts w:ascii="Times New Roman" w:eastAsia="SimSun" w:hAnsi="Times New Roman"/>
          <w:color w:val="000000"/>
          <w:spacing w:val="2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souladu</w:t>
      </w:r>
      <w:r>
        <w:rPr>
          <w:rFonts w:ascii="Times New Roman" w:eastAsia="SimSun" w:hAnsi="Times New Roman"/>
          <w:color w:val="000000"/>
          <w:spacing w:val="2"/>
          <w:sz w:val="24"/>
        </w:rPr>
        <w:t xml:space="preserve"> </w:t>
      </w:r>
      <w:r>
        <w:rPr>
          <w:rFonts w:ascii="Calibri" w:eastAsia="Calibri" w:hAnsi="Calibri"/>
          <w:color w:val="000000"/>
          <w:spacing w:val="-1"/>
          <w:sz w:val="24"/>
        </w:rPr>
        <w:t>se</w:t>
      </w:r>
      <w:r>
        <w:rPr>
          <w:rFonts w:ascii="Times New Roman" w:eastAsia="SimSun" w:hAnsi="Times New Roman"/>
          <w:color w:val="000000"/>
          <w:spacing w:val="3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zákonem</w:t>
      </w:r>
    </w:p>
    <w:p w:rsidR="00D66EC5" w:rsidRDefault="0069268A">
      <w:pPr>
        <w:wordWrap w:val="0"/>
        <w:autoSpaceDE w:val="0"/>
        <w:autoSpaceDN w:val="0"/>
        <w:spacing w:before="96" w:after="49" w:line="240" w:lineRule="exact"/>
        <w:ind w:left="323"/>
      </w:pPr>
      <w:r>
        <w:rPr>
          <w:rFonts w:ascii="Calibri" w:eastAsia="Calibri" w:hAnsi="Calibri"/>
          <w:color w:val="000000"/>
          <w:spacing w:val="-1"/>
          <w:sz w:val="24"/>
        </w:rPr>
        <w:t>č</w:t>
      </w:r>
      <w:r>
        <w:rPr>
          <w:rFonts w:ascii="Calibri" w:eastAsia="Calibri" w:hAnsi="Calibri"/>
          <w:color w:val="000000"/>
          <w:sz w:val="24"/>
        </w:rPr>
        <w:t>.</w:t>
      </w:r>
      <w:r>
        <w:rPr>
          <w:rFonts w:ascii="Times New Roman" w:eastAsia="SimSun" w:hAnsi="Times New Roman"/>
          <w:color w:val="000000"/>
          <w:spacing w:val="23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250</w:t>
      </w:r>
      <w:r>
        <w:rPr>
          <w:rFonts w:ascii="Calibri" w:eastAsia="Calibri" w:hAnsi="Calibri"/>
          <w:color w:val="000000"/>
          <w:spacing w:val="1"/>
          <w:sz w:val="24"/>
        </w:rPr>
        <w:t>/</w:t>
      </w:r>
      <w:r>
        <w:rPr>
          <w:rFonts w:ascii="Calibri" w:eastAsia="Calibri" w:hAnsi="Calibri"/>
          <w:color w:val="000000"/>
          <w:sz w:val="24"/>
        </w:rPr>
        <w:t>2000</w:t>
      </w:r>
      <w:r>
        <w:rPr>
          <w:rFonts w:ascii="Times New Roman" w:eastAsia="SimSun" w:hAnsi="Times New Roman"/>
          <w:color w:val="000000"/>
          <w:spacing w:val="24"/>
          <w:sz w:val="24"/>
        </w:rPr>
        <w:t xml:space="preserve"> </w:t>
      </w:r>
      <w:r>
        <w:rPr>
          <w:rFonts w:ascii="Calibri" w:eastAsia="Calibri" w:hAnsi="Calibri"/>
          <w:color w:val="000000"/>
          <w:spacing w:val="-1"/>
          <w:sz w:val="24"/>
        </w:rPr>
        <w:t>Sb</w:t>
      </w:r>
      <w:r>
        <w:rPr>
          <w:rFonts w:ascii="Calibri" w:eastAsia="Calibri" w:hAnsi="Calibri"/>
          <w:color w:val="000000"/>
          <w:sz w:val="24"/>
        </w:rPr>
        <w:t>.</w:t>
      </w:r>
      <w:r>
        <w:rPr>
          <w:rFonts w:ascii="Times New Roman" w:eastAsia="SimSun" w:hAnsi="Times New Roman"/>
          <w:color w:val="000000"/>
          <w:spacing w:val="23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o</w:t>
      </w:r>
      <w:r>
        <w:rPr>
          <w:rFonts w:ascii="Times New Roman" w:eastAsia="SimSun" w:hAnsi="Times New Roman"/>
          <w:color w:val="000000"/>
          <w:spacing w:val="24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rozpočtových</w:t>
      </w:r>
      <w:r>
        <w:rPr>
          <w:rFonts w:ascii="Times New Roman" w:eastAsia="SimSun" w:hAnsi="Times New Roman"/>
          <w:color w:val="000000"/>
          <w:spacing w:val="24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pravidlech</w:t>
      </w:r>
      <w:r>
        <w:rPr>
          <w:rFonts w:ascii="Times New Roman" w:eastAsia="SimSun" w:hAnsi="Times New Roman"/>
          <w:color w:val="000000"/>
          <w:spacing w:val="24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územních</w:t>
      </w:r>
      <w:r>
        <w:rPr>
          <w:rFonts w:ascii="Times New Roman" w:eastAsia="SimSun" w:hAnsi="Times New Roman"/>
          <w:color w:val="000000"/>
          <w:spacing w:val="24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rozpočtů</w:t>
      </w:r>
      <w:r>
        <w:rPr>
          <w:rFonts w:ascii="Times New Roman" w:eastAsia="SimSun" w:hAnsi="Times New Roman"/>
          <w:color w:val="000000"/>
          <w:spacing w:val="24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v</w:t>
      </w:r>
      <w:r>
        <w:rPr>
          <w:rFonts w:ascii="Times New Roman" w:eastAsia="SimSun" w:hAnsi="Times New Roman"/>
          <w:color w:val="000000"/>
          <w:spacing w:val="23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účinném</w:t>
      </w:r>
      <w:r>
        <w:rPr>
          <w:rFonts w:ascii="Times New Roman" w:eastAsia="SimSun" w:hAnsi="Times New Roman"/>
          <w:color w:val="000000"/>
          <w:spacing w:val="24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znění.</w:t>
      </w:r>
      <w:r>
        <w:rPr>
          <w:rFonts w:ascii="Times New Roman" w:eastAsia="SimSun" w:hAnsi="Times New Roman"/>
          <w:color w:val="000000"/>
          <w:spacing w:val="23"/>
          <w:sz w:val="24"/>
        </w:rPr>
        <w:t xml:space="preserve"> </w:t>
      </w:r>
      <w:r>
        <w:rPr>
          <w:rFonts w:ascii="Calibri" w:eastAsia="Calibri" w:hAnsi="Calibri"/>
          <w:color w:val="000000"/>
          <w:spacing w:val="1"/>
          <w:sz w:val="24"/>
        </w:rPr>
        <w:t>Použití</w:t>
      </w:r>
    </w:p>
    <w:p w:rsidR="00D66EC5" w:rsidRDefault="0069268A">
      <w:pPr>
        <w:wordWrap w:val="0"/>
        <w:autoSpaceDE w:val="0"/>
        <w:autoSpaceDN w:val="0"/>
        <w:spacing w:before="98" w:after="48" w:line="240" w:lineRule="exact"/>
        <w:ind w:left="323"/>
      </w:pPr>
      <w:r>
        <w:rPr>
          <w:rFonts w:ascii="Calibri" w:eastAsia="Calibri" w:hAnsi="Calibri"/>
          <w:color w:val="000000"/>
          <w:sz w:val="24"/>
        </w:rPr>
        <w:t>finančních</w:t>
      </w:r>
      <w:r>
        <w:rPr>
          <w:rFonts w:ascii="Times New Roman" w:eastAsia="SimSun" w:hAnsi="Times New Roman"/>
          <w:color w:val="000000"/>
          <w:spacing w:val="69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prostředků</w:t>
      </w:r>
      <w:r>
        <w:rPr>
          <w:rFonts w:ascii="Times New Roman" w:eastAsia="SimSun" w:hAnsi="Times New Roman"/>
          <w:color w:val="000000"/>
          <w:spacing w:val="67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musí</w:t>
      </w:r>
      <w:r>
        <w:rPr>
          <w:rFonts w:ascii="Times New Roman" w:eastAsia="SimSun" w:hAnsi="Times New Roman"/>
          <w:color w:val="000000"/>
          <w:spacing w:val="69"/>
          <w:sz w:val="24"/>
        </w:rPr>
        <w:t xml:space="preserve"> </w:t>
      </w:r>
      <w:r>
        <w:rPr>
          <w:rFonts w:ascii="Calibri" w:eastAsia="Calibri" w:hAnsi="Calibri"/>
          <w:color w:val="000000"/>
          <w:spacing w:val="-1"/>
          <w:sz w:val="24"/>
        </w:rPr>
        <w:t>škola</w:t>
      </w:r>
      <w:r>
        <w:rPr>
          <w:rFonts w:ascii="Times New Roman" w:eastAsia="SimSun" w:hAnsi="Times New Roman"/>
          <w:color w:val="000000"/>
          <w:spacing w:val="69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obci</w:t>
      </w:r>
      <w:r>
        <w:rPr>
          <w:rFonts w:ascii="Times New Roman" w:eastAsia="SimSun" w:hAnsi="Times New Roman"/>
          <w:color w:val="000000"/>
          <w:spacing w:val="69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oznámit</w:t>
      </w:r>
      <w:r>
        <w:rPr>
          <w:rFonts w:ascii="Times New Roman" w:eastAsia="SimSun" w:hAnsi="Times New Roman"/>
          <w:color w:val="000000"/>
          <w:spacing w:val="67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formou</w:t>
      </w:r>
      <w:r>
        <w:rPr>
          <w:rFonts w:ascii="Times New Roman" w:eastAsia="SimSun" w:hAnsi="Times New Roman"/>
          <w:color w:val="000000"/>
          <w:spacing w:val="69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vyúčtování</w:t>
      </w:r>
      <w:r>
        <w:rPr>
          <w:rFonts w:ascii="Times New Roman" w:eastAsia="SimSun" w:hAnsi="Times New Roman"/>
          <w:color w:val="000000"/>
          <w:spacing w:val="69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vždy</w:t>
      </w:r>
      <w:r>
        <w:rPr>
          <w:rFonts w:ascii="Times New Roman" w:eastAsia="SimSun" w:hAnsi="Times New Roman"/>
          <w:color w:val="000000"/>
          <w:spacing w:val="66"/>
          <w:sz w:val="24"/>
        </w:rPr>
        <w:t xml:space="preserve"> </w:t>
      </w:r>
      <w:r>
        <w:rPr>
          <w:rFonts w:ascii="Calibri" w:eastAsia="Calibri" w:hAnsi="Calibri"/>
          <w:color w:val="000000"/>
          <w:spacing w:val="-1"/>
          <w:sz w:val="24"/>
        </w:rPr>
        <w:t>za</w:t>
      </w:r>
      <w:r>
        <w:rPr>
          <w:rFonts w:ascii="Times New Roman" w:eastAsia="SimSun" w:hAnsi="Times New Roman"/>
          <w:color w:val="000000"/>
          <w:spacing w:val="69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uplynulý</w:t>
      </w:r>
    </w:p>
    <w:p w:rsidR="00D66EC5" w:rsidRDefault="0069268A">
      <w:pPr>
        <w:wordWrap w:val="0"/>
        <w:autoSpaceDE w:val="0"/>
        <w:autoSpaceDN w:val="0"/>
        <w:spacing w:before="96" w:after="49" w:line="240" w:lineRule="exact"/>
        <w:ind w:left="323"/>
      </w:pPr>
      <w:r>
        <w:rPr>
          <w:rFonts w:ascii="Calibri" w:eastAsia="Calibri" w:hAnsi="Calibri"/>
          <w:color w:val="000000"/>
          <w:sz w:val="24"/>
        </w:rPr>
        <w:t>kalendářní</w:t>
      </w:r>
      <w:r>
        <w:rPr>
          <w:rFonts w:ascii="Times New Roman" w:eastAsia="SimSun" w:hAnsi="Times New Roman"/>
          <w:color w:val="000000"/>
          <w:spacing w:val="86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rok</w:t>
      </w:r>
      <w:r>
        <w:rPr>
          <w:rFonts w:ascii="Times New Roman" w:eastAsia="SimSun" w:hAnsi="Times New Roman"/>
          <w:color w:val="000000"/>
          <w:spacing w:val="84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nejpozději</w:t>
      </w:r>
      <w:r>
        <w:rPr>
          <w:rFonts w:ascii="Times New Roman" w:eastAsia="SimSun" w:hAnsi="Times New Roman"/>
          <w:color w:val="000000"/>
          <w:spacing w:val="86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do</w:t>
      </w:r>
      <w:r>
        <w:rPr>
          <w:rFonts w:ascii="Times New Roman" w:eastAsia="SimSun" w:hAnsi="Times New Roman"/>
          <w:color w:val="000000"/>
          <w:spacing w:val="86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konce</w:t>
      </w:r>
      <w:r>
        <w:rPr>
          <w:rFonts w:ascii="Times New Roman" w:eastAsia="SimSun" w:hAnsi="Times New Roman"/>
          <w:color w:val="000000"/>
          <w:spacing w:val="91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ledna</w:t>
      </w:r>
      <w:r>
        <w:rPr>
          <w:rFonts w:ascii="Times New Roman" w:eastAsia="SimSun" w:hAnsi="Times New Roman"/>
          <w:color w:val="000000"/>
          <w:spacing w:val="84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následujícího</w:t>
      </w:r>
      <w:r>
        <w:rPr>
          <w:rFonts w:ascii="Times New Roman" w:eastAsia="SimSun" w:hAnsi="Times New Roman"/>
          <w:color w:val="000000"/>
          <w:spacing w:val="87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roku</w:t>
      </w:r>
      <w:r>
        <w:rPr>
          <w:rFonts w:ascii="Calibri" w:eastAsia="Calibri" w:hAnsi="Calibri"/>
          <w:color w:val="000000"/>
          <w:spacing w:val="-3"/>
          <w:sz w:val="24"/>
        </w:rPr>
        <w:t>.</w:t>
      </w:r>
      <w:r>
        <w:rPr>
          <w:rFonts w:ascii="Times New Roman" w:eastAsia="SimSun" w:hAnsi="Times New Roman"/>
          <w:color w:val="000000"/>
          <w:spacing w:val="86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V</w:t>
      </w:r>
      <w:r>
        <w:rPr>
          <w:rFonts w:ascii="Times New Roman" w:eastAsia="SimSun" w:hAnsi="Times New Roman"/>
          <w:color w:val="000000"/>
          <w:spacing w:val="84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případě</w:t>
      </w:r>
      <w:r>
        <w:rPr>
          <w:rFonts w:ascii="Calibri" w:eastAsia="Calibri" w:hAnsi="Calibri"/>
          <w:color w:val="000000"/>
          <w:spacing w:val="-2"/>
          <w:sz w:val="24"/>
        </w:rPr>
        <w:t>,</w:t>
      </w:r>
      <w:r>
        <w:rPr>
          <w:rFonts w:ascii="Times New Roman" w:eastAsia="SimSun" w:hAnsi="Times New Roman"/>
          <w:color w:val="000000"/>
          <w:spacing w:val="86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že</w:t>
      </w:r>
      <w:r>
        <w:rPr>
          <w:rFonts w:ascii="Times New Roman" w:eastAsia="SimSun" w:hAnsi="Times New Roman"/>
          <w:color w:val="000000"/>
          <w:spacing w:val="86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škola</w:t>
      </w:r>
    </w:p>
    <w:p w:rsidR="00D66EC5" w:rsidRDefault="0069268A">
      <w:pPr>
        <w:wordWrap w:val="0"/>
        <w:autoSpaceDE w:val="0"/>
        <w:autoSpaceDN w:val="0"/>
        <w:spacing w:before="98" w:after="48" w:line="240" w:lineRule="exact"/>
        <w:ind w:left="323"/>
      </w:pPr>
      <w:r>
        <w:rPr>
          <w:rFonts w:ascii="Calibri" w:eastAsia="Calibri" w:hAnsi="Calibri"/>
          <w:color w:val="000000"/>
          <w:sz w:val="24"/>
        </w:rPr>
        <w:t>prostředky</w:t>
      </w:r>
      <w:r>
        <w:rPr>
          <w:rFonts w:ascii="Times New Roman" w:eastAsia="SimSun" w:hAnsi="Times New Roman"/>
          <w:color w:val="000000"/>
          <w:spacing w:val="16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nevyužije</w:t>
      </w:r>
      <w:r>
        <w:rPr>
          <w:rFonts w:ascii="Calibri" w:eastAsia="Calibri" w:hAnsi="Calibri"/>
          <w:color w:val="000000"/>
          <w:spacing w:val="-2"/>
          <w:sz w:val="24"/>
        </w:rPr>
        <w:t>,</w:t>
      </w:r>
      <w:r>
        <w:rPr>
          <w:rFonts w:ascii="Times New Roman" w:eastAsia="SimSun" w:hAnsi="Times New Roman"/>
          <w:color w:val="000000"/>
          <w:spacing w:val="19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případně</w:t>
      </w:r>
      <w:r>
        <w:rPr>
          <w:rFonts w:ascii="Times New Roman" w:eastAsia="SimSun" w:hAnsi="Times New Roman"/>
          <w:color w:val="000000"/>
          <w:spacing w:val="17"/>
          <w:sz w:val="24"/>
        </w:rPr>
        <w:t xml:space="preserve"> </w:t>
      </w:r>
      <w:r>
        <w:rPr>
          <w:rFonts w:ascii="Calibri" w:eastAsia="Calibri" w:hAnsi="Calibri"/>
          <w:color w:val="000000"/>
          <w:spacing w:val="-1"/>
          <w:sz w:val="24"/>
        </w:rPr>
        <w:t>je</w:t>
      </w:r>
      <w:r>
        <w:rPr>
          <w:rFonts w:ascii="Times New Roman" w:eastAsia="SimSun" w:hAnsi="Times New Roman"/>
          <w:color w:val="000000"/>
          <w:spacing w:val="19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využije</w:t>
      </w:r>
      <w:r>
        <w:rPr>
          <w:rFonts w:ascii="Times New Roman" w:eastAsia="SimSun" w:hAnsi="Times New Roman"/>
          <w:color w:val="000000"/>
          <w:spacing w:val="19"/>
          <w:sz w:val="24"/>
        </w:rPr>
        <w:t xml:space="preserve"> </w:t>
      </w:r>
      <w:r>
        <w:rPr>
          <w:rFonts w:ascii="Calibri" w:eastAsia="Calibri" w:hAnsi="Calibri"/>
          <w:color w:val="000000"/>
          <w:spacing w:val="2"/>
          <w:sz w:val="24"/>
        </w:rPr>
        <w:t>v</w:t>
      </w:r>
      <w:r>
        <w:rPr>
          <w:rFonts w:ascii="Times New Roman" w:eastAsia="SimSun" w:hAnsi="Times New Roman"/>
          <w:color w:val="000000"/>
          <w:spacing w:val="-7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rozporu</w:t>
      </w:r>
      <w:r>
        <w:rPr>
          <w:rFonts w:ascii="Times New Roman" w:eastAsia="SimSun" w:hAnsi="Times New Roman"/>
          <w:color w:val="000000"/>
          <w:spacing w:val="19"/>
          <w:sz w:val="24"/>
        </w:rPr>
        <w:t xml:space="preserve"> </w:t>
      </w:r>
      <w:r>
        <w:rPr>
          <w:rFonts w:ascii="Calibri" w:eastAsia="Calibri" w:hAnsi="Calibri"/>
          <w:color w:val="000000"/>
          <w:spacing w:val="-1"/>
          <w:sz w:val="24"/>
        </w:rPr>
        <w:t>s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touto</w:t>
      </w:r>
      <w:r>
        <w:rPr>
          <w:rFonts w:ascii="Times New Roman" w:eastAsia="SimSun" w:hAnsi="Times New Roman"/>
          <w:color w:val="000000"/>
          <w:spacing w:val="20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smlouvou</w:t>
      </w:r>
      <w:r>
        <w:rPr>
          <w:rFonts w:ascii="Calibri" w:eastAsia="Calibri" w:hAnsi="Calibri"/>
          <w:color w:val="000000"/>
          <w:spacing w:val="-2"/>
          <w:sz w:val="24"/>
        </w:rPr>
        <w:t>,</w:t>
      </w:r>
      <w:r>
        <w:rPr>
          <w:rFonts w:ascii="Times New Roman" w:eastAsia="SimSun" w:hAnsi="Times New Roman"/>
          <w:color w:val="000000"/>
          <w:spacing w:val="19"/>
          <w:sz w:val="24"/>
        </w:rPr>
        <w:t xml:space="preserve"> </w:t>
      </w:r>
      <w:r>
        <w:rPr>
          <w:rFonts w:ascii="Calibri" w:eastAsia="Calibri" w:hAnsi="Calibri"/>
          <w:color w:val="000000"/>
          <w:spacing w:val="-1"/>
          <w:sz w:val="24"/>
        </w:rPr>
        <w:t>je</w:t>
      </w:r>
      <w:r>
        <w:rPr>
          <w:rFonts w:ascii="Times New Roman" w:eastAsia="SimSun" w:hAnsi="Times New Roman"/>
          <w:color w:val="000000"/>
          <w:spacing w:val="17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povinna</w:t>
      </w:r>
      <w:r>
        <w:rPr>
          <w:rFonts w:ascii="Times New Roman" w:eastAsia="SimSun" w:hAnsi="Times New Roman"/>
          <w:color w:val="000000"/>
          <w:spacing w:val="19"/>
          <w:sz w:val="24"/>
        </w:rPr>
        <w:t xml:space="preserve"> </w:t>
      </w:r>
      <w:r>
        <w:rPr>
          <w:rFonts w:ascii="Calibri" w:eastAsia="Calibri" w:hAnsi="Calibri"/>
          <w:color w:val="000000"/>
          <w:spacing w:val="-1"/>
          <w:sz w:val="24"/>
        </w:rPr>
        <w:t>je</w:t>
      </w:r>
      <w:r>
        <w:rPr>
          <w:rFonts w:ascii="Times New Roman" w:eastAsia="SimSun" w:hAnsi="Times New Roman"/>
          <w:color w:val="000000"/>
          <w:spacing w:val="17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obci</w:t>
      </w:r>
    </w:p>
    <w:p w:rsidR="00D66EC5" w:rsidRDefault="0069268A">
      <w:pPr>
        <w:wordWrap w:val="0"/>
        <w:autoSpaceDE w:val="0"/>
        <w:autoSpaceDN w:val="0"/>
        <w:spacing w:before="96" w:after="108" w:line="240" w:lineRule="exact"/>
        <w:ind w:left="323"/>
      </w:pPr>
      <w:r>
        <w:rPr>
          <w:rFonts w:ascii="Calibri" w:eastAsia="Calibri" w:hAnsi="Calibri"/>
          <w:color w:val="000000"/>
          <w:spacing w:val="1"/>
          <w:sz w:val="24"/>
        </w:rPr>
        <w:t>vrátit</w:t>
      </w:r>
      <w:r>
        <w:rPr>
          <w:rFonts w:ascii="Calibri" w:eastAsia="Calibri" w:hAnsi="Calibri"/>
          <w:color w:val="000000"/>
          <w:sz w:val="24"/>
        </w:rPr>
        <w:t>.</w:t>
      </w:r>
    </w:p>
    <w:p w:rsidR="00D66EC5" w:rsidRDefault="0069268A">
      <w:pPr>
        <w:wordWrap w:val="0"/>
        <w:autoSpaceDE w:val="0"/>
        <w:autoSpaceDN w:val="0"/>
        <w:spacing w:before="216" w:after="26" w:line="240" w:lineRule="exact"/>
        <w:ind w:left="4447"/>
      </w:pPr>
      <w:r>
        <w:rPr>
          <w:rFonts w:ascii="Calibri" w:eastAsia="Calibri" w:hAnsi="Calibri"/>
          <w:b/>
          <w:color w:val="000000"/>
          <w:spacing w:val="1"/>
          <w:sz w:val="24"/>
        </w:rPr>
        <w:t>III</w:t>
      </w:r>
      <w:r>
        <w:rPr>
          <w:rFonts w:ascii="Calibri" w:eastAsia="Calibri" w:hAnsi="Calibri"/>
          <w:b/>
          <w:color w:val="000000"/>
          <w:spacing w:val="-2"/>
          <w:sz w:val="24"/>
        </w:rPr>
        <w:t>.</w:t>
      </w:r>
    </w:p>
    <w:p w:rsidR="00D66EC5" w:rsidRDefault="0069268A">
      <w:pPr>
        <w:wordWrap w:val="0"/>
        <w:autoSpaceDE w:val="0"/>
        <w:autoSpaceDN w:val="0"/>
        <w:spacing w:before="53" w:after="86" w:line="240" w:lineRule="exact"/>
        <w:ind w:left="3545"/>
      </w:pPr>
      <w:r>
        <w:rPr>
          <w:rFonts w:ascii="Calibri" w:eastAsia="Calibri" w:hAnsi="Calibri"/>
          <w:b/>
          <w:color w:val="000000"/>
          <w:sz w:val="24"/>
        </w:rPr>
        <w:t>Doba</w:t>
      </w:r>
      <w:r>
        <w:rPr>
          <w:rFonts w:ascii="Times New Roman" w:eastAsia="SimSun" w:hAnsi="Times New Roman"/>
          <w:b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b/>
          <w:color w:val="000000"/>
          <w:sz w:val="24"/>
        </w:rPr>
        <w:t>trvání</w:t>
      </w:r>
      <w:r>
        <w:rPr>
          <w:rFonts w:ascii="Times New Roman" w:eastAsia="SimSun" w:hAnsi="Times New Roman"/>
          <w:b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b/>
          <w:color w:val="000000"/>
          <w:sz w:val="24"/>
        </w:rPr>
        <w:t>smlouvy</w:t>
      </w:r>
    </w:p>
    <w:p w:rsidR="00D66EC5" w:rsidRDefault="0069268A">
      <w:pPr>
        <w:wordWrap w:val="0"/>
        <w:autoSpaceDE w:val="0"/>
        <w:autoSpaceDN w:val="0"/>
        <w:spacing w:before="173" w:after="27" w:line="240" w:lineRule="exact"/>
        <w:ind w:left="40"/>
      </w:pPr>
      <w:r>
        <w:rPr>
          <w:rFonts w:ascii="Calibri" w:eastAsia="Calibri" w:hAnsi="Calibri"/>
          <w:color w:val="000000"/>
          <w:spacing w:val="1"/>
          <w:sz w:val="24"/>
        </w:rPr>
        <w:t>1</w:t>
      </w:r>
      <w:r>
        <w:rPr>
          <w:rFonts w:ascii="Calibri" w:eastAsia="Calibri" w:hAnsi="Calibri"/>
          <w:color w:val="000000"/>
          <w:spacing w:val="-1"/>
          <w:sz w:val="24"/>
        </w:rPr>
        <w:t>.</w:t>
      </w:r>
      <w:r>
        <w:rPr>
          <w:rFonts w:ascii="Times New Roman" w:eastAsia="SimSun" w:hAnsi="Times New Roman"/>
          <w:color w:val="000000"/>
          <w:spacing w:val="41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Smluvní</w:t>
      </w:r>
      <w:r>
        <w:rPr>
          <w:rFonts w:ascii="Times New Roman" w:eastAsia="SimSun" w:hAnsi="Times New Roman"/>
          <w:color w:val="000000"/>
          <w:spacing w:val="6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strany</w:t>
      </w:r>
      <w:r>
        <w:rPr>
          <w:rFonts w:ascii="Times New Roman" w:eastAsia="SimSun" w:hAnsi="Times New Roman"/>
          <w:color w:val="000000"/>
          <w:spacing w:val="64"/>
          <w:sz w:val="24"/>
        </w:rPr>
        <w:t xml:space="preserve"> </w:t>
      </w:r>
      <w:r>
        <w:rPr>
          <w:rFonts w:ascii="Calibri" w:eastAsia="Calibri" w:hAnsi="Calibri"/>
          <w:color w:val="000000"/>
          <w:spacing w:val="-1"/>
          <w:sz w:val="24"/>
        </w:rPr>
        <w:t>se</w:t>
      </w:r>
      <w:r>
        <w:rPr>
          <w:rFonts w:ascii="Times New Roman" w:eastAsia="SimSun" w:hAnsi="Times New Roman"/>
          <w:color w:val="000000"/>
          <w:spacing w:val="6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dohodly,</w:t>
      </w:r>
      <w:r>
        <w:rPr>
          <w:rFonts w:ascii="Times New Roman" w:eastAsia="SimSun" w:hAnsi="Times New Roman"/>
          <w:color w:val="000000"/>
          <w:spacing w:val="65"/>
          <w:sz w:val="24"/>
        </w:rPr>
        <w:t xml:space="preserve"> </w:t>
      </w:r>
      <w:r>
        <w:rPr>
          <w:rFonts w:ascii="Calibri" w:eastAsia="Calibri" w:hAnsi="Calibri"/>
          <w:color w:val="000000"/>
          <w:spacing w:val="1"/>
          <w:sz w:val="24"/>
        </w:rPr>
        <w:t>že</w:t>
      </w:r>
      <w:r>
        <w:rPr>
          <w:rFonts w:ascii="Times New Roman" w:eastAsia="SimSun" w:hAnsi="Times New Roman"/>
          <w:color w:val="000000"/>
          <w:spacing w:val="6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tuto</w:t>
      </w:r>
      <w:r>
        <w:rPr>
          <w:rFonts w:ascii="Times New Roman" w:eastAsia="SimSun" w:hAnsi="Times New Roman"/>
          <w:color w:val="000000"/>
          <w:spacing w:val="6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smlouvou</w:t>
      </w:r>
      <w:r>
        <w:rPr>
          <w:rFonts w:ascii="Times New Roman" w:eastAsia="SimSun" w:hAnsi="Times New Roman"/>
          <w:color w:val="000000"/>
          <w:spacing w:val="6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uzavírají</w:t>
      </w:r>
      <w:r>
        <w:rPr>
          <w:rFonts w:ascii="Times New Roman" w:eastAsia="SimSun" w:hAnsi="Times New Roman"/>
          <w:color w:val="000000"/>
          <w:spacing w:val="6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na</w:t>
      </w:r>
      <w:r>
        <w:rPr>
          <w:rFonts w:ascii="Times New Roman" w:eastAsia="SimSun" w:hAnsi="Times New Roman"/>
          <w:color w:val="000000"/>
          <w:spacing w:val="62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dobu</w:t>
      </w:r>
      <w:r>
        <w:rPr>
          <w:rFonts w:ascii="Times New Roman" w:eastAsia="SimSun" w:hAnsi="Times New Roman"/>
          <w:color w:val="000000"/>
          <w:spacing w:val="66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neurčitou,</w:t>
      </w:r>
      <w:r>
        <w:rPr>
          <w:rFonts w:ascii="Times New Roman" w:eastAsia="SimSun" w:hAnsi="Times New Roman"/>
          <w:color w:val="000000"/>
          <w:spacing w:val="62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počínaje</w:t>
      </w:r>
    </w:p>
    <w:p w:rsidR="00D66EC5" w:rsidRDefault="0069268A">
      <w:pPr>
        <w:wordWrap w:val="0"/>
        <w:autoSpaceDE w:val="0"/>
        <w:autoSpaceDN w:val="0"/>
        <w:spacing w:before="55" w:after="293" w:line="240" w:lineRule="exact"/>
        <w:ind w:left="323"/>
      </w:pPr>
      <w:r>
        <w:rPr>
          <w:rFonts w:ascii="Calibri" w:eastAsia="Calibri" w:hAnsi="Calibri"/>
          <w:color w:val="000000"/>
          <w:sz w:val="24"/>
        </w:rPr>
        <w:t>zápisem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pacing w:val="-1"/>
          <w:sz w:val="24"/>
        </w:rPr>
        <w:t>na</w:t>
      </w:r>
      <w:r>
        <w:rPr>
          <w:rFonts w:ascii="Times New Roman" w:eastAsia="SimSun" w:hAnsi="Times New Roman"/>
          <w:color w:val="000000"/>
          <w:spacing w:val="-4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školní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pacing w:val="-1"/>
          <w:sz w:val="24"/>
        </w:rPr>
        <w:t>rok</w:t>
      </w:r>
      <w:r>
        <w:rPr>
          <w:rFonts w:ascii="Times New Roman" w:eastAsia="SimSun" w:hAnsi="Times New Roman"/>
          <w:color w:val="000000"/>
          <w:spacing w:val="-6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2023</w:t>
      </w:r>
      <w:r>
        <w:rPr>
          <w:rFonts w:ascii="Calibri" w:eastAsia="Calibri" w:hAnsi="Calibri"/>
          <w:color w:val="000000"/>
          <w:spacing w:val="1"/>
          <w:sz w:val="24"/>
        </w:rPr>
        <w:t>/</w:t>
      </w:r>
      <w:r>
        <w:rPr>
          <w:rFonts w:ascii="Calibri" w:eastAsia="Calibri" w:hAnsi="Calibri"/>
          <w:color w:val="000000"/>
          <w:sz w:val="24"/>
        </w:rPr>
        <w:t>2024</w:t>
      </w:r>
      <w:r>
        <w:rPr>
          <w:rFonts w:ascii="Calibri" w:eastAsia="Calibri" w:hAnsi="Calibri"/>
          <w:color w:val="000000"/>
          <w:sz w:val="24"/>
        </w:rPr>
        <w:t>.</w:t>
      </w:r>
    </w:p>
    <w:p w:rsidR="00D66EC5" w:rsidRDefault="0069268A">
      <w:pPr>
        <w:wordWrap w:val="0"/>
        <w:autoSpaceDE w:val="0"/>
        <w:autoSpaceDN w:val="0"/>
        <w:spacing w:before="585" w:after="26" w:line="240" w:lineRule="exact"/>
        <w:ind w:left="4440"/>
      </w:pPr>
      <w:r>
        <w:rPr>
          <w:rFonts w:ascii="Calibri" w:eastAsia="Calibri" w:hAnsi="Calibri"/>
          <w:b/>
          <w:color w:val="000000"/>
          <w:sz w:val="24"/>
        </w:rPr>
        <w:t>IV</w:t>
      </w:r>
      <w:r>
        <w:rPr>
          <w:rFonts w:ascii="Calibri" w:eastAsia="Calibri" w:hAnsi="Calibri"/>
          <w:b/>
          <w:color w:val="000000"/>
          <w:spacing w:val="1"/>
          <w:sz w:val="24"/>
        </w:rPr>
        <w:t>.</w:t>
      </w:r>
    </w:p>
    <w:p w:rsidR="00D66EC5" w:rsidRDefault="0069268A">
      <w:pPr>
        <w:wordWrap w:val="0"/>
        <w:autoSpaceDE w:val="0"/>
        <w:autoSpaceDN w:val="0"/>
        <w:spacing w:before="53" w:after="86" w:line="240" w:lineRule="exact"/>
        <w:ind w:left="3485"/>
      </w:pPr>
      <w:r>
        <w:rPr>
          <w:rFonts w:ascii="Calibri" w:eastAsia="Calibri" w:hAnsi="Calibri"/>
          <w:b/>
          <w:color w:val="000000"/>
          <w:sz w:val="24"/>
        </w:rPr>
        <w:t>Závěrečná</w:t>
      </w:r>
      <w:r>
        <w:rPr>
          <w:rFonts w:ascii="Times New Roman" w:eastAsia="SimSun" w:hAnsi="Times New Roman"/>
          <w:b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b/>
          <w:color w:val="000000"/>
          <w:sz w:val="24"/>
        </w:rPr>
        <w:t>ustanovení</w:t>
      </w:r>
    </w:p>
    <w:p w:rsidR="00D66EC5" w:rsidRDefault="0069268A">
      <w:pPr>
        <w:wordWrap w:val="0"/>
        <w:autoSpaceDE w:val="0"/>
        <w:autoSpaceDN w:val="0"/>
        <w:spacing w:before="173" w:after="48" w:line="240" w:lineRule="exact"/>
        <w:ind w:left="40"/>
      </w:pPr>
      <w:r>
        <w:rPr>
          <w:rFonts w:ascii="Calibri" w:eastAsia="Calibri" w:hAnsi="Calibri"/>
          <w:color w:val="000000"/>
          <w:spacing w:val="1"/>
          <w:sz w:val="24"/>
        </w:rPr>
        <w:t>1</w:t>
      </w:r>
      <w:r>
        <w:rPr>
          <w:rFonts w:ascii="Calibri" w:eastAsia="Calibri" w:hAnsi="Calibri"/>
          <w:color w:val="000000"/>
          <w:spacing w:val="-1"/>
          <w:sz w:val="24"/>
        </w:rPr>
        <w:t>.</w:t>
      </w:r>
      <w:r>
        <w:rPr>
          <w:rFonts w:ascii="Times New Roman" w:eastAsia="SimSun" w:hAnsi="Times New Roman"/>
          <w:color w:val="000000"/>
          <w:spacing w:val="41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Ustanovení</w:t>
      </w:r>
      <w:r>
        <w:rPr>
          <w:rFonts w:ascii="Times New Roman" w:eastAsia="SimSun" w:hAnsi="Times New Roman"/>
          <w:color w:val="000000"/>
          <w:spacing w:val="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čl.</w:t>
      </w:r>
      <w:r>
        <w:rPr>
          <w:rFonts w:ascii="Times New Roman" w:eastAsia="SimSun" w:hAnsi="Times New Roman"/>
          <w:color w:val="000000"/>
          <w:spacing w:val="4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II.</w:t>
      </w:r>
      <w:r>
        <w:rPr>
          <w:rFonts w:ascii="Times New Roman" w:eastAsia="SimSun" w:hAnsi="Times New Roman"/>
          <w:color w:val="000000"/>
          <w:spacing w:val="4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odst</w:t>
      </w:r>
      <w:r>
        <w:rPr>
          <w:rFonts w:ascii="Calibri" w:eastAsia="Calibri" w:hAnsi="Calibri"/>
          <w:color w:val="000000"/>
          <w:sz w:val="24"/>
        </w:rPr>
        <w:t>.</w:t>
      </w:r>
      <w:r>
        <w:rPr>
          <w:rFonts w:ascii="Times New Roman" w:eastAsia="SimSun" w:hAnsi="Times New Roman"/>
          <w:color w:val="000000"/>
          <w:spacing w:val="7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2</w:t>
      </w:r>
      <w:r>
        <w:rPr>
          <w:rFonts w:ascii="Times New Roman" w:eastAsia="SimSun" w:hAnsi="Times New Roman"/>
          <w:color w:val="000000"/>
          <w:spacing w:val="3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a</w:t>
      </w:r>
      <w:r>
        <w:rPr>
          <w:rFonts w:ascii="Times New Roman" w:eastAsia="SimSun" w:hAnsi="Times New Roman"/>
          <w:color w:val="000000"/>
          <w:spacing w:val="5"/>
          <w:sz w:val="24"/>
        </w:rPr>
        <w:t xml:space="preserve"> </w:t>
      </w:r>
      <w:r>
        <w:rPr>
          <w:rFonts w:ascii="Calibri" w:eastAsia="Calibri" w:hAnsi="Calibri"/>
          <w:color w:val="000000"/>
          <w:spacing w:val="1"/>
          <w:sz w:val="24"/>
        </w:rPr>
        <w:t>5</w:t>
      </w:r>
      <w:r>
        <w:rPr>
          <w:rFonts w:ascii="Times New Roman" w:eastAsia="SimSun" w:hAnsi="Times New Roman"/>
          <w:color w:val="000000"/>
          <w:spacing w:val="5"/>
          <w:sz w:val="24"/>
        </w:rPr>
        <w:t xml:space="preserve"> </w:t>
      </w:r>
      <w:r>
        <w:rPr>
          <w:rFonts w:ascii="Calibri" w:eastAsia="Calibri" w:hAnsi="Calibri"/>
          <w:color w:val="000000"/>
          <w:spacing w:val="-1"/>
          <w:sz w:val="24"/>
        </w:rPr>
        <w:t>se</w:t>
      </w:r>
      <w:r>
        <w:rPr>
          <w:rFonts w:ascii="Times New Roman" w:eastAsia="SimSun" w:hAnsi="Times New Roman"/>
          <w:color w:val="000000"/>
          <w:spacing w:val="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nevztahuje</w:t>
      </w:r>
      <w:r>
        <w:rPr>
          <w:rFonts w:ascii="Times New Roman" w:eastAsia="SimSun" w:hAnsi="Times New Roman"/>
          <w:color w:val="000000"/>
          <w:spacing w:val="5"/>
          <w:sz w:val="24"/>
        </w:rPr>
        <w:t xml:space="preserve"> </w:t>
      </w:r>
      <w:r>
        <w:rPr>
          <w:rFonts w:ascii="Calibri" w:eastAsia="Calibri" w:hAnsi="Calibri"/>
          <w:color w:val="000000"/>
          <w:spacing w:val="-1"/>
          <w:sz w:val="24"/>
        </w:rPr>
        <w:t>na</w:t>
      </w:r>
      <w:r>
        <w:rPr>
          <w:rFonts w:ascii="Times New Roman" w:eastAsia="SimSun" w:hAnsi="Times New Roman"/>
          <w:color w:val="000000"/>
          <w:spacing w:val="5"/>
          <w:sz w:val="24"/>
        </w:rPr>
        <w:t xml:space="preserve"> </w:t>
      </w:r>
      <w:r>
        <w:rPr>
          <w:rFonts w:ascii="Calibri" w:eastAsia="Calibri" w:hAnsi="Calibri"/>
          <w:color w:val="000000"/>
          <w:spacing w:val="-1"/>
          <w:sz w:val="24"/>
        </w:rPr>
        <w:t>žáky</w:t>
      </w:r>
      <w:r>
        <w:rPr>
          <w:rFonts w:ascii="Times New Roman" w:eastAsia="SimSun" w:hAnsi="Times New Roman"/>
          <w:color w:val="000000"/>
          <w:spacing w:val="4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s</w:t>
      </w:r>
      <w:r>
        <w:rPr>
          <w:rFonts w:ascii="Times New Roman" w:eastAsia="SimSun" w:hAnsi="Times New Roman"/>
          <w:color w:val="000000"/>
          <w:spacing w:val="4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trvalým</w:t>
      </w:r>
      <w:r>
        <w:rPr>
          <w:rFonts w:ascii="Times New Roman" w:eastAsia="SimSun" w:hAnsi="Times New Roman"/>
          <w:color w:val="000000"/>
          <w:spacing w:val="2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pobytem</w:t>
      </w:r>
      <w:r>
        <w:rPr>
          <w:rFonts w:ascii="Times New Roman" w:eastAsia="SimSun" w:hAnsi="Times New Roman"/>
          <w:color w:val="000000"/>
          <w:spacing w:val="5"/>
          <w:sz w:val="24"/>
        </w:rPr>
        <w:t xml:space="preserve"> </w:t>
      </w:r>
      <w:r>
        <w:rPr>
          <w:rFonts w:ascii="Calibri" w:eastAsia="Calibri" w:hAnsi="Calibri"/>
          <w:color w:val="000000"/>
          <w:spacing w:val="2"/>
          <w:sz w:val="24"/>
        </w:rPr>
        <w:t>v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územním</w:t>
      </w:r>
      <w:r>
        <w:rPr>
          <w:rFonts w:ascii="Times New Roman" w:eastAsia="SimSun" w:hAnsi="Times New Roman"/>
          <w:color w:val="000000"/>
          <w:spacing w:val="5"/>
          <w:sz w:val="24"/>
        </w:rPr>
        <w:t xml:space="preserve"> </w:t>
      </w:r>
      <w:r>
        <w:rPr>
          <w:rFonts w:ascii="Calibri" w:eastAsia="Calibri" w:hAnsi="Calibri"/>
          <w:color w:val="000000"/>
          <w:spacing w:val="-1"/>
          <w:sz w:val="24"/>
        </w:rPr>
        <w:t>obvodu</w:t>
      </w:r>
    </w:p>
    <w:p w:rsidR="00D66EC5" w:rsidRDefault="0069268A">
      <w:pPr>
        <w:wordWrap w:val="0"/>
        <w:autoSpaceDE w:val="0"/>
        <w:autoSpaceDN w:val="0"/>
        <w:spacing w:before="96" w:after="109" w:line="240" w:lineRule="exact"/>
        <w:ind w:left="323"/>
      </w:pPr>
      <w:r>
        <w:rPr>
          <w:rFonts w:ascii="Calibri" w:eastAsia="Calibri" w:hAnsi="Calibri"/>
          <w:color w:val="000000"/>
          <w:sz w:val="24"/>
        </w:rPr>
        <w:t>obce,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kteří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byli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přijati</w:t>
      </w:r>
      <w:r>
        <w:rPr>
          <w:rFonts w:ascii="Times New Roman" w:eastAsia="SimSun" w:hAnsi="Times New Roman"/>
          <w:color w:val="000000"/>
          <w:spacing w:val="-7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do</w:t>
      </w:r>
      <w:r>
        <w:rPr>
          <w:rFonts w:ascii="Times New Roman" w:eastAsia="SimSun" w:hAnsi="Times New Roman"/>
          <w:color w:val="000000"/>
          <w:spacing w:val="-6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školy</w:t>
      </w:r>
      <w:r>
        <w:rPr>
          <w:rFonts w:ascii="Times New Roman" w:eastAsia="SimSun" w:hAnsi="Times New Roman"/>
          <w:color w:val="000000"/>
          <w:spacing w:val="-2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před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účinnosti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této</w:t>
      </w:r>
      <w:r>
        <w:rPr>
          <w:rFonts w:ascii="Times New Roman" w:eastAsia="SimSun" w:hAnsi="Times New Roman"/>
          <w:color w:val="000000"/>
          <w:spacing w:val="-3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smlouvy</w:t>
      </w:r>
      <w:r>
        <w:rPr>
          <w:rFonts w:ascii="Calibri" w:eastAsia="Calibri" w:hAnsi="Calibri"/>
          <w:color w:val="000000"/>
          <w:sz w:val="24"/>
        </w:rPr>
        <w:t>.</w:t>
      </w:r>
    </w:p>
    <w:p w:rsidR="00D66EC5" w:rsidRDefault="0069268A">
      <w:pPr>
        <w:wordWrap w:val="0"/>
        <w:autoSpaceDE w:val="0"/>
        <w:autoSpaceDN w:val="0"/>
        <w:spacing w:before="218" w:after="48" w:line="240" w:lineRule="exact"/>
        <w:ind w:left="40"/>
      </w:pPr>
      <w:r>
        <w:rPr>
          <w:rFonts w:ascii="Calibri" w:eastAsia="Calibri" w:hAnsi="Calibri"/>
          <w:color w:val="000000"/>
          <w:spacing w:val="1"/>
          <w:sz w:val="24"/>
        </w:rPr>
        <w:t>2</w:t>
      </w:r>
      <w:r>
        <w:rPr>
          <w:rFonts w:ascii="Calibri" w:eastAsia="Calibri" w:hAnsi="Calibri"/>
          <w:color w:val="000000"/>
          <w:spacing w:val="-1"/>
          <w:sz w:val="24"/>
        </w:rPr>
        <w:t>.</w:t>
      </w:r>
      <w:r>
        <w:rPr>
          <w:rFonts w:ascii="Times New Roman" w:eastAsia="SimSun" w:hAnsi="Times New Roman"/>
          <w:color w:val="000000"/>
          <w:spacing w:val="41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Tato</w:t>
      </w:r>
      <w:r>
        <w:rPr>
          <w:rFonts w:ascii="Times New Roman" w:eastAsia="SimSun" w:hAnsi="Times New Roman"/>
          <w:color w:val="000000"/>
          <w:spacing w:val="17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smlouva</w:t>
      </w:r>
      <w:r>
        <w:rPr>
          <w:rFonts w:ascii="Times New Roman" w:eastAsia="SimSun" w:hAnsi="Times New Roman"/>
          <w:color w:val="000000"/>
          <w:spacing w:val="17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je</w:t>
      </w:r>
      <w:r>
        <w:rPr>
          <w:rFonts w:ascii="Times New Roman" w:eastAsia="SimSun" w:hAnsi="Times New Roman"/>
          <w:color w:val="000000"/>
          <w:spacing w:val="14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uzavírána</w:t>
      </w:r>
      <w:r>
        <w:rPr>
          <w:rFonts w:ascii="Times New Roman" w:eastAsia="SimSun" w:hAnsi="Times New Roman"/>
          <w:color w:val="000000"/>
          <w:spacing w:val="17"/>
          <w:sz w:val="24"/>
        </w:rPr>
        <w:t xml:space="preserve"> </w:t>
      </w:r>
      <w:r>
        <w:rPr>
          <w:rFonts w:ascii="Calibri" w:eastAsia="Calibri" w:hAnsi="Calibri"/>
          <w:color w:val="000000"/>
          <w:spacing w:val="-1"/>
          <w:sz w:val="24"/>
        </w:rPr>
        <w:t>na</w:t>
      </w:r>
      <w:r>
        <w:rPr>
          <w:rFonts w:ascii="Times New Roman" w:eastAsia="SimSun" w:hAnsi="Times New Roman"/>
          <w:color w:val="000000"/>
          <w:spacing w:val="17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základě</w:t>
      </w:r>
      <w:r>
        <w:rPr>
          <w:rFonts w:ascii="Times New Roman" w:eastAsia="SimSun" w:hAnsi="Times New Roman"/>
          <w:color w:val="000000"/>
          <w:spacing w:val="17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čl.</w:t>
      </w:r>
      <w:r>
        <w:rPr>
          <w:rFonts w:ascii="Times New Roman" w:eastAsia="SimSun" w:hAnsi="Times New Roman"/>
          <w:color w:val="000000"/>
          <w:spacing w:val="16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V</w:t>
      </w:r>
      <w:r>
        <w:rPr>
          <w:rFonts w:ascii="Calibri" w:eastAsia="Calibri" w:hAnsi="Calibri"/>
          <w:color w:val="000000"/>
          <w:spacing w:val="-3"/>
          <w:sz w:val="24"/>
        </w:rPr>
        <w:t>.</w:t>
      </w:r>
      <w:r>
        <w:rPr>
          <w:rFonts w:ascii="Times New Roman" w:eastAsia="SimSun" w:hAnsi="Times New Roman"/>
          <w:color w:val="000000"/>
          <w:spacing w:val="17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“</w:t>
      </w:r>
      <w:r>
        <w:rPr>
          <w:rFonts w:ascii="Calibri" w:eastAsia="Calibri" w:hAnsi="Calibri"/>
          <w:color w:val="000000"/>
          <w:sz w:val="24"/>
        </w:rPr>
        <w:t>Dohody</w:t>
      </w:r>
      <w:r>
        <w:rPr>
          <w:rFonts w:ascii="Times New Roman" w:eastAsia="SimSun" w:hAnsi="Times New Roman"/>
          <w:color w:val="000000"/>
          <w:spacing w:val="13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o</w:t>
      </w:r>
      <w:r>
        <w:rPr>
          <w:rFonts w:ascii="Times New Roman" w:eastAsia="SimSun" w:hAnsi="Times New Roman"/>
          <w:color w:val="000000"/>
          <w:spacing w:val="17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spolupráci</w:t>
      </w:r>
      <w:r>
        <w:rPr>
          <w:rFonts w:ascii="Times New Roman" w:eastAsia="SimSun" w:hAnsi="Times New Roman"/>
          <w:color w:val="000000"/>
          <w:spacing w:val="16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při</w:t>
      </w:r>
      <w:r>
        <w:rPr>
          <w:rFonts w:ascii="Times New Roman" w:eastAsia="SimSun" w:hAnsi="Times New Roman"/>
          <w:color w:val="000000"/>
          <w:spacing w:val="14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zajištění</w:t>
      </w:r>
      <w:r>
        <w:rPr>
          <w:rFonts w:ascii="Times New Roman" w:eastAsia="SimSun" w:hAnsi="Times New Roman"/>
          <w:color w:val="000000"/>
          <w:spacing w:val="17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podmínek</w:t>
      </w:r>
    </w:p>
    <w:p w:rsidR="00D66EC5" w:rsidRDefault="0069268A">
      <w:pPr>
        <w:wordWrap w:val="0"/>
        <w:autoSpaceDE w:val="0"/>
        <w:autoSpaceDN w:val="0"/>
        <w:spacing w:before="96" w:after="48" w:line="240" w:lineRule="exact"/>
        <w:ind w:left="323"/>
      </w:pPr>
      <w:r>
        <w:rPr>
          <w:rFonts w:ascii="Calibri" w:eastAsia="Calibri" w:hAnsi="Calibri"/>
          <w:color w:val="000000"/>
          <w:sz w:val="24"/>
        </w:rPr>
        <w:t>pro</w:t>
      </w:r>
      <w:r>
        <w:rPr>
          <w:rFonts w:ascii="Times New Roman" w:eastAsia="SimSun" w:hAnsi="Times New Roman"/>
          <w:color w:val="000000"/>
          <w:spacing w:val="69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plnění</w:t>
      </w:r>
      <w:r>
        <w:rPr>
          <w:rFonts w:ascii="Times New Roman" w:eastAsia="SimSun" w:hAnsi="Times New Roman"/>
          <w:color w:val="000000"/>
          <w:spacing w:val="69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školní</w:t>
      </w:r>
      <w:r>
        <w:rPr>
          <w:rFonts w:ascii="Times New Roman" w:eastAsia="SimSun" w:hAnsi="Times New Roman"/>
          <w:color w:val="000000"/>
          <w:spacing w:val="66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docházky</w:t>
      </w:r>
      <w:r>
        <w:rPr>
          <w:rFonts w:ascii="Times New Roman" w:eastAsia="SimSun" w:hAnsi="Times New Roman"/>
          <w:color w:val="000000"/>
          <w:spacing w:val="69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dětí</w:t>
      </w:r>
      <w:r>
        <w:rPr>
          <w:rFonts w:ascii="Times New Roman" w:eastAsia="SimSun" w:hAnsi="Times New Roman"/>
          <w:color w:val="000000"/>
          <w:spacing w:val="69"/>
          <w:sz w:val="24"/>
        </w:rPr>
        <w:t xml:space="preserve"> </w:t>
      </w:r>
      <w:r>
        <w:rPr>
          <w:rFonts w:ascii="Calibri" w:eastAsia="Calibri" w:hAnsi="Calibri"/>
          <w:color w:val="000000"/>
          <w:spacing w:val="-3"/>
          <w:sz w:val="24"/>
        </w:rPr>
        <w:t>s</w:t>
      </w:r>
      <w:r>
        <w:rPr>
          <w:rFonts w:ascii="Times New Roman" w:eastAsia="SimSun" w:hAnsi="Times New Roman"/>
          <w:color w:val="000000"/>
          <w:spacing w:val="69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místem</w:t>
      </w:r>
      <w:r>
        <w:rPr>
          <w:rFonts w:ascii="Times New Roman" w:eastAsia="SimSun" w:hAnsi="Times New Roman"/>
          <w:color w:val="000000"/>
          <w:spacing w:val="67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trvalého</w:t>
      </w:r>
      <w:r>
        <w:rPr>
          <w:rFonts w:ascii="Times New Roman" w:eastAsia="SimSun" w:hAnsi="Times New Roman"/>
          <w:color w:val="000000"/>
          <w:spacing w:val="69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pobytu</w:t>
      </w:r>
      <w:r>
        <w:rPr>
          <w:rFonts w:ascii="Times New Roman" w:eastAsia="SimSun" w:hAnsi="Times New Roman"/>
          <w:color w:val="000000"/>
          <w:spacing w:val="69"/>
          <w:sz w:val="24"/>
        </w:rPr>
        <w:t xml:space="preserve"> </w:t>
      </w:r>
      <w:r>
        <w:rPr>
          <w:rFonts w:ascii="Calibri" w:eastAsia="Calibri" w:hAnsi="Calibri"/>
          <w:color w:val="000000"/>
          <w:spacing w:val="-1"/>
          <w:sz w:val="24"/>
        </w:rPr>
        <w:t>na</w:t>
      </w:r>
      <w:r>
        <w:rPr>
          <w:rFonts w:ascii="Times New Roman" w:eastAsia="SimSun" w:hAnsi="Times New Roman"/>
          <w:color w:val="000000"/>
          <w:spacing w:val="67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území</w:t>
      </w:r>
      <w:r>
        <w:rPr>
          <w:rFonts w:ascii="Times New Roman" w:eastAsia="SimSun" w:hAnsi="Times New Roman"/>
          <w:color w:val="000000"/>
          <w:spacing w:val="69"/>
          <w:sz w:val="24"/>
        </w:rPr>
        <w:t xml:space="preserve"> </w:t>
      </w:r>
      <w:r>
        <w:rPr>
          <w:rFonts w:ascii="Calibri" w:eastAsia="Calibri" w:hAnsi="Calibri"/>
          <w:color w:val="000000"/>
          <w:spacing w:val="2"/>
          <w:sz w:val="24"/>
        </w:rPr>
        <w:t>obce</w:t>
      </w:r>
      <w:r>
        <w:rPr>
          <w:rFonts w:ascii="Times New Roman" w:eastAsia="SimSun" w:hAnsi="Times New Roman"/>
          <w:color w:val="000000"/>
          <w:spacing w:val="70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Libiš</w:t>
      </w:r>
      <w:r>
        <w:rPr>
          <w:rFonts w:ascii="Calibri" w:eastAsia="Calibri" w:hAnsi="Calibri"/>
          <w:color w:val="000000"/>
          <w:spacing w:val="-2"/>
          <w:sz w:val="24"/>
        </w:rPr>
        <w:t>“</w:t>
      </w:r>
      <w:r>
        <w:rPr>
          <w:rFonts w:ascii="Times New Roman" w:eastAsia="SimSun" w:hAnsi="Times New Roman"/>
          <w:color w:val="000000"/>
          <w:spacing w:val="70"/>
          <w:sz w:val="24"/>
        </w:rPr>
        <w:t xml:space="preserve"> </w:t>
      </w:r>
      <w:r>
        <w:rPr>
          <w:rFonts w:ascii="Calibri" w:eastAsia="Calibri" w:hAnsi="Calibri"/>
          <w:color w:val="000000"/>
          <w:spacing w:val="-1"/>
          <w:sz w:val="24"/>
        </w:rPr>
        <w:t>č</w:t>
      </w:r>
      <w:r>
        <w:rPr>
          <w:rFonts w:ascii="Calibri" w:eastAsia="Calibri" w:hAnsi="Calibri"/>
          <w:color w:val="000000"/>
          <w:spacing w:val="-3"/>
          <w:sz w:val="24"/>
        </w:rPr>
        <w:t>.</w:t>
      </w:r>
    </w:p>
    <w:p w:rsidR="00D66EC5" w:rsidRDefault="0069268A">
      <w:pPr>
        <w:wordWrap w:val="0"/>
        <w:autoSpaceDE w:val="0"/>
        <w:autoSpaceDN w:val="0"/>
        <w:spacing w:before="96" w:after="109" w:line="240" w:lineRule="exact"/>
        <w:ind w:left="323"/>
      </w:pPr>
      <w:r>
        <w:rPr>
          <w:rFonts w:ascii="Calibri" w:eastAsia="Calibri" w:hAnsi="Calibri"/>
          <w:color w:val="000000"/>
          <w:sz w:val="24"/>
        </w:rPr>
        <w:t>2023</w:t>
      </w:r>
      <w:r>
        <w:rPr>
          <w:rFonts w:ascii="Calibri" w:eastAsia="Calibri" w:hAnsi="Calibri"/>
          <w:color w:val="000000"/>
          <w:spacing w:val="1"/>
          <w:sz w:val="24"/>
        </w:rPr>
        <w:t>/</w:t>
      </w:r>
      <w:r>
        <w:rPr>
          <w:rFonts w:ascii="Calibri" w:eastAsia="Calibri" w:hAnsi="Calibri"/>
          <w:color w:val="000000"/>
          <w:sz w:val="24"/>
        </w:rPr>
        <w:t>0157</w:t>
      </w:r>
      <w:r>
        <w:rPr>
          <w:rFonts w:ascii="Calibri" w:eastAsia="Calibri" w:hAnsi="Calibri"/>
          <w:color w:val="000000"/>
          <w:spacing w:val="-3"/>
          <w:sz w:val="24"/>
        </w:rPr>
        <w:t>.</w:t>
      </w:r>
    </w:p>
    <w:p w:rsidR="00D66EC5" w:rsidRDefault="0069268A">
      <w:pPr>
        <w:wordWrap w:val="0"/>
        <w:autoSpaceDE w:val="0"/>
        <w:autoSpaceDN w:val="0"/>
        <w:spacing w:before="219" w:after="108" w:line="240" w:lineRule="exact"/>
        <w:ind w:left="40"/>
      </w:pPr>
      <w:r>
        <w:rPr>
          <w:rFonts w:ascii="Calibri" w:eastAsia="Calibri" w:hAnsi="Calibri"/>
          <w:color w:val="000000"/>
          <w:spacing w:val="1"/>
          <w:sz w:val="24"/>
        </w:rPr>
        <w:t>3</w:t>
      </w:r>
      <w:r>
        <w:rPr>
          <w:rFonts w:ascii="Calibri" w:eastAsia="Calibri" w:hAnsi="Calibri"/>
          <w:color w:val="000000"/>
          <w:spacing w:val="-1"/>
          <w:sz w:val="24"/>
        </w:rPr>
        <w:t>.</w:t>
      </w:r>
      <w:r>
        <w:rPr>
          <w:rFonts w:ascii="Times New Roman" w:eastAsia="SimSun" w:hAnsi="Times New Roman"/>
          <w:color w:val="000000"/>
          <w:spacing w:val="41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Tato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smlouva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bude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podepsána</w:t>
      </w:r>
      <w:r>
        <w:rPr>
          <w:rFonts w:ascii="Times New Roman" w:eastAsia="SimSun" w:hAnsi="Times New Roman"/>
          <w:color w:val="000000"/>
          <w:spacing w:val="-7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oběma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smluvními</w:t>
      </w:r>
      <w:r>
        <w:rPr>
          <w:rFonts w:ascii="Times New Roman" w:eastAsia="SimSun" w:hAnsi="Times New Roman"/>
          <w:color w:val="000000"/>
          <w:spacing w:val="-7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stranami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elektronicky</w:t>
      </w:r>
      <w:r>
        <w:rPr>
          <w:rFonts w:ascii="Calibri" w:eastAsia="Calibri" w:hAnsi="Calibri"/>
          <w:color w:val="000000"/>
          <w:spacing w:val="4"/>
          <w:sz w:val="24"/>
        </w:rPr>
        <w:t>.</w:t>
      </w:r>
    </w:p>
    <w:p w:rsidR="00D66EC5" w:rsidRDefault="0069268A">
      <w:pPr>
        <w:wordWrap w:val="0"/>
        <w:autoSpaceDE w:val="0"/>
        <w:autoSpaceDN w:val="0"/>
        <w:spacing w:before="216" w:after="48" w:line="240" w:lineRule="exact"/>
        <w:ind w:left="40"/>
      </w:pPr>
      <w:r>
        <w:rPr>
          <w:rFonts w:ascii="Calibri" w:eastAsia="Calibri" w:hAnsi="Calibri"/>
          <w:color w:val="000000"/>
          <w:spacing w:val="1"/>
          <w:sz w:val="24"/>
        </w:rPr>
        <w:t>4</w:t>
      </w:r>
      <w:r>
        <w:rPr>
          <w:rFonts w:ascii="Calibri" w:eastAsia="Calibri" w:hAnsi="Calibri"/>
          <w:color w:val="000000"/>
          <w:spacing w:val="-1"/>
          <w:sz w:val="24"/>
        </w:rPr>
        <w:t>.</w:t>
      </w:r>
      <w:r>
        <w:rPr>
          <w:rFonts w:ascii="Times New Roman" w:eastAsia="SimSun" w:hAnsi="Times New Roman"/>
          <w:color w:val="000000"/>
          <w:spacing w:val="41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Smluvní</w:t>
      </w:r>
      <w:r>
        <w:rPr>
          <w:rFonts w:ascii="Times New Roman" w:eastAsia="SimSun" w:hAnsi="Times New Roman"/>
          <w:color w:val="000000"/>
          <w:spacing w:val="69"/>
          <w:sz w:val="24"/>
        </w:rPr>
        <w:t xml:space="preserve"> </w:t>
      </w:r>
      <w:r>
        <w:rPr>
          <w:rFonts w:ascii="Calibri" w:eastAsia="Calibri" w:hAnsi="Calibri"/>
          <w:color w:val="000000"/>
          <w:spacing w:val="-1"/>
          <w:sz w:val="24"/>
        </w:rPr>
        <w:t>strany</w:t>
      </w:r>
      <w:r>
        <w:rPr>
          <w:rFonts w:ascii="Times New Roman" w:eastAsia="SimSun" w:hAnsi="Times New Roman"/>
          <w:color w:val="000000"/>
          <w:spacing w:val="69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prohlašují,</w:t>
      </w:r>
      <w:r>
        <w:rPr>
          <w:rFonts w:ascii="Times New Roman" w:eastAsia="SimSun" w:hAnsi="Times New Roman"/>
          <w:color w:val="000000"/>
          <w:spacing w:val="67"/>
          <w:sz w:val="24"/>
        </w:rPr>
        <w:t xml:space="preserve"> </w:t>
      </w:r>
      <w:r>
        <w:rPr>
          <w:rFonts w:ascii="Calibri" w:eastAsia="Calibri" w:hAnsi="Calibri"/>
          <w:color w:val="000000"/>
          <w:spacing w:val="1"/>
          <w:sz w:val="24"/>
        </w:rPr>
        <w:t>že</w:t>
      </w:r>
      <w:r>
        <w:rPr>
          <w:rFonts w:ascii="Times New Roman" w:eastAsia="SimSun" w:hAnsi="Times New Roman"/>
          <w:color w:val="000000"/>
          <w:spacing w:val="67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tato</w:t>
      </w:r>
      <w:r>
        <w:rPr>
          <w:rFonts w:ascii="Times New Roman" w:eastAsia="SimSun" w:hAnsi="Times New Roman"/>
          <w:color w:val="000000"/>
          <w:spacing w:val="70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smlouva</w:t>
      </w:r>
      <w:r>
        <w:rPr>
          <w:rFonts w:ascii="Times New Roman" w:eastAsia="SimSun" w:hAnsi="Times New Roman"/>
          <w:color w:val="000000"/>
          <w:spacing w:val="67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byla</w:t>
      </w:r>
      <w:r>
        <w:rPr>
          <w:rFonts w:ascii="Times New Roman" w:eastAsia="SimSun" w:hAnsi="Times New Roman"/>
          <w:color w:val="000000"/>
          <w:spacing w:val="70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uzavřena</w:t>
      </w:r>
      <w:r>
        <w:rPr>
          <w:rFonts w:ascii="Times New Roman" w:eastAsia="SimSun" w:hAnsi="Times New Roman"/>
          <w:color w:val="000000"/>
          <w:spacing w:val="69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na</w:t>
      </w:r>
      <w:r>
        <w:rPr>
          <w:rFonts w:ascii="Times New Roman" w:eastAsia="SimSun" w:hAnsi="Times New Roman"/>
          <w:color w:val="000000"/>
          <w:spacing w:val="67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základě</w:t>
      </w:r>
      <w:r>
        <w:rPr>
          <w:rFonts w:ascii="Times New Roman" w:eastAsia="SimSun" w:hAnsi="Times New Roman"/>
          <w:color w:val="000000"/>
          <w:spacing w:val="70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projevů</w:t>
      </w:r>
      <w:r>
        <w:rPr>
          <w:rFonts w:ascii="Times New Roman" w:eastAsia="SimSun" w:hAnsi="Times New Roman"/>
          <w:color w:val="000000"/>
          <w:spacing w:val="69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jejich</w:t>
      </w:r>
    </w:p>
    <w:p w:rsidR="00D66EC5" w:rsidRDefault="0069268A">
      <w:pPr>
        <w:wordWrap w:val="0"/>
        <w:autoSpaceDE w:val="0"/>
        <w:autoSpaceDN w:val="0"/>
        <w:spacing w:before="96" w:after="109" w:line="240" w:lineRule="exact"/>
        <w:ind w:left="323"/>
      </w:pPr>
      <w:r>
        <w:rPr>
          <w:rFonts w:ascii="Calibri" w:eastAsia="Calibri" w:hAnsi="Calibri"/>
          <w:color w:val="000000"/>
          <w:sz w:val="24"/>
        </w:rPr>
        <w:t>svobodné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vůle</w:t>
      </w:r>
      <w:r>
        <w:rPr>
          <w:rFonts w:ascii="Calibri" w:eastAsia="Calibri" w:hAnsi="Calibri"/>
          <w:color w:val="000000"/>
          <w:spacing w:val="-2"/>
          <w:sz w:val="24"/>
        </w:rPr>
        <w:t>.</w:t>
      </w:r>
    </w:p>
    <w:p w:rsidR="00D66EC5" w:rsidRDefault="0069268A">
      <w:pPr>
        <w:wordWrap w:val="0"/>
        <w:autoSpaceDE w:val="0"/>
        <w:autoSpaceDN w:val="0"/>
        <w:spacing w:before="218" w:after="48" w:line="240" w:lineRule="exact"/>
        <w:ind w:left="40"/>
      </w:pPr>
      <w:r>
        <w:rPr>
          <w:rFonts w:ascii="Calibri" w:eastAsia="Calibri" w:hAnsi="Calibri"/>
          <w:color w:val="000000"/>
          <w:spacing w:val="1"/>
          <w:sz w:val="24"/>
        </w:rPr>
        <w:t>5</w:t>
      </w:r>
      <w:r>
        <w:rPr>
          <w:rFonts w:ascii="Calibri" w:eastAsia="Calibri" w:hAnsi="Calibri"/>
          <w:color w:val="000000"/>
          <w:spacing w:val="-1"/>
          <w:sz w:val="24"/>
        </w:rPr>
        <w:t>.</w:t>
      </w:r>
      <w:r>
        <w:rPr>
          <w:rFonts w:ascii="Times New Roman" w:eastAsia="SimSun" w:hAnsi="Times New Roman"/>
          <w:color w:val="000000"/>
          <w:spacing w:val="41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Tato</w:t>
      </w:r>
      <w:r>
        <w:rPr>
          <w:rFonts w:ascii="Times New Roman" w:eastAsia="SimSun" w:hAnsi="Times New Roman"/>
          <w:color w:val="000000"/>
          <w:spacing w:val="41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smlouva</w:t>
      </w:r>
      <w:r>
        <w:rPr>
          <w:rFonts w:ascii="Times New Roman" w:eastAsia="SimSun" w:hAnsi="Times New Roman"/>
          <w:color w:val="000000"/>
          <w:spacing w:val="40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nabývá</w:t>
      </w:r>
      <w:r>
        <w:rPr>
          <w:rFonts w:ascii="Times New Roman" w:eastAsia="SimSun" w:hAnsi="Times New Roman"/>
          <w:color w:val="000000"/>
          <w:spacing w:val="41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platnosti</w:t>
      </w:r>
      <w:r>
        <w:rPr>
          <w:rFonts w:ascii="Times New Roman" w:eastAsia="SimSun" w:hAnsi="Times New Roman"/>
          <w:color w:val="000000"/>
          <w:spacing w:val="41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dnem</w:t>
      </w:r>
      <w:r>
        <w:rPr>
          <w:rFonts w:ascii="Times New Roman" w:eastAsia="SimSun" w:hAnsi="Times New Roman"/>
          <w:color w:val="000000"/>
          <w:spacing w:val="41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podpisu</w:t>
      </w:r>
      <w:r>
        <w:rPr>
          <w:rFonts w:ascii="Times New Roman" w:eastAsia="SimSun" w:hAnsi="Times New Roman"/>
          <w:color w:val="000000"/>
          <w:spacing w:val="41"/>
          <w:sz w:val="24"/>
        </w:rPr>
        <w:t xml:space="preserve"> </w:t>
      </w:r>
      <w:r>
        <w:rPr>
          <w:rFonts w:ascii="Calibri" w:eastAsia="Calibri" w:hAnsi="Calibri"/>
          <w:color w:val="000000"/>
          <w:spacing w:val="-2"/>
          <w:sz w:val="24"/>
        </w:rPr>
        <w:t>a</w:t>
      </w:r>
      <w:r>
        <w:rPr>
          <w:rFonts w:ascii="Times New Roman" w:eastAsia="SimSun" w:hAnsi="Times New Roman"/>
          <w:color w:val="000000"/>
          <w:spacing w:val="41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účinnosti</w:t>
      </w:r>
      <w:r>
        <w:rPr>
          <w:rFonts w:ascii="Times New Roman" w:eastAsia="SimSun" w:hAnsi="Times New Roman"/>
          <w:color w:val="000000"/>
          <w:spacing w:val="41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dnem</w:t>
      </w:r>
      <w:r>
        <w:rPr>
          <w:rFonts w:ascii="Times New Roman" w:eastAsia="SimSun" w:hAnsi="Times New Roman"/>
          <w:color w:val="000000"/>
          <w:spacing w:val="41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uveřejnění</w:t>
      </w:r>
      <w:r>
        <w:rPr>
          <w:rFonts w:ascii="Times New Roman" w:eastAsia="SimSun" w:hAnsi="Times New Roman"/>
          <w:color w:val="000000"/>
          <w:spacing w:val="41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v</w:t>
      </w:r>
      <w:r>
        <w:rPr>
          <w:rFonts w:ascii="Times New Roman" w:eastAsia="SimSun" w:hAnsi="Times New Roman"/>
          <w:color w:val="000000"/>
          <w:spacing w:val="40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Registru</w:t>
      </w:r>
    </w:p>
    <w:p w:rsidR="00D66EC5" w:rsidRDefault="0069268A">
      <w:pPr>
        <w:wordWrap w:val="0"/>
        <w:autoSpaceDE w:val="0"/>
        <w:autoSpaceDN w:val="0"/>
        <w:spacing w:before="96" w:after="350" w:line="240" w:lineRule="exact"/>
        <w:ind w:left="323"/>
      </w:pPr>
      <w:r>
        <w:rPr>
          <w:rFonts w:ascii="Calibri" w:eastAsia="Calibri" w:hAnsi="Calibri"/>
          <w:color w:val="000000"/>
          <w:sz w:val="24"/>
        </w:rPr>
        <w:t>smluv</w:t>
      </w:r>
      <w:r>
        <w:rPr>
          <w:rFonts w:ascii="Times New Roman" w:eastAsia="SimSun" w:hAnsi="Times New Roman"/>
          <w:color w:val="000000"/>
          <w:spacing w:val="-6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vedeného</w:t>
      </w:r>
      <w:r>
        <w:rPr>
          <w:rFonts w:ascii="Times New Roman" w:eastAsia="SimSun" w:hAnsi="Times New Roman"/>
          <w:color w:val="000000"/>
          <w:spacing w:val="-6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dle</w:t>
      </w:r>
      <w:r>
        <w:rPr>
          <w:rFonts w:ascii="Times New Roman" w:eastAsia="SimSun" w:hAnsi="Times New Roman"/>
          <w:color w:val="000000"/>
          <w:spacing w:val="-7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zákona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pacing w:val="-1"/>
          <w:sz w:val="24"/>
        </w:rPr>
        <w:t>č</w:t>
      </w:r>
      <w:r>
        <w:rPr>
          <w:rFonts w:ascii="Calibri" w:eastAsia="Calibri" w:hAnsi="Calibri"/>
          <w:color w:val="000000"/>
          <w:sz w:val="24"/>
        </w:rPr>
        <w:t>.</w:t>
      </w:r>
      <w:r>
        <w:rPr>
          <w:rFonts w:ascii="Times New Roman" w:eastAsia="SimSun" w:hAnsi="Times New Roman"/>
          <w:color w:val="000000"/>
          <w:spacing w:val="-6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340</w:t>
      </w:r>
      <w:r>
        <w:rPr>
          <w:rFonts w:ascii="Calibri" w:eastAsia="Calibri" w:hAnsi="Calibri"/>
          <w:color w:val="000000"/>
          <w:spacing w:val="1"/>
          <w:sz w:val="24"/>
        </w:rPr>
        <w:t>/</w:t>
      </w:r>
      <w:r>
        <w:rPr>
          <w:rFonts w:ascii="Calibri" w:eastAsia="Calibri" w:hAnsi="Calibri"/>
          <w:color w:val="000000"/>
          <w:spacing w:val="-1"/>
          <w:sz w:val="24"/>
        </w:rPr>
        <w:t>2015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Sb</w:t>
      </w:r>
      <w:r>
        <w:rPr>
          <w:rFonts w:ascii="Calibri" w:eastAsia="Calibri" w:hAnsi="Calibri"/>
          <w:color w:val="000000"/>
          <w:spacing w:val="1"/>
          <w:sz w:val="24"/>
        </w:rPr>
        <w:t>.</w:t>
      </w:r>
    </w:p>
    <w:p w:rsidR="00D66EC5" w:rsidRDefault="00D66EC5">
      <w:pPr>
        <w:spacing w:after="0"/>
        <w:sectPr w:rsidR="00D66EC5">
          <w:pgSz w:w="11906" w:h="16838"/>
          <w:pgMar w:top="567" w:right="1038" w:bottom="233" w:left="1379" w:header="720" w:footer="720" w:gutter="0"/>
          <w:cols w:space="720" w:equalWidth="0">
            <w:col w:w="9490" w:space="0"/>
          </w:cols>
          <w:docGrid w:linePitch="360"/>
        </w:sectPr>
      </w:pPr>
    </w:p>
    <w:p w:rsidR="00D66EC5" w:rsidRDefault="0069268A">
      <w:pPr>
        <w:wordWrap w:val="0"/>
        <w:autoSpaceDE w:val="0"/>
        <w:autoSpaceDN w:val="0"/>
        <w:spacing w:before="350" w:after="183" w:line="240" w:lineRule="exact"/>
        <w:ind w:left="760"/>
      </w:pPr>
      <w:r>
        <w:rPr>
          <w:rFonts w:ascii="Calibri" w:eastAsia="Calibri" w:hAnsi="Calibri"/>
          <w:color w:val="000000"/>
          <w:spacing w:val="1"/>
          <w:sz w:val="24"/>
        </w:rPr>
        <w:t>V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Neratovicích</w:t>
      </w:r>
      <w:r>
        <w:rPr>
          <w:rFonts w:ascii="Times New Roman" w:eastAsia="SimSun" w:hAnsi="Times New Roman"/>
          <w:color w:val="000000"/>
          <w:spacing w:val="-4"/>
          <w:sz w:val="24"/>
        </w:rPr>
        <w:t xml:space="preserve"> </w:t>
      </w:r>
      <w:r>
        <w:rPr>
          <w:rFonts w:ascii="Calibri" w:eastAsia="Calibri" w:hAnsi="Calibri"/>
          <w:color w:val="000000"/>
          <w:spacing w:val="1"/>
          <w:sz w:val="24"/>
        </w:rPr>
        <w:t>18</w:t>
      </w:r>
      <w:r>
        <w:rPr>
          <w:rFonts w:ascii="Calibri" w:eastAsia="Calibri" w:hAnsi="Calibri"/>
          <w:color w:val="000000"/>
          <w:sz w:val="24"/>
        </w:rPr>
        <w:t>.</w:t>
      </w:r>
      <w:r>
        <w:rPr>
          <w:rFonts w:ascii="Times New Roman" w:eastAsia="SimSun" w:hAnsi="Times New Roman"/>
          <w:color w:val="000000"/>
          <w:spacing w:val="-8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4</w:t>
      </w:r>
      <w:r>
        <w:rPr>
          <w:rFonts w:ascii="Calibri" w:eastAsia="Calibri" w:hAnsi="Calibri"/>
          <w:color w:val="000000"/>
          <w:sz w:val="24"/>
        </w:rPr>
        <w:t>.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2023</w:t>
      </w:r>
    </w:p>
    <w:p w:rsidR="00D66EC5" w:rsidRDefault="00D66EC5">
      <w:pPr>
        <w:wordWrap w:val="0"/>
        <w:autoSpaceDE w:val="0"/>
        <w:autoSpaceDN w:val="0"/>
        <w:spacing w:before="351" w:after="0" w:line="14" w:lineRule="exact"/>
      </w:pPr>
    </w:p>
    <w:tbl>
      <w:tblPr>
        <w:tblW w:w="0" w:type="auto"/>
        <w:tblInd w:w="772" w:type="dxa"/>
        <w:tblLayout w:type="fixed"/>
        <w:tblLook w:val="04A0" w:firstRow="1" w:lastRow="0" w:firstColumn="1" w:lastColumn="0" w:noHBand="0" w:noVBand="1"/>
      </w:tblPr>
      <w:tblGrid>
        <w:gridCol w:w="1442"/>
        <w:gridCol w:w="1358"/>
      </w:tblGrid>
      <w:tr w:rsidR="00D66EC5">
        <w:trPr>
          <w:trHeight w:hRule="exact" w:val="1395"/>
        </w:trPr>
        <w:tc>
          <w:tcPr>
            <w:tcW w:w="1442" w:type="dxa"/>
            <w:tcMar>
              <w:left w:w="0" w:type="dxa"/>
              <w:right w:w="0" w:type="dxa"/>
            </w:tcMar>
          </w:tcPr>
          <w:p w:rsidR="00D66EC5" w:rsidRDefault="00D66EC5">
            <w:pPr>
              <w:wordWrap w:val="0"/>
              <w:autoSpaceDE w:val="0"/>
              <w:autoSpaceDN w:val="0"/>
              <w:spacing w:before="80" w:after="0" w:line="403" w:lineRule="exact"/>
            </w:pPr>
          </w:p>
        </w:tc>
        <w:tc>
          <w:tcPr>
            <w:tcW w:w="1358" w:type="dxa"/>
            <w:tcMar>
              <w:left w:w="0" w:type="dxa"/>
              <w:right w:w="0" w:type="dxa"/>
            </w:tcMar>
          </w:tcPr>
          <w:p w:rsidR="00D66EC5" w:rsidRDefault="00D66EC5">
            <w:pPr>
              <w:wordWrap w:val="0"/>
              <w:autoSpaceDE w:val="0"/>
              <w:autoSpaceDN w:val="0"/>
              <w:spacing w:before="40" w:after="0" w:line="199" w:lineRule="exact"/>
              <w:ind w:left="7"/>
            </w:pPr>
          </w:p>
        </w:tc>
      </w:tr>
    </w:tbl>
    <w:p w:rsidR="00D66EC5" w:rsidRDefault="0069268A">
      <w:pPr>
        <w:wordWrap w:val="0"/>
        <w:autoSpaceDE w:val="0"/>
        <w:autoSpaceDN w:val="0"/>
        <w:spacing w:before="25" w:after="108" w:line="240" w:lineRule="exact"/>
        <w:ind w:left="760"/>
      </w:pPr>
      <w:r>
        <w:rPr>
          <w:rFonts w:ascii="Calibri" w:eastAsia="Calibri" w:hAnsi="Calibri"/>
          <w:color w:val="000000"/>
          <w:sz w:val="24"/>
        </w:rPr>
        <w:t xml:space="preserve">                                                                                                                                                                     Mgr. </w:t>
      </w:r>
      <w:proofErr w:type="spellStart"/>
      <w:r>
        <w:rPr>
          <w:rFonts w:ascii="Calibri" w:eastAsia="Calibri" w:hAnsi="Calibri"/>
          <w:color w:val="000000"/>
          <w:sz w:val="24"/>
        </w:rPr>
        <w:t>Pavlína</w:t>
      </w:r>
      <w:proofErr w:type="spellEnd"/>
      <w:r>
        <w:rPr>
          <w:rFonts w:ascii="Calibri" w:eastAsia="Calibri" w:hAnsi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/>
          <w:color w:val="000000"/>
          <w:sz w:val="24"/>
        </w:rPr>
        <w:t>Komeštíkov</w:t>
      </w:r>
      <w:bookmarkStart w:id="0" w:name="_GoBack"/>
      <w:bookmarkEnd w:id="0"/>
      <w:r>
        <w:rPr>
          <w:rFonts w:ascii="Calibri" w:eastAsia="Calibri" w:hAnsi="Calibri"/>
          <w:color w:val="000000"/>
          <w:sz w:val="24"/>
        </w:rPr>
        <w:t>á</w:t>
      </w:r>
      <w:proofErr w:type="spellEnd"/>
      <w:r>
        <w:rPr>
          <w:rFonts w:ascii="Calibri" w:eastAsia="Calibri" w:hAnsi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/>
          <w:color w:val="000000"/>
          <w:sz w:val="24"/>
        </w:rPr>
        <w:t>starostka</w:t>
      </w:r>
      <w:proofErr w:type="spellEnd"/>
      <w:r>
        <w:rPr>
          <w:rFonts w:ascii="Calibri" w:eastAsia="Calibri" w:hAnsi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/>
          <w:color w:val="000000"/>
          <w:sz w:val="24"/>
        </w:rPr>
        <w:t>obce</w:t>
      </w:r>
      <w:proofErr w:type="spellEnd"/>
      <w:r>
        <w:rPr>
          <w:rFonts w:ascii="Calibri" w:eastAsia="Calibri" w:hAnsi="Calibri"/>
          <w:color w:val="000000"/>
          <w:sz w:val="24"/>
        </w:rPr>
        <w:t>____________________________</w:t>
      </w:r>
    </w:p>
    <w:p w:rsidR="00D66EC5" w:rsidRDefault="0069268A">
      <w:pPr>
        <w:wordWrap w:val="0"/>
        <w:autoSpaceDE w:val="0"/>
        <w:autoSpaceDN w:val="0"/>
        <w:spacing w:before="216" w:after="27" w:line="240" w:lineRule="exact"/>
        <w:ind w:left="1194"/>
      </w:pPr>
      <w:r>
        <w:rPr>
          <w:rFonts w:ascii="Calibri" w:eastAsia="Calibri" w:hAnsi="Calibri"/>
          <w:color w:val="000000"/>
          <w:sz w:val="24"/>
        </w:rPr>
        <w:t>Mgr.</w:t>
      </w:r>
      <w:r>
        <w:rPr>
          <w:rFonts w:ascii="Times New Roman" w:eastAsia="SimSun" w:hAnsi="Times New Roman"/>
          <w:color w:val="000000"/>
          <w:spacing w:val="-6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Jaroslav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Kužel</w:t>
      </w:r>
    </w:p>
    <w:p w:rsidR="00D66EC5" w:rsidRDefault="0069268A">
      <w:pPr>
        <w:wordWrap w:val="0"/>
        <w:autoSpaceDE w:val="0"/>
        <w:autoSpaceDN w:val="0"/>
        <w:spacing w:before="55" w:after="0" w:line="240" w:lineRule="exact"/>
        <w:ind w:left="1468"/>
      </w:pPr>
      <w:r>
        <w:rPr>
          <w:rFonts w:ascii="Calibri" w:eastAsia="Calibri" w:hAnsi="Calibri"/>
          <w:color w:val="000000"/>
          <w:sz w:val="24"/>
        </w:rPr>
        <w:t>ředitel</w:t>
      </w:r>
      <w:r>
        <w:rPr>
          <w:rFonts w:ascii="Times New Roman" w:eastAsia="SimSun" w:hAnsi="Times New Roman"/>
          <w:color w:val="000000"/>
          <w:spacing w:val="48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školy</w:t>
      </w:r>
    </w:p>
    <w:p w:rsidR="00D66EC5" w:rsidRDefault="00D66EC5">
      <w:pPr>
        <w:spacing w:after="0"/>
        <w:sectPr w:rsidR="00D66EC5">
          <w:type w:val="continuous"/>
          <w:pgSz w:w="11906" w:h="16838"/>
          <w:pgMar w:top="567" w:right="1038" w:bottom="233" w:left="1379" w:header="720" w:footer="720" w:gutter="0"/>
          <w:cols w:num="2" w:space="720" w:equalWidth="0">
            <w:col w:w="4639" w:space="0"/>
            <w:col w:w="4851" w:space="0"/>
          </w:cols>
          <w:docGrid w:linePitch="360"/>
        </w:sectPr>
      </w:pPr>
    </w:p>
    <w:p w:rsidR="00D66EC5" w:rsidRDefault="0069268A">
      <w:pPr>
        <w:wordWrap w:val="0"/>
        <w:autoSpaceDE w:val="0"/>
        <w:autoSpaceDN w:val="0"/>
        <w:spacing w:before="350" w:after="202" w:line="240" w:lineRule="exact"/>
        <w:ind w:left="707"/>
      </w:pPr>
      <w:r>
        <w:rPr>
          <w:rFonts w:ascii="Calibri" w:eastAsia="Calibri" w:hAnsi="Calibri"/>
          <w:color w:val="000000"/>
          <w:spacing w:val="1"/>
          <w:sz w:val="24"/>
        </w:rPr>
        <w:t>V</w:t>
      </w:r>
      <w:r>
        <w:rPr>
          <w:rFonts w:ascii="Times New Roman" w:eastAsia="SimSun" w:hAnsi="Times New Roman"/>
          <w:color w:val="000000"/>
          <w:spacing w:val="48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Libiši</w:t>
      </w:r>
    </w:p>
    <w:p w:rsidR="00D66EC5" w:rsidRDefault="0069268A">
      <w:pPr>
        <w:wordWrap w:val="0"/>
        <w:autoSpaceDE w:val="0"/>
        <w:autoSpaceDN w:val="0"/>
        <w:spacing w:before="390" w:after="0" w:line="14" w:lineRule="exact"/>
      </w:pPr>
      <w:r>
        <w:pict>
          <v:shape id="_x0000_s1027" style="position:absolute;margin-left:381.15pt;margin-top:686.4pt;width:172.55pt;height:18.4pt;z-index:251659776;mso-position-horizontal-relative:page;mso-position-vertical-relative:page" coordsize="" o:spt="100" adj="0,,0" path="m,l,1000r1000,l1000,xe" filled="f" stroked="f">
            <v:stroke joinstyle="round"/>
            <v:formulas/>
            <v:path o:connecttype="segments"/>
            <v:textbox style="mso-rotate-with-shape:t" inset="0,0,0,0">
              <w:txbxContent>
                <w:p w:rsidR="0069268A" w:rsidRDefault="0069268A">
                  <w:pPr>
                    <w:wordWrap w:val="0"/>
                    <w:autoSpaceDE w:val="0"/>
                    <w:autoSpaceDN w:val="0"/>
                    <w:spacing w:after="0" w:line="265" w:lineRule="exact"/>
                  </w:pPr>
                </w:p>
              </w:txbxContent>
            </v:textbox>
            <w10:wrap anchorx="page" anchory="page"/>
          </v:shape>
        </w:pict>
      </w:r>
    </w:p>
    <w:sectPr w:rsidR="00D66EC5" w:rsidSect="00034616">
      <w:type w:val="nextColumn"/>
      <w:pgSz w:w="11906" w:h="16838"/>
      <w:pgMar w:top="567" w:right="1038" w:bottom="233" w:left="1379" w:header="720" w:footer="720" w:gutter="0"/>
      <w:cols w:num="2" w:space="720" w:equalWidth="0">
        <w:col w:w="4639" w:space="0"/>
        <w:col w:w="4851" w:space="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0C07527E-F096-4098-998D-B8928B0D67B5}"/>
    <w:embedBold r:id="rId2" w:fontKey="{E461229A-1838-45E8-B888-5BB38A257653}"/>
    <w:embedItalic r:id="rId3" w:fontKey="{9645E9BB-0C40-4A42-A2CD-72D65166FD69}"/>
    <w:embedBoldItalic r:id="rId4" w:fontKey="{B43D0649-E39A-49FD-A3B8-07AFDE7525F2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309020205020404"/>
    <w:charset w:val="00"/>
    <w:family w:val="auto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5" w:subsetted="1" w:fontKey="{180C330E-4E35-4CEF-B64C-10189AEEBB51}"/>
  </w:font>
  <w:font w:name="SimHei">
    <w:altName w:val="黑体"/>
    <w:panose1 w:val="02010600030101010101"/>
    <w:charset w:val="86"/>
    <w:family w:val="modern"/>
    <w:pitch w:val="fixed"/>
    <w:sig w:usb0="00000001" w:usb1="080E0000" w:usb2="00000010" w:usb3="00000000" w:csb0="0004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slovanseznam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slovanseznam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Seznamsodrkami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Seznamsodrkami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slovanse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Seznamsodrka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aveSubsetFonts/>
  <w:proofState w:spelling="clean" w:grammar="clean"/>
  <w:defaultTabStop w:val="720"/>
  <w:hyphenationZone w:val="425"/>
  <w:noPunctuationKerning/>
  <w:characterSpacingControl w:val="compressPunctuationAndJapaneseKana"/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69268A"/>
    <w:rsid w:val="00996C4F"/>
    <w:rsid w:val="00AA1D8D"/>
    <w:rsid w:val="00B47730"/>
    <w:rsid w:val="00CB0664"/>
    <w:rsid w:val="00D66EC5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2"/>
    <o:shapelayout v:ext="edit">
      <o:idmap v:ext="edit" data="1"/>
    </o:shapelayout>
  </w:shapeDefaults>
  <w:decimalSymbol w:val=","/>
  <w:listSeparator w:val=";"/>
  <w14:docId w14:val="2CAF7E83"/>
  <w14:defaultImageDpi w14:val="300"/>
  <w15:docId w15:val="{B9E3D1F7-AB58-4DE6-98F4-D3F6F4F4A1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FC693F"/>
  </w:style>
  <w:style w:type="paragraph" w:styleId="Nadpis1">
    <w:name w:val="heading 1"/>
    <w:basedOn w:val="Normln"/>
    <w:next w:val="Normln"/>
    <w:link w:val="Nadpis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618BF"/>
  </w:style>
  <w:style w:type="paragraph" w:styleId="Zpat">
    <w:name w:val="footer"/>
    <w:basedOn w:val="Normln"/>
    <w:link w:val="Zpat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618BF"/>
  </w:style>
  <w:style w:type="paragraph" w:styleId="Bezmezer">
    <w:name w:val="No Spacing"/>
    <w:uiPriority w:val="1"/>
    <w:qFormat/>
    <w:rsid w:val="00FC693F"/>
    <w:pPr>
      <w:spacing w:after="0" w:line="240" w:lineRule="auto"/>
    </w:pPr>
  </w:style>
  <w:style w:type="character" w:customStyle="1" w:styleId="Nadpis1Char">
    <w:name w:val="Nadpis 1 Char"/>
    <w:basedOn w:val="Standardnpsmoodstavce"/>
    <w:link w:val="Nadpis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zev">
    <w:name w:val="Title"/>
    <w:basedOn w:val="Normln"/>
    <w:next w:val="Normln"/>
    <w:link w:val="Nzev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nadpisChar">
    <w:name w:val="Podnadpis Char"/>
    <w:basedOn w:val="Standardnpsmoodstavce"/>
    <w:link w:val="Podnadpis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FC693F"/>
    <w:pPr>
      <w:ind w:left="720"/>
      <w:contextualSpacing/>
    </w:pPr>
  </w:style>
  <w:style w:type="paragraph" w:styleId="Zkladntext">
    <w:name w:val="Body Text"/>
    <w:basedOn w:val="Normln"/>
    <w:link w:val="ZkladntextChar"/>
    <w:uiPriority w:val="99"/>
    <w:unhideWhenUsed/>
    <w:rsid w:val="00AA1D8D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rsid w:val="00AA1D8D"/>
  </w:style>
  <w:style w:type="paragraph" w:styleId="Zkladntext2">
    <w:name w:val="Body Text 2"/>
    <w:basedOn w:val="Normln"/>
    <w:link w:val="Zkladntext2Char"/>
    <w:uiPriority w:val="99"/>
    <w:unhideWhenUsed/>
    <w:rsid w:val="00AA1D8D"/>
    <w:pPr>
      <w:spacing w:after="120" w:line="480" w:lineRule="auto"/>
    </w:pPr>
  </w:style>
  <w:style w:type="character" w:customStyle="1" w:styleId="Zkladntext2Char">
    <w:name w:val="Základní text 2 Char"/>
    <w:basedOn w:val="Standardnpsmoodstavce"/>
    <w:link w:val="Zkladntext2"/>
    <w:uiPriority w:val="99"/>
    <w:rsid w:val="00AA1D8D"/>
  </w:style>
  <w:style w:type="paragraph" w:styleId="Zkladntext3">
    <w:name w:val="Body Text 3"/>
    <w:basedOn w:val="Normln"/>
    <w:link w:val="Zkladn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basedOn w:val="Standardnpsmoodstavce"/>
    <w:link w:val="Zkladntext3"/>
    <w:uiPriority w:val="99"/>
    <w:rsid w:val="00AA1D8D"/>
    <w:rPr>
      <w:sz w:val="16"/>
      <w:szCs w:val="16"/>
    </w:rPr>
  </w:style>
  <w:style w:type="paragraph" w:styleId="Seznam">
    <w:name w:val="List"/>
    <w:basedOn w:val="Normln"/>
    <w:uiPriority w:val="99"/>
    <w:unhideWhenUsed/>
    <w:rsid w:val="00AA1D8D"/>
    <w:pPr>
      <w:ind w:left="360" w:hanging="360"/>
      <w:contextualSpacing/>
    </w:pPr>
  </w:style>
  <w:style w:type="paragraph" w:styleId="Seznam2">
    <w:name w:val="List 2"/>
    <w:basedOn w:val="Normln"/>
    <w:uiPriority w:val="99"/>
    <w:unhideWhenUsed/>
    <w:rsid w:val="00326F90"/>
    <w:pPr>
      <w:ind w:left="720" w:hanging="360"/>
      <w:contextualSpacing/>
    </w:pPr>
  </w:style>
  <w:style w:type="paragraph" w:styleId="Seznam3">
    <w:name w:val="List 3"/>
    <w:basedOn w:val="Normln"/>
    <w:uiPriority w:val="99"/>
    <w:unhideWhenUsed/>
    <w:rsid w:val="00326F90"/>
    <w:pPr>
      <w:ind w:left="1080" w:hanging="360"/>
      <w:contextualSpacing/>
    </w:pPr>
  </w:style>
  <w:style w:type="paragraph" w:styleId="Seznamsodrkami">
    <w:name w:val="List Bullet"/>
    <w:basedOn w:val="Normln"/>
    <w:uiPriority w:val="99"/>
    <w:unhideWhenUsed/>
    <w:rsid w:val="00326F90"/>
    <w:pPr>
      <w:numPr>
        <w:numId w:val="1"/>
      </w:numPr>
      <w:contextualSpacing/>
    </w:pPr>
  </w:style>
  <w:style w:type="paragraph" w:styleId="Seznamsodrkami2">
    <w:name w:val="List Bullet 2"/>
    <w:basedOn w:val="Normln"/>
    <w:uiPriority w:val="99"/>
    <w:unhideWhenUsed/>
    <w:rsid w:val="00326F90"/>
    <w:pPr>
      <w:numPr>
        <w:numId w:val="2"/>
      </w:numPr>
      <w:contextualSpacing/>
    </w:pPr>
  </w:style>
  <w:style w:type="paragraph" w:styleId="Seznamsodrkami3">
    <w:name w:val="List Bullet 3"/>
    <w:basedOn w:val="Normln"/>
    <w:uiPriority w:val="99"/>
    <w:unhideWhenUsed/>
    <w:rsid w:val="00326F90"/>
    <w:pPr>
      <w:numPr>
        <w:numId w:val="3"/>
      </w:numPr>
      <w:contextualSpacing/>
    </w:pPr>
  </w:style>
  <w:style w:type="paragraph" w:styleId="slovanseznam">
    <w:name w:val="List Number"/>
    <w:basedOn w:val="Normln"/>
    <w:uiPriority w:val="99"/>
    <w:unhideWhenUsed/>
    <w:rsid w:val="00326F90"/>
    <w:pPr>
      <w:numPr>
        <w:numId w:val="5"/>
      </w:numPr>
      <w:contextualSpacing/>
    </w:pPr>
  </w:style>
  <w:style w:type="paragraph" w:styleId="slovanseznam2">
    <w:name w:val="List Number 2"/>
    <w:basedOn w:val="Normln"/>
    <w:uiPriority w:val="99"/>
    <w:unhideWhenUsed/>
    <w:rsid w:val="0029639D"/>
    <w:pPr>
      <w:numPr>
        <w:numId w:val="6"/>
      </w:numPr>
      <w:contextualSpacing/>
    </w:pPr>
  </w:style>
  <w:style w:type="paragraph" w:styleId="slovanseznam3">
    <w:name w:val="List Number 3"/>
    <w:basedOn w:val="Normln"/>
    <w:uiPriority w:val="99"/>
    <w:unhideWhenUsed/>
    <w:rsid w:val="0029639D"/>
    <w:pPr>
      <w:numPr>
        <w:numId w:val="7"/>
      </w:numPr>
      <w:contextualSpacing/>
    </w:pPr>
  </w:style>
  <w:style w:type="paragraph" w:styleId="Pokraovnseznamu">
    <w:name w:val="List Continue"/>
    <w:basedOn w:val="Normln"/>
    <w:uiPriority w:val="99"/>
    <w:unhideWhenUsed/>
    <w:rsid w:val="0029639D"/>
    <w:pPr>
      <w:spacing w:after="120"/>
      <w:ind w:left="360"/>
      <w:contextualSpacing/>
    </w:pPr>
  </w:style>
  <w:style w:type="paragraph" w:styleId="Pokraovnseznamu2">
    <w:name w:val="List Continue 2"/>
    <w:basedOn w:val="Normln"/>
    <w:uiPriority w:val="99"/>
    <w:unhideWhenUsed/>
    <w:rsid w:val="0029639D"/>
    <w:pPr>
      <w:spacing w:after="120"/>
      <w:ind w:left="720"/>
      <w:contextualSpacing/>
    </w:pPr>
  </w:style>
  <w:style w:type="paragraph" w:styleId="Pokraovnseznamu3">
    <w:name w:val="List Continue 3"/>
    <w:basedOn w:val="Normln"/>
    <w:uiPriority w:val="99"/>
    <w:unhideWhenUsed/>
    <w:rsid w:val="0029639D"/>
    <w:pPr>
      <w:spacing w:after="120"/>
      <w:ind w:left="1080"/>
      <w:contextualSpacing/>
    </w:pPr>
  </w:style>
  <w:style w:type="paragraph" w:styleId="Textmakra">
    <w:name w:val="macro"/>
    <w:link w:val="Textmakra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xtmakraChar">
    <w:name w:val="Text makra Char"/>
    <w:basedOn w:val="Standardnpsmoodstavce"/>
    <w:link w:val="Textmakra"/>
    <w:uiPriority w:val="99"/>
    <w:rsid w:val="0029639D"/>
    <w:rPr>
      <w:rFonts w:ascii="Courier" w:hAnsi="Courier"/>
      <w:sz w:val="20"/>
      <w:szCs w:val="20"/>
    </w:rPr>
  </w:style>
  <w:style w:type="paragraph" w:styleId="Citt">
    <w:name w:val="Quote"/>
    <w:basedOn w:val="Normln"/>
    <w:next w:val="Normln"/>
    <w:link w:val="CittChar"/>
    <w:uiPriority w:val="29"/>
    <w:qFormat/>
    <w:rsid w:val="00FC693F"/>
    <w:rPr>
      <w:i/>
      <w:iCs/>
      <w:color w:val="000000" w:themeColor="text1"/>
    </w:rPr>
  </w:style>
  <w:style w:type="character" w:customStyle="1" w:styleId="CittChar">
    <w:name w:val="Citát Char"/>
    <w:basedOn w:val="Standardnpsmoodstavce"/>
    <w:link w:val="Citt"/>
    <w:uiPriority w:val="29"/>
    <w:rsid w:val="00FC693F"/>
    <w:rPr>
      <w:i/>
      <w:iCs/>
      <w:color w:val="000000" w:themeColor="text1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iln">
    <w:name w:val="Strong"/>
    <w:basedOn w:val="Standardnpsmoodstavce"/>
    <w:uiPriority w:val="22"/>
    <w:qFormat/>
    <w:rsid w:val="00FC693F"/>
    <w:rPr>
      <w:b/>
      <w:bCs/>
    </w:rPr>
  </w:style>
  <w:style w:type="character" w:styleId="Zdraznn">
    <w:name w:val="Emphasis"/>
    <w:basedOn w:val="Standardnpsmoodstavce"/>
    <w:uiPriority w:val="20"/>
    <w:qFormat/>
    <w:rsid w:val="00FC693F"/>
    <w:rPr>
      <w:i/>
      <w:iCs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FC693F"/>
    <w:rPr>
      <w:b/>
      <w:bCs/>
      <w:i/>
      <w:iCs/>
      <w:color w:val="4F81BD" w:themeColor="accent1"/>
    </w:rPr>
  </w:style>
  <w:style w:type="character" w:styleId="Zdraznnjemn">
    <w:name w:val="Subtle Emphasis"/>
    <w:basedOn w:val="Standardnpsmoodstavce"/>
    <w:uiPriority w:val="19"/>
    <w:qFormat/>
    <w:rsid w:val="00FC693F"/>
    <w:rPr>
      <w:i/>
      <w:iCs/>
      <w:color w:val="808080" w:themeColor="text1" w:themeTint="7F"/>
    </w:rPr>
  </w:style>
  <w:style w:type="character" w:styleId="Zdraznnintenzivn">
    <w:name w:val="Intense Emphasis"/>
    <w:basedOn w:val="Standardnpsmoodstavce"/>
    <w:uiPriority w:val="21"/>
    <w:qFormat/>
    <w:rsid w:val="00FC693F"/>
    <w:rPr>
      <w:b/>
      <w:bCs/>
      <w:i/>
      <w:iCs/>
      <w:color w:val="4F81BD" w:themeColor="accent1"/>
    </w:rPr>
  </w:style>
  <w:style w:type="character" w:styleId="Odkazjemn">
    <w:name w:val="Subtle Reference"/>
    <w:basedOn w:val="Standardnpsmoodstavce"/>
    <w:uiPriority w:val="31"/>
    <w:qFormat/>
    <w:rsid w:val="00FC693F"/>
    <w:rPr>
      <w:smallCaps/>
      <w:color w:val="C0504D" w:themeColor="accent2"/>
      <w:u w:val="single"/>
    </w:rPr>
  </w:style>
  <w:style w:type="character" w:styleId="Odkazintenzivn">
    <w:name w:val="Intense Reference"/>
    <w:basedOn w:val="Standardnpsmoodstavce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Nzevknihy">
    <w:name w:val="Book Title"/>
    <w:basedOn w:val="Standardnpsmoodstavce"/>
    <w:uiPriority w:val="33"/>
    <w:qFormat/>
    <w:rsid w:val="00FC693F"/>
    <w:rPr>
      <w:b/>
      <w:bCs/>
      <w:smallCaps/>
      <w:spacing w:val="5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FC693F"/>
    <w:pPr>
      <w:outlineLvl w:val="9"/>
    </w:pPr>
  </w:style>
  <w:style w:type="table" w:styleId="Mkatabulky">
    <w:name w:val="Table Grid"/>
    <w:basedOn w:val="Normlntabulka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vtlstnovn">
    <w:name w:val="Light Shading"/>
    <w:basedOn w:val="Normlntabulka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vtlstnovnzvraznn1">
    <w:name w:val="Light Shading Accent 1"/>
    <w:basedOn w:val="Normlntabulka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vtlstnovnzvraznn2">
    <w:name w:val="Light Shading Accent 2"/>
    <w:basedOn w:val="Normlntabulka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vtlstnovnzvraznn3">
    <w:name w:val="Light Shading Accent 3"/>
    <w:basedOn w:val="Normlntabulka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Svtlstnovnzvraznn4">
    <w:name w:val="Light Shading Accent 4"/>
    <w:basedOn w:val="Normlntabulka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Svtlstnovnzvraznn5">
    <w:name w:val="Light Shading Accent 5"/>
    <w:basedOn w:val="Normlntabulka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vtlstnovnzvraznn6">
    <w:name w:val="Light Shading Accent 6"/>
    <w:basedOn w:val="Normlntabulka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Svtlseznam">
    <w:name w:val="Light List"/>
    <w:basedOn w:val="Normlntabulka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Svtlseznamzvraznn1">
    <w:name w:val="Light List Accent 1"/>
    <w:basedOn w:val="Normlntabulka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Svtlseznamzvraznn2">
    <w:name w:val="Light List Accent 2"/>
    <w:basedOn w:val="Normlntabulka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Svtlseznamzvraznn3">
    <w:name w:val="Light List Accent 3"/>
    <w:basedOn w:val="Normlntabulka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Svtlseznamzvraznn4">
    <w:name w:val="Light List Accent 4"/>
    <w:basedOn w:val="Normlntabulka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Svtlseznamzvraznn5">
    <w:name w:val="Light List Accent 5"/>
    <w:basedOn w:val="Normlntabulka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Svtlseznamzvraznn6">
    <w:name w:val="Light List Accent 6"/>
    <w:basedOn w:val="Normlntabulka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Svtlmka">
    <w:name w:val="Light Grid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Svtlmkazvraznn1">
    <w:name w:val="Light Grid Accent 1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Svtlmkazvraznn2">
    <w:name w:val="Light Grid Accent 2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Svtlmkazvraznn3">
    <w:name w:val="Light Grid Accent 3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Svtlmkazvraznn4">
    <w:name w:val="Light Grid Accent 4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Svtlmkazvraznn5">
    <w:name w:val="Light Grid Accent 5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Svtlmkazvraznn6">
    <w:name w:val="Light Grid Accent 6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Stednstnovn1">
    <w:name w:val="Medium Shading 1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1">
    <w:name w:val="Medium Shading 1 Accent 1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2">
    <w:name w:val="Medium Shading 1 Accent 2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3">
    <w:name w:val="Medium Shading 1 Accent 3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4">
    <w:name w:val="Medium Shading 1 Accent 4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5">
    <w:name w:val="Medium Shading 1 Accent 5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6">
    <w:name w:val="Medium Shading 1 Accent 6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2">
    <w:name w:val="Medium Shading 2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tnovn2zvraznn1">
    <w:name w:val="Medium Shading 2 Accent 1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tnovn2zvraznn2">
    <w:name w:val="Medium Shading 2 Accent 2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tnovn2zvraznn3">
    <w:name w:val="Medium Shading 2 Accent 3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tnovn2zvraznn4">
    <w:name w:val="Medium Shading 2 Accent 4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tnovn2zvraznn5">
    <w:name w:val="Medium Shading 2 Accent 5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tnovn2zvraznn6">
    <w:name w:val="Medium Shading 2 Accent 6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eznam1">
    <w:name w:val="Medium List 1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Stednseznam1zvraznn1">
    <w:name w:val="Medium List 1 Accent 1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Stednseznam1zvraznn2">
    <w:name w:val="Medium List 1 Accent 2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Stednseznam1zvraznn3">
    <w:name w:val="Medium List 1 Accent 3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Stednseznam1zvraznn4">
    <w:name w:val="Medium List 1 Accent 4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Stednseznam1zvraznn5">
    <w:name w:val="Medium List 1 Accent 5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Stednseznam1zvraznn6">
    <w:name w:val="Medium List 1 Accent 6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Stednseznam2">
    <w:name w:val="Medium List 2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1">
    <w:name w:val="Medium List 2 Accent 1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2">
    <w:name w:val="Medium List 2 Accent 2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3">
    <w:name w:val="Medium List 2 Accent 3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4">
    <w:name w:val="Medium List 2 Accent 4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5">
    <w:name w:val="Medium List 2 Accent 5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6">
    <w:name w:val="Medium List 2 Accent 6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mka1">
    <w:name w:val="Medium Grid 1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Stednmka1zvraznn1">
    <w:name w:val="Medium Grid 1 Accent 1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Stednmka1zvraznn2">
    <w:name w:val="Medium Grid 1 Accent 2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Stednmka1zvraznn3">
    <w:name w:val="Medium Grid 1 Accent 3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tednmka1zvraznn4">
    <w:name w:val="Medium Grid 1 Accent 4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Stednmka1zvraznn5">
    <w:name w:val="Medium Grid 1 Accent 5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Stednmka1zvraznn6">
    <w:name w:val="Medium Grid 1 Accent 6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Stednmka2">
    <w:name w:val="Medium Grid 2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1">
    <w:name w:val="Medium Grid 2 Accent 1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2">
    <w:name w:val="Medium Grid 2 Accent 2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3">
    <w:name w:val="Medium Grid 2 Accent 3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4">
    <w:name w:val="Medium Grid 2 Accent 4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5">
    <w:name w:val="Medium Grid 2 Accent 5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6">
    <w:name w:val="Medium Grid 2 Accent 6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3">
    <w:name w:val="Medium Grid 3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Stednmka3zvraznn1">
    <w:name w:val="Medium Grid 3 Accent 1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Stednmka3zvraznn2">
    <w:name w:val="Medium Grid 3 Accent 2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Stednmka3zvraznn3">
    <w:name w:val="Medium Grid 3 Accent 3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Stednmka3zvraznn4">
    <w:name w:val="Medium Grid 3 Accent 4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Stednmka3zvraznn5">
    <w:name w:val="Medium Grid 3 Accent 5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Stednmka3zvraznn6">
    <w:name w:val="Medium Grid 3 Accent 6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Tmavseznam">
    <w:name w:val="Dark List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Tmavseznamzvraznn1">
    <w:name w:val="Dark List Accent 1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Tmavseznamzvraznn2">
    <w:name w:val="Dark List Accent 2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Tmavseznamzvraznn3">
    <w:name w:val="Dark List Accent 3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Tmavseznamzvraznn4">
    <w:name w:val="Dark List Accent 4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Tmavseznamzvraznn5">
    <w:name w:val="Dark List Accent 5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Tmavseznamzvraznn6">
    <w:name w:val="Dark List Accent 6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Barevnstnovn">
    <w:name w:val="Colorful Shading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1">
    <w:name w:val="Colorful Shading Accent 1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2">
    <w:name w:val="Colorful Shading Accent 2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3">
    <w:name w:val="Colorful Shading Accent 3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Barevnstnovnzvraznn4">
    <w:name w:val="Colorful Shading Accent 4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5">
    <w:name w:val="Colorful Shading Accent 5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6">
    <w:name w:val="Colorful Shading Accent 6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eznam">
    <w:name w:val="Colorful List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Barevnseznamzvraznn1">
    <w:name w:val="Colorful List Accent 1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Barevnseznamzvraznn2">
    <w:name w:val="Colorful List Accent 2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Barevnseznamzvraznn3">
    <w:name w:val="Colorful List Accent 3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Barevnseznamzvraznn4">
    <w:name w:val="Colorful List Accent 4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Barevnseznamzvraznn5">
    <w:name w:val="Colorful List Accent 5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Barevnseznamzvraznn6">
    <w:name w:val="Colorful List Accent 6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Barevnmka">
    <w:name w:val="Colorful Grid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Barevnmkazvraznn1">
    <w:name w:val="Colorful Grid Accent 1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Barevnmkazvraznn2">
    <w:name w:val="Colorful Grid Accent 2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Barevnmkazvraznn3">
    <w:name w:val="Colorful Grid Accent 3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Barevnmkazvraznn4">
    <w:name w:val="Colorful Grid Accent 4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Barevnmkazvraznn5">
    <w:name w:val="Colorful Grid Accent 5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Barevnmkazvraznn6">
    <w:name w:val="Colorful Grid Accent 6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5EE5D3B-364F-4C72-BE64-0A3CC0803A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513</Words>
  <Characters>3033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LightPDF</Company>
  <LinksUpToDate>false</LinksUpToDate>
  <CharactersWithSpaces>3539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LightPDF</dc:creator>
  <cp:keywords/>
  <dc:description>generated by LightPDF 20230331</dc:description>
  <cp:lastModifiedBy>Netuková Martina</cp:lastModifiedBy>
  <cp:revision>3</cp:revision>
  <dcterms:created xsi:type="dcterms:W3CDTF">2023-05-31T11:06:00Z</dcterms:created>
  <dcterms:modified xsi:type="dcterms:W3CDTF">2023-06-01T06:46:00Z</dcterms:modified>
  <cp:category/>
</cp:coreProperties>
</file>