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701" w:rsidRDefault="008D788B"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4480560" cy="80314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an-objednavk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803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70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8D788B"/>
    <w:rsid w:val="00AA1D8D"/>
    <w:rsid w:val="00B47730"/>
    <w:rsid w:val="00BC3701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v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8D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v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8D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41680F-40CB-4054-B73F-AD9993591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Jana Vyhňáková</cp:lastModifiedBy>
  <cp:revision>2</cp:revision>
  <dcterms:created xsi:type="dcterms:W3CDTF">2024-07-22T14:17:00Z</dcterms:created>
  <dcterms:modified xsi:type="dcterms:W3CDTF">2024-07-22T14:17:00Z</dcterms:modified>
</cp:coreProperties>
</file>