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ACD" w:rsidRDefault="00040ACD">
      <w:pPr>
        <w:wordWrap w:val="0"/>
        <w:autoSpaceDE w:val="0"/>
        <w:autoSpaceDN w:val="0"/>
        <w:spacing w:after="342" w:line="14" w:lineRule="exact"/>
      </w:pPr>
    </w:p>
    <w:p w:rsidR="00040ACD" w:rsidRDefault="00100F29">
      <w:pPr>
        <w:wordWrap w:val="0"/>
        <w:autoSpaceDE w:val="0"/>
        <w:autoSpaceDN w:val="0"/>
        <w:spacing w:before="713" w:after="29" w:line="259" w:lineRule="exact"/>
        <w:ind w:left="4017"/>
      </w:pPr>
      <w:r>
        <w:rPr>
          <w:rFonts w:ascii="Calibri" w:eastAsia="Calibri" w:hAnsi="Calibri"/>
          <w:b/>
          <w:color w:val="000000"/>
          <w:sz w:val="26"/>
        </w:rPr>
        <w:t>SMLOUVA</w:t>
      </w:r>
    </w:p>
    <w:p w:rsidR="00040ACD" w:rsidRDefault="00100F29">
      <w:pPr>
        <w:wordWrap w:val="0"/>
        <w:autoSpaceDE w:val="0"/>
        <w:autoSpaceDN w:val="0"/>
        <w:spacing w:before="58" w:after="30" w:line="259" w:lineRule="exact"/>
        <w:ind w:left="362"/>
      </w:pPr>
      <w:r>
        <w:rPr>
          <w:rFonts w:ascii="Calibri" w:eastAsia="Calibri" w:hAnsi="Calibri"/>
          <w:b/>
          <w:color w:val="000000"/>
          <w:sz w:val="26"/>
        </w:rPr>
        <w:t>O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SPOLUPRÁCI</w:t>
      </w:r>
      <w:r>
        <w:rPr>
          <w:rFonts w:ascii="Times New Roman" w:eastAsia="SimSun" w:hAnsi="Times New Roman"/>
          <w:b/>
          <w:color w:val="000000"/>
          <w:spacing w:val="-5"/>
          <w:sz w:val="26"/>
        </w:rPr>
        <w:t xml:space="preserve"> </w:t>
      </w:r>
      <w:r>
        <w:rPr>
          <w:rFonts w:ascii="Calibri" w:eastAsia="Calibri" w:hAnsi="Calibri"/>
          <w:b/>
          <w:color w:val="000000"/>
          <w:spacing w:val="1"/>
          <w:sz w:val="26"/>
        </w:rPr>
        <w:t>PŘI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ZAJIŠTĚNÍ</w:t>
      </w:r>
      <w:r>
        <w:rPr>
          <w:rFonts w:ascii="Times New Roman" w:eastAsia="SimSun" w:hAnsi="Times New Roman"/>
          <w:b/>
          <w:color w:val="000000"/>
          <w:spacing w:val="-4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PODMÍNEK</w:t>
      </w:r>
      <w:r>
        <w:rPr>
          <w:rFonts w:ascii="Times New Roman" w:eastAsia="SimSun" w:hAnsi="Times New Roman"/>
          <w:b/>
          <w:color w:val="000000"/>
          <w:spacing w:val="-5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PLNĚNÍ</w:t>
      </w:r>
      <w:r>
        <w:rPr>
          <w:rFonts w:ascii="Times New Roman" w:eastAsia="SimSun" w:hAnsi="Times New Roman"/>
          <w:b/>
          <w:color w:val="000000"/>
          <w:spacing w:val="-6"/>
          <w:sz w:val="26"/>
        </w:rPr>
        <w:t xml:space="preserve"> </w:t>
      </w:r>
      <w:r>
        <w:rPr>
          <w:rFonts w:ascii="Calibri" w:eastAsia="Calibri" w:hAnsi="Calibri"/>
          <w:b/>
          <w:color w:val="000000"/>
          <w:spacing w:val="1"/>
          <w:sz w:val="26"/>
        </w:rPr>
        <w:t>POVINNÉ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ŠKOLNÍ</w:t>
      </w:r>
      <w:r>
        <w:rPr>
          <w:rFonts w:ascii="Times New Roman" w:eastAsia="SimSun" w:hAnsi="Times New Roman"/>
          <w:b/>
          <w:color w:val="000000"/>
          <w:spacing w:val="-5"/>
          <w:sz w:val="26"/>
        </w:rPr>
        <w:t xml:space="preserve"> </w:t>
      </w:r>
      <w:r>
        <w:rPr>
          <w:rFonts w:ascii="Calibri" w:eastAsia="Calibri" w:hAnsi="Calibri"/>
          <w:b/>
          <w:color w:val="000000"/>
          <w:spacing w:val="1"/>
          <w:sz w:val="26"/>
        </w:rPr>
        <w:t>DOCHÁZKY</w:t>
      </w:r>
    </w:p>
    <w:p w:rsidR="00040ACD" w:rsidRDefault="00100F29">
      <w:pPr>
        <w:wordWrap w:val="0"/>
        <w:autoSpaceDE w:val="0"/>
        <w:autoSpaceDN w:val="0"/>
        <w:spacing w:before="60" w:after="379" w:line="259" w:lineRule="exact"/>
        <w:ind w:left="1298"/>
      </w:pPr>
      <w:r>
        <w:rPr>
          <w:rFonts w:ascii="Calibri" w:eastAsia="Calibri" w:hAnsi="Calibri"/>
          <w:b/>
          <w:color w:val="000000"/>
          <w:spacing w:val="1"/>
          <w:sz w:val="26"/>
        </w:rPr>
        <w:t>DĚTÍ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S</w:t>
      </w:r>
      <w:r>
        <w:rPr>
          <w:rFonts w:ascii="Times New Roman" w:eastAsia="SimSun" w:hAnsi="Times New Roman"/>
          <w:b/>
          <w:color w:val="000000"/>
          <w:spacing w:val="-5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MÍSTEM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TRVALÉHO</w:t>
      </w:r>
      <w:r>
        <w:rPr>
          <w:rFonts w:ascii="Times New Roman" w:eastAsia="SimSun" w:hAnsi="Times New Roman"/>
          <w:b/>
          <w:color w:val="000000"/>
          <w:spacing w:val="-5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POBYTU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NA</w:t>
      </w:r>
      <w:r>
        <w:rPr>
          <w:rFonts w:ascii="Times New Roman" w:eastAsia="SimSun" w:hAnsi="Times New Roman"/>
          <w:b/>
          <w:color w:val="000000"/>
          <w:spacing w:val="-7"/>
          <w:sz w:val="26"/>
        </w:rPr>
        <w:t xml:space="preserve"> </w:t>
      </w:r>
      <w:r>
        <w:rPr>
          <w:rFonts w:ascii="Calibri" w:eastAsia="Calibri" w:hAnsi="Calibri"/>
          <w:b/>
          <w:color w:val="000000"/>
          <w:spacing w:val="1"/>
          <w:sz w:val="26"/>
        </w:rPr>
        <w:t>ÚZEMÍ</w:t>
      </w:r>
      <w:r>
        <w:rPr>
          <w:rFonts w:ascii="Times New Roman" w:eastAsia="SimSun" w:hAnsi="Times New Roman"/>
          <w:b/>
          <w:color w:val="000000"/>
          <w:spacing w:val="-6"/>
          <w:sz w:val="26"/>
        </w:rPr>
        <w:t xml:space="preserve"> </w:t>
      </w:r>
      <w:r>
        <w:rPr>
          <w:rFonts w:ascii="Calibri" w:eastAsia="Calibri" w:hAnsi="Calibri"/>
          <w:b/>
          <w:color w:val="000000"/>
          <w:spacing w:val="1"/>
          <w:sz w:val="26"/>
        </w:rPr>
        <w:t>OBCÍ</w:t>
      </w:r>
      <w:r>
        <w:rPr>
          <w:rFonts w:ascii="Times New Roman" w:eastAsia="SimSun" w:hAnsi="Times New Roman"/>
          <w:b/>
          <w:color w:val="000000"/>
          <w:spacing w:val="-3"/>
          <w:sz w:val="26"/>
        </w:rPr>
        <w:t xml:space="preserve"> </w:t>
      </w:r>
      <w:r>
        <w:rPr>
          <w:rFonts w:ascii="Calibri" w:eastAsia="Calibri" w:hAnsi="Calibri"/>
          <w:b/>
          <w:color w:val="000000"/>
          <w:sz w:val="26"/>
        </w:rPr>
        <w:t>KOJETICE</w:t>
      </w:r>
    </w:p>
    <w:p w:rsidR="00040ACD" w:rsidRDefault="00100F29">
      <w:pPr>
        <w:wordWrap w:val="0"/>
        <w:autoSpaceDE w:val="0"/>
        <w:autoSpaceDN w:val="0"/>
        <w:spacing w:before="758" w:after="159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Smluvní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strany</w:t>
      </w:r>
    </w:p>
    <w:p w:rsidR="00040ACD" w:rsidRDefault="00100F29">
      <w:pPr>
        <w:wordWrap w:val="0"/>
        <w:autoSpaceDE w:val="0"/>
        <w:autoSpaceDN w:val="0"/>
        <w:spacing w:before="319" w:after="48" w:line="240" w:lineRule="exact"/>
        <w:ind w:left="40"/>
      </w:pPr>
      <w:r>
        <w:rPr>
          <w:rFonts w:ascii="Calibri" w:eastAsia="Calibri" w:hAnsi="Calibri"/>
          <w:b/>
          <w:color w:val="000000"/>
          <w:sz w:val="24"/>
        </w:rPr>
        <w:t>Základní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škola</w:t>
      </w:r>
      <w:r>
        <w:rPr>
          <w:rFonts w:ascii="Times New Roman" w:eastAsia="SimSun" w:hAnsi="Times New Roman"/>
          <w:b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Ing</w:t>
      </w:r>
      <w:r>
        <w:rPr>
          <w:rFonts w:ascii="Calibri" w:eastAsia="Calibri" w:hAnsi="Calibri"/>
          <w:b/>
          <w:color w:val="000000"/>
          <w:sz w:val="24"/>
        </w:rPr>
        <w:t>.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pacing w:val="-1"/>
          <w:sz w:val="24"/>
        </w:rPr>
        <w:t>M</w:t>
      </w:r>
      <w:r>
        <w:rPr>
          <w:rFonts w:ascii="Calibri" w:eastAsia="Calibri" w:hAnsi="Calibri"/>
          <w:b/>
          <w:color w:val="000000"/>
          <w:sz w:val="24"/>
        </w:rPr>
        <w:t>.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Plesingera</w:t>
      </w:r>
      <w:r>
        <w:rPr>
          <w:rFonts w:ascii="Calibri" w:eastAsia="Calibri" w:hAnsi="Calibri"/>
          <w:b/>
          <w:color w:val="000000"/>
          <w:spacing w:val="1"/>
          <w:sz w:val="24"/>
        </w:rPr>
        <w:t>-</w:t>
      </w:r>
      <w:r>
        <w:rPr>
          <w:rFonts w:ascii="Calibri" w:eastAsia="Calibri" w:hAnsi="Calibri"/>
          <w:b/>
          <w:color w:val="000000"/>
          <w:sz w:val="24"/>
        </w:rPr>
        <w:t>Božinova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Neratovice</w:t>
      </w:r>
    </w:p>
    <w:p w:rsidR="00040ACD" w:rsidRDefault="00100F29">
      <w:pPr>
        <w:wordWrap w:val="0"/>
        <w:autoSpaceDE w:val="0"/>
        <w:autoSpaceDN w:val="0"/>
        <w:spacing w:before="96" w:after="49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se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sídlem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900</w:t>
      </w:r>
      <w:r>
        <w:rPr>
          <w:rFonts w:ascii="Calibri" w:eastAsia="Calibri" w:hAnsi="Calibri"/>
          <w:color w:val="000000"/>
          <w:spacing w:val="-2"/>
          <w:sz w:val="24"/>
        </w:rPr>
        <w:t>,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277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11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Neratovice</w:t>
      </w:r>
    </w:p>
    <w:p w:rsidR="00040ACD" w:rsidRDefault="00100F29">
      <w:pPr>
        <w:wordWrap w:val="0"/>
        <w:autoSpaceDE w:val="0"/>
        <w:autoSpaceDN w:val="0"/>
        <w:spacing w:before="98" w:after="48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zastoupená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Mgr.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Jaroslavem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Kuželem</w:t>
      </w:r>
    </w:p>
    <w:p w:rsidR="00040ACD" w:rsidRDefault="00100F29">
      <w:pPr>
        <w:wordWrap w:val="0"/>
        <w:autoSpaceDE w:val="0"/>
        <w:autoSpaceDN w:val="0"/>
        <w:spacing w:before="96" w:after="49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IČO:</w:t>
      </w:r>
      <w:r>
        <w:rPr>
          <w:rFonts w:ascii="Times New Roman" w:eastAsia="SimSun" w:hAnsi="Times New Roman"/>
          <w:color w:val="000000"/>
          <w:spacing w:val="5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495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16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256</w:t>
      </w:r>
    </w:p>
    <w:p w:rsidR="00040ACD" w:rsidRDefault="00100F29">
      <w:pPr>
        <w:wordWrap w:val="0"/>
        <w:autoSpaceDE w:val="0"/>
        <w:autoSpaceDN w:val="0"/>
        <w:spacing w:before="98" w:after="48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Číslo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bankovního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účtu</w:t>
      </w:r>
      <w:r>
        <w:rPr>
          <w:rFonts w:ascii="Calibri" w:eastAsia="Calibri" w:hAnsi="Calibri"/>
          <w:color w:val="000000"/>
          <w:spacing w:val="2"/>
          <w:sz w:val="24"/>
        </w:rPr>
        <w:t>: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461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432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359</w:t>
      </w:r>
      <w:r>
        <w:rPr>
          <w:rFonts w:ascii="Calibri" w:eastAsia="Calibri" w:hAnsi="Calibri"/>
          <w:color w:val="000000"/>
          <w:spacing w:val="1"/>
          <w:sz w:val="24"/>
        </w:rPr>
        <w:t>/</w:t>
      </w:r>
      <w:r>
        <w:rPr>
          <w:rFonts w:ascii="Calibri" w:eastAsia="Calibri" w:hAnsi="Calibri"/>
          <w:color w:val="000000"/>
          <w:sz w:val="24"/>
        </w:rPr>
        <w:t>0800</w:t>
      </w:r>
    </w:p>
    <w:p w:rsidR="00040ACD" w:rsidRDefault="00100F29">
      <w:pPr>
        <w:wordWrap w:val="0"/>
        <w:autoSpaceDE w:val="0"/>
        <w:autoSpaceDN w:val="0"/>
        <w:spacing w:before="96" w:after="168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(</w:t>
      </w:r>
      <w:r>
        <w:rPr>
          <w:rFonts w:ascii="Calibri" w:eastAsia="Calibri" w:hAnsi="Calibri"/>
          <w:color w:val="000000"/>
          <w:sz w:val="24"/>
        </w:rPr>
        <w:t>dále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jen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„škola</w:t>
      </w:r>
      <w:r>
        <w:rPr>
          <w:rFonts w:ascii="Calibri" w:eastAsia="Calibri" w:hAnsi="Calibri"/>
          <w:color w:val="000000"/>
          <w:sz w:val="24"/>
        </w:rPr>
        <w:t>“</w:t>
      </w:r>
      <w:r>
        <w:rPr>
          <w:rFonts w:ascii="Calibri" w:eastAsia="Calibri" w:hAnsi="Calibri"/>
          <w:color w:val="000000"/>
          <w:spacing w:val="-2"/>
          <w:sz w:val="24"/>
        </w:rPr>
        <w:t>)</w:t>
      </w:r>
    </w:p>
    <w:p w:rsidR="00040ACD" w:rsidRDefault="00100F29">
      <w:pPr>
        <w:wordWrap w:val="0"/>
        <w:autoSpaceDE w:val="0"/>
        <w:autoSpaceDN w:val="0"/>
        <w:spacing w:before="336" w:after="169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a</w:t>
      </w:r>
    </w:p>
    <w:p w:rsidR="00040ACD" w:rsidRDefault="00100F29">
      <w:pPr>
        <w:wordWrap w:val="0"/>
        <w:autoSpaceDE w:val="0"/>
        <w:autoSpaceDN w:val="0"/>
        <w:spacing w:before="338" w:after="48" w:line="240" w:lineRule="exact"/>
        <w:ind w:left="40"/>
      </w:pPr>
      <w:r>
        <w:rPr>
          <w:rFonts w:ascii="Calibri" w:eastAsia="Calibri" w:hAnsi="Calibri"/>
          <w:b/>
          <w:color w:val="000000"/>
          <w:sz w:val="24"/>
        </w:rPr>
        <w:t>Obec</w:t>
      </w:r>
      <w:r>
        <w:rPr>
          <w:rFonts w:ascii="Times New Roman" w:eastAsia="SimSun" w:hAnsi="Times New Roman"/>
          <w:b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Kojetice</w:t>
      </w:r>
    </w:p>
    <w:p w:rsidR="00040ACD" w:rsidRDefault="00100F29">
      <w:pPr>
        <w:wordWrap w:val="0"/>
        <w:autoSpaceDE w:val="0"/>
        <w:autoSpaceDN w:val="0"/>
        <w:spacing w:before="96" w:after="48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se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sídlem: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Lipová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155,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Kojetice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Prahy</w:t>
      </w:r>
    </w:p>
    <w:p w:rsidR="00040ACD" w:rsidRDefault="00100F29">
      <w:pPr>
        <w:wordWrap w:val="0"/>
        <w:autoSpaceDE w:val="0"/>
        <w:autoSpaceDN w:val="0"/>
        <w:spacing w:before="96" w:after="49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zastoupena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starostou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obce</w:t>
      </w:r>
      <w:r>
        <w:rPr>
          <w:rFonts w:ascii="Times New Roman" w:eastAsia="SimSun" w:hAnsi="Times New Roman"/>
          <w:color w:val="000000"/>
          <w:spacing w:val="-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Františkem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Šedivým</w:t>
      </w:r>
    </w:p>
    <w:p w:rsidR="00040ACD" w:rsidRDefault="00100F29">
      <w:pPr>
        <w:wordWrap w:val="0"/>
        <w:autoSpaceDE w:val="0"/>
        <w:autoSpaceDN w:val="0"/>
        <w:spacing w:before="98" w:after="48" w:line="240" w:lineRule="exact"/>
        <w:ind w:left="40"/>
      </w:pPr>
      <w:r>
        <w:rPr>
          <w:rFonts w:ascii="Calibri" w:eastAsia="Calibri" w:hAnsi="Calibri"/>
          <w:color w:val="000000"/>
          <w:spacing w:val="-1"/>
          <w:sz w:val="24"/>
        </w:rPr>
        <w:t>IČ</w:t>
      </w:r>
      <w:r>
        <w:rPr>
          <w:rFonts w:ascii="Calibri" w:eastAsia="Calibri" w:hAnsi="Calibri"/>
          <w:color w:val="000000"/>
          <w:sz w:val="24"/>
        </w:rPr>
        <w:t>: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00240320</w:t>
      </w:r>
    </w:p>
    <w:p w:rsidR="00040ACD" w:rsidRDefault="00100F29">
      <w:pPr>
        <w:wordWrap w:val="0"/>
        <w:autoSpaceDE w:val="0"/>
        <w:autoSpaceDN w:val="0"/>
        <w:spacing w:before="96" w:after="49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Číslo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bankovního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účtu: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4725201</w:t>
      </w:r>
      <w:r>
        <w:rPr>
          <w:rFonts w:ascii="Calibri" w:eastAsia="Calibri" w:hAnsi="Calibri"/>
          <w:color w:val="000000"/>
          <w:spacing w:val="-1"/>
          <w:sz w:val="24"/>
        </w:rPr>
        <w:t>/</w:t>
      </w:r>
      <w:r>
        <w:rPr>
          <w:rFonts w:ascii="Calibri" w:eastAsia="Calibri" w:hAnsi="Calibri"/>
          <w:color w:val="000000"/>
          <w:sz w:val="24"/>
        </w:rPr>
        <w:t>0100</w:t>
      </w:r>
    </w:p>
    <w:p w:rsidR="00040ACD" w:rsidRDefault="00100F29">
      <w:pPr>
        <w:wordWrap w:val="0"/>
        <w:autoSpaceDE w:val="0"/>
        <w:autoSpaceDN w:val="0"/>
        <w:spacing w:before="98" w:after="662" w:line="240" w:lineRule="exact"/>
        <w:ind w:left="40"/>
      </w:pPr>
      <w:r>
        <w:rPr>
          <w:rFonts w:ascii="Calibri" w:eastAsia="Calibri" w:hAnsi="Calibri"/>
          <w:color w:val="000000"/>
          <w:sz w:val="24"/>
        </w:rPr>
        <w:t>(</w:t>
      </w:r>
      <w:r>
        <w:rPr>
          <w:rFonts w:ascii="Calibri" w:eastAsia="Calibri" w:hAnsi="Calibri"/>
          <w:color w:val="000000"/>
          <w:sz w:val="24"/>
        </w:rPr>
        <w:t>dále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jen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„obec</w:t>
      </w:r>
      <w:r>
        <w:rPr>
          <w:rFonts w:ascii="Calibri" w:eastAsia="Calibri" w:hAnsi="Calibri"/>
          <w:color w:val="000000"/>
          <w:sz w:val="24"/>
        </w:rPr>
        <w:t>“</w:t>
      </w:r>
      <w:r>
        <w:rPr>
          <w:rFonts w:ascii="Calibri" w:eastAsia="Calibri" w:hAnsi="Calibri"/>
          <w:color w:val="000000"/>
          <w:spacing w:val="-2"/>
          <w:sz w:val="24"/>
        </w:rPr>
        <w:t>)</w:t>
      </w:r>
    </w:p>
    <w:p w:rsidR="00040ACD" w:rsidRDefault="00100F29">
      <w:pPr>
        <w:wordWrap w:val="0"/>
        <w:autoSpaceDE w:val="0"/>
        <w:autoSpaceDN w:val="0"/>
        <w:spacing w:before="1325" w:after="27" w:line="240" w:lineRule="exact"/>
        <w:ind w:left="4509"/>
      </w:pPr>
      <w:r>
        <w:rPr>
          <w:rFonts w:ascii="Calibri" w:eastAsia="Calibri" w:hAnsi="Calibri"/>
          <w:b/>
          <w:color w:val="000000"/>
          <w:spacing w:val="1"/>
          <w:sz w:val="24"/>
        </w:rPr>
        <w:t>I.</w:t>
      </w:r>
    </w:p>
    <w:p w:rsidR="00040ACD" w:rsidRDefault="00100F29">
      <w:pPr>
        <w:wordWrap w:val="0"/>
        <w:autoSpaceDE w:val="0"/>
        <w:autoSpaceDN w:val="0"/>
        <w:spacing w:before="55" w:after="86" w:line="240" w:lineRule="exact"/>
        <w:ind w:left="2647"/>
      </w:pPr>
      <w:r>
        <w:rPr>
          <w:rFonts w:ascii="Calibri" w:eastAsia="Calibri" w:hAnsi="Calibri"/>
          <w:b/>
          <w:color w:val="000000"/>
          <w:sz w:val="24"/>
        </w:rPr>
        <w:t>Úvodní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ustanovení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pacing w:val="-1"/>
          <w:sz w:val="24"/>
        </w:rPr>
        <w:t>a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předmět</w:t>
      </w:r>
      <w:r>
        <w:rPr>
          <w:rFonts w:ascii="Times New Roman" w:eastAsia="SimSun" w:hAnsi="Times New Roman"/>
          <w:b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b/>
          <w:color w:val="000000"/>
          <w:spacing w:val="1"/>
          <w:sz w:val="24"/>
        </w:rPr>
        <w:t>smlouvy</w:t>
      </w:r>
    </w:p>
    <w:p w:rsidR="00040ACD" w:rsidRDefault="00100F29">
      <w:pPr>
        <w:wordWrap w:val="0"/>
        <w:autoSpaceDE w:val="0"/>
        <w:autoSpaceDN w:val="0"/>
        <w:spacing w:before="173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1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Obec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uzavřela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se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zřizovatelem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školy,</w:t>
      </w:r>
      <w:r>
        <w:rPr>
          <w:rFonts w:ascii="Times New Roman" w:eastAsia="SimSun" w:hAnsi="Times New Roman"/>
          <w:color w:val="000000"/>
          <w:spacing w:val="7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městem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Neratovice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„Dohodu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spolupráci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při</w:t>
      </w:r>
    </w:p>
    <w:p w:rsidR="00040ACD" w:rsidRDefault="00100F29">
      <w:pPr>
        <w:wordWrap w:val="0"/>
        <w:autoSpaceDE w:val="0"/>
        <w:autoSpaceDN w:val="0"/>
        <w:spacing w:before="96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zajištění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podmínek</w:t>
      </w:r>
      <w:r>
        <w:rPr>
          <w:rFonts w:ascii="Times New Roman" w:eastAsia="SimSun" w:hAnsi="Times New Roman"/>
          <w:color w:val="000000"/>
          <w:spacing w:val="2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pro</w:t>
      </w:r>
      <w:r>
        <w:rPr>
          <w:rFonts w:ascii="Times New Roman" w:eastAsia="SimSun" w:hAnsi="Times New Roman"/>
          <w:color w:val="000000"/>
          <w:spacing w:val="27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plnění</w:t>
      </w:r>
      <w:r>
        <w:rPr>
          <w:rFonts w:ascii="Times New Roman" w:eastAsia="SimSun" w:hAnsi="Times New Roman"/>
          <w:color w:val="000000"/>
          <w:spacing w:val="2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docházky</w:t>
      </w:r>
      <w:r>
        <w:rPr>
          <w:rFonts w:ascii="Times New Roman" w:eastAsia="SimSun" w:hAnsi="Times New Roman"/>
          <w:color w:val="000000"/>
          <w:spacing w:val="2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dětí</w:t>
      </w:r>
      <w:r>
        <w:rPr>
          <w:rFonts w:ascii="Times New Roman" w:eastAsia="SimSun" w:hAnsi="Times New Roman"/>
          <w:color w:val="000000"/>
          <w:spacing w:val="2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místem</w:t>
      </w:r>
      <w:r>
        <w:rPr>
          <w:rFonts w:ascii="Times New Roman" w:eastAsia="SimSun" w:hAnsi="Times New Roman"/>
          <w:color w:val="000000"/>
          <w:spacing w:val="2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trvalého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pobytu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2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území</w:t>
      </w:r>
    </w:p>
    <w:p w:rsidR="00040ACD" w:rsidRDefault="00100F29">
      <w:pPr>
        <w:wordWrap w:val="0"/>
        <w:autoSpaceDE w:val="0"/>
        <w:autoSpaceDN w:val="0"/>
        <w:spacing w:before="96" w:after="4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obcí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Čakovičky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Kojetice</w:t>
      </w:r>
      <w:r>
        <w:rPr>
          <w:rFonts w:ascii="Calibri" w:eastAsia="Calibri" w:hAnsi="Calibri"/>
          <w:color w:val="000000"/>
          <w:spacing w:val="1"/>
          <w:sz w:val="24"/>
        </w:rPr>
        <w:t>“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č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2021</w:t>
      </w:r>
      <w:r>
        <w:rPr>
          <w:rFonts w:ascii="Calibri" w:eastAsia="Calibri" w:hAnsi="Calibri"/>
          <w:color w:val="000000"/>
          <w:spacing w:val="-1"/>
          <w:sz w:val="24"/>
        </w:rPr>
        <w:t>/</w:t>
      </w:r>
      <w:r>
        <w:rPr>
          <w:rFonts w:ascii="Calibri" w:eastAsia="Calibri" w:hAnsi="Calibri"/>
          <w:color w:val="000000"/>
          <w:spacing w:val="1"/>
          <w:sz w:val="24"/>
        </w:rPr>
        <w:t>0134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na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dobu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určitou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následně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č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2022</w:t>
      </w:r>
      <w:r>
        <w:rPr>
          <w:rFonts w:ascii="Calibri" w:eastAsia="Calibri" w:hAnsi="Calibri"/>
          <w:color w:val="000000"/>
          <w:spacing w:val="1"/>
          <w:sz w:val="24"/>
        </w:rPr>
        <w:t>/</w:t>
      </w:r>
      <w:r>
        <w:rPr>
          <w:rFonts w:ascii="Calibri" w:eastAsia="Calibri" w:hAnsi="Calibri"/>
          <w:color w:val="000000"/>
          <w:sz w:val="24"/>
        </w:rPr>
        <w:t>0152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na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dobu</w:t>
      </w:r>
    </w:p>
    <w:p w:rsidR="00040ACD" w:rsidRDefault="00100F29">
      <w:pPr>
        <w:wordWrap w:val="0"/>
        <w:autoSpaceDE w:val="0"/>
        <w:autoSpaceDN w:val="0"/>
        <w:spacing w:before="98" w:after="10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neurčitou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</w:p>
    <w:p w:rsidR="00040ACD" w:rsidRDefault="00100F29">
      <w:pPr>
        <w:wordWrap w:val="0"/>
        <w:autoSpaceDE w:val="0"/>
        <w:autoSpaceDN w:val="0"/>
        <w:spacing w:before="216" w:after="49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2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Předmětem</w:t>
      </w:r>
      <w:r>
        <w:rPr>
          <w:rFonts w:ascii="Times New Roman" w:eastAsia="SimSun" w:hAnsi="Times New Roman"/>
          <w:color w:val="000000"/>
          <w:spacing w:val="5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této</w:t>
      </w:r>
      <w:r>
        <w:rPr>
          <w:rFonts w:ascii="Times New Roman" w:eastAsia="SimSun" w:hAnsi="Times New Roman"/>
          <w:color w:val="000000"/>
          <w:spacing w:val="5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smlouvy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je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spolupráce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obce</w:t>
      </w:r>
      <w:r>
        <w:rPr>
          <w:rFonts w:ascii="Times New Roman" w:eastAsia="SimSun" w:hAnsi="Times New Roman"/>
          <w:color w:val="000000"/>
          <w:spacing w:val="5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při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zabezpečení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povinné</w:t>
      </w:r>
      <w:r>
        <w:rPr>
          <w:rFonts w:ascii="Times New Roman" w:eastAsia="SimSun" w:hAnsi="Times New Roman"/>
          <w:color w:val="000000"/>
          <w:spacing w:val="5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</w:t>
      </w:r>
    </w:p>
    <w:p w:rsidR="00040ACD" w:rsidRDefault="00100F29">
      <w:pPr>
        <w:wordWrap w:val="0"/>
        <w:autoSpaceDE w:val="0"/>
        <w:autoSpaceDN w:val="0"/>
        <w:spacing w:before="98" w:after="314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docházky</w:t>
      </w:r>
      <w:r>
        <w:rPr>
          <w:rFonts w:ascii="Times New Roman" w:eastAsia="SimSun" w:hAnsi="Times New Roman"/>
          <w:color w:val="000000"/>
          <w:spacing w:val="-8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pro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žáky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trvalým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pobytem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pacing w:val="-3"/>
          <w:sz w:val="24"/>
        </w:rPr>
        <w:t>v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územním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obvodu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obce</w:t>
      </w:r>
      <w:r>
        <w:rPr>
          <w:rFonts w:ascii="Times New Roman" w:eastAsia="SimSun" w:hAnsi="Times New Roman"/>
          <w:color w:val="000000"/>
          <w:spacing w:val="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Kojetice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</w:p>
    <w:p w:rsidR="00040ACD" w:rsidRDefault="00100F29">
      <w:pPr>
        <w:wordWrap w:val="0"/>
        <w:autoSpaceDE w:val="0"/>
        <w:autoSpaceDN w:val="0"/>
        <w:spacing w:before="629" w:after="26" w:line="240" w:lineRule="exact"/>
        <w:ind w:left="4478"/>
      </w:pPr>
      <w:r>
        <w:rPr>
          <w:rFonts w:ascii="Calibri" w:eastAsia="Calibri" w:hAnsi="Calibri"/>
          <w:b/>
          <w:color w:val="000000"/>
          <w:spacing w:val="1"/>
          <w:sz w:val="24"/>
        </w:rPr>
        <w:t>II.</w:t>
      </w:r>
    </w:p>
    <w:p w:rsidR="00040ACD" w:rsidRDefault="00100F29">
      <w:pPr>
        <w:wordWrap w:val="0"/>
        <w:autoSpaceDE w:val="0"/>
        <w:autoSpaceDN w:val="0"/>
        <w:spacing w:before="53" w:after="86" w:line="240" w:lineRule="exact"/>
        <w:ind w:left="3653"/>
      </w:pPr>
      <w:r>
        <w:rPr>
          <w:rFonts w:ascii="Calibri" w:eastAsia="Calibri" w:hAnsi="Calibri"/>
          <w:b/>
          <w:color w:val="000000"/>
          <w:sz w:val="24"/>
        </w:rPr>
        <w:t>Práva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pacing w:val="-1"/>
          <w:sz w:val="24"/>
        </w:rPr>
        <w:t>a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povinnosti</w:t>
      </w:r>
    </w:p>
    <w:p w:rsidR="00040ACD" w:rsidRDefault="00100F29">
      <w:pPr>
        <w:wordWrap w:val="0"/>
        <w:autoSpaceDE w:val="0"/>
        <w:autoSpaceDN w:val="0"/>
        <w:spacing w:before="173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1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Škola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základě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této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smlouvy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zavazuje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spolupracovat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pacing w:val="-3"/>
          <w:sz w:val="24"/>
        </w:rPr>
        <w:t>s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obcí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při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zajištění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povinné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školní</w:t>
      </w:r>
    </w:p>
    <w:p w:rsidR="00040ACD" w:rsidRDefault="00100F29">
      <w:pPr>
        <w:wordWrap w:val="0"/>
        <w:autoSpaceDE w:val="0"/>
        <w:autoSpaceDN w:val="0"/>
        <w:spacing w:before="96" w:after="4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docházky</w:t>
      </w:r>
      <w:r>
        <w:rPr>
          <w:rFonts w:ascii="Times New Roman" w:eastAsia="SimSun" w:hAnsi="Times New Roman"/>
          <w:color w:val="000000"/>
          <w:spacing w:val="5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II.</w:t>
      </w:r>
      <w:r>
        <w:rPr>
          <w:rFonts w:ascii="Times New Roman" w:eastAsia="SimSun" w:hAnsi="Times New Roman"/>
          <w:color w:val="000000"/>
          <w:spacing w:val="5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stupně</w:t>
      </w:r>
      <w:r>
        <w:rPr>
          <w:rFonts w:ascii="Times New Roman" w:eastAsia="SimSun" w:hAnsi="Times New Roman"/>
          <w:color w:val="000000"/>
          <w:spacing w:val="5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základní</w:t>
      </w:r>
      <w:r>
        <w:rPr>
          <w:rFonts w:ascii="Times New Roman" w:eastAsia="SimSun" w:hAnsi="Times New Roman"/>
          <w:color w:val="000000"/>
          <w:spacing w:val="5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  <w:r>
        <w:rPr>
          <w:rFonts w:ascii="Times New Roman" w:eastAsia="SimSun" w:hAnsi="Times New Roman"/>
          <w:color w:val="000000"/>
          <w:spacing w:val="5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žáků</w:t>
      </w:r>
      <w:r>
        <w:rPr>
          <w:rFonts w:ascii="Times New Roman" w:eastAsia="SimSun" w:hAnsi="Times New Roman"/>
          <w:color w:val="000000"/>
          <w:spacing w:val="5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pacing w:val="5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trvalým</w:t>
      </w:r>
      <w:r>
        <w:rPr>
          <w:rFonts w:ascii="Times New Roman" w:eastAsia="SimSun" w:hAnsi="Times New Roman"/>
          <w:color w:val="000000"/>
          <w:spacing w:val="5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pobytem</w:t>
      </w:r>
      <w:r>
        <w:rPr>
          <w:rFonts w:ascii="Times New Roman" w:eastAsia="SimSun" w:hAnsi="Times New Roman"/>
          <w:color w:val="000000"/>
          <w:spacing w:val="5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Times New Roman" w:eastAsia="SimSun" w:hAnsi="Times New Roman"/>
          <w:color w:val="000000"/>
          <w:spacing w:val="5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územním</w:t>
      </w:r>
      <w:r>
        <w:rPr>
          <w:rFonts w:ascii="Times New Roman" w:eastAsia="SimSun" w:hAnsi="Times New Roman"/>
          <w:color w:val="000000"/>
          <w:spacing w:val="5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obvodu</w:t>
      </w:r>
      <w:r>
        <w:rPr>
          <w:rFonts w:ascii="Times New Roman" w:eastAsia="SimSun" w:hAnsi="Times New Roman"/>
          <w:color w:val="000000"/>
          <w:spacing w:val="53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obce</w:t>
      </w:r>
    </w:p>
    <w:p w:rsidR="00040ACD" w:rsidRDefault="00100F29">
      <w:pPr>
        <w:wordWrap w:val="0"/>
        <w:autoSpaceDE w:val="0"/>
        <w:autoSpaceDN w:val="0"/>
        <w:spacing w:before="98" w:after="633" w:line="240" w:lineRule="exact"/>
        <w:ind w:left="323"/>
      </w:pPr>
      <w:r>
        <w:rPr>
          <w:rFonts w:ascii="Calibri" w:eastAsia="Calibri" w:hAnsi="Calibri"/>
          <w:color w:val="000000"/>
          <w:spacing w:val="1"/>
          <w:sz w:val="24"/>
        </w:rPr>
        <w:t>Kojetice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</w:p>
    <w:p w:rsidR="00040ACD" w:rsidRDefault="00100F29">
      <w:pPr>
        <w:wordWrap w:val="0"/>
        <w:autoSpaceDE w:val="0"/>
        <w:autoSpaceDN w:val="0"/>
        <w:spacing w:before="1266" w:after="0" w:line="161" w:lineRule="exact"/>
        <w:ind w:left="8574"/>
      </w:pPr>
      <w:r>
        <w:rPr>
          <w:rFonts w:ascii="Calibri" w:eastAsia="Calibri" w:hAnsi="Calibri"/>
          <w:color w:val="000000"/>
          <w:sz w:val="16"/>
        </w:rPr>
        <w:t>Strana</w:t>
      </w:r>
      <w:r>
        <w:rPr>
          <w:rFonts w:ascii="Times New Roman" w:eastAsia="SimSun" w:hAnsi="Times New Roman"/>
          <w:color w:val="000000"/>
          <w:spacing w:val="-4"/>
          <w:sz w:val="16"/>
        </w:rPr>
        <w:t xml:space="preserve"> </w:t>
      </w:r>
      <w:r>
        <w:rPr>
          <w:rFonts w:ascii="Calibri" w:eastAsia="Calibri" w:hAnsi="Calibri"/>
          <w:color w:val="000000"/>
          <w:sz w:val="16"/>
        </w:rPr>
        <w:t>1</w:t>
      </w:r>
    </w:p>
    <w:p w:rsidR="00040ACD" w:rsidRDefault="00040ACD">
      <w:pPr>
        <w:spacing w:after="0"/>
        <w:sectPr w:rsidR="00040ACD">
          <w:pgSz w:w="11906" w:h="16838"/>
          <w:pgMar w:top="687" w:right="1322" w:bottom="326" w:left="1379" w:header="720" w:footer="720" w:gutter="0"/>
          <w:cols w:space="720" w:equalWidth="0">
            <w:col w:w="9205" w:space="0"/>
          </w:cols>
          <w:docGrid w:linePitch="360"/>
        </w:sectPr>
      </w:pPr>
    </w:p>
    <w:p w:rsidR="00040ACD" w:rsidRDefault="00040ACD">
      <w:pPr>
        <w:wordWrap w:val="0"/>
        <w:autoSpaceDE w:val="0"/>
        <w:autoSpaceDN w:val="0"/>
        <w:spacing w:after="343" w:line="14" w:lineRule="exact"/>
      </w:pPr>
    </w:p>
    <w:p w:rsidR="00040ACD" w:rsidRDefault="00100F29">
      <w:pPr>
        <w:wordWrap w:val="0"/>
        <w:autoSpaceDE w:val="0"/>
        <w:autoSpaceDN w:val="0"/>
        <w:spacing w:before="714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2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Obec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se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zavazuje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hradit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škole</w:t>
      </w:r>
      <w:r>
        <w:rPr>
          <w:rFonts w:ascii="Times New Roman" w:eastAsia="SimSun" w:hAnsi="Times New Roman"/>
          <w:color w:val="000000"/>
          <w:spacing w:val="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finanční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příspěvek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na</w:t>
      </w:r>
      <w:r>
        <w:rPr>
          <w:rFonts w:ascii="Times New Roman" w:eastAsia="SimSun" w:hAnsi="Times New Roman"/>
          <w:color w:val="00000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neinvestiční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výdaje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ve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výši</w:t>
      </w:r>
      <w:r>
        <w:rPr>
          <w:rFonts w:ascii="Times New Roman" w:eastAsia="SimSun" w:hAnsi="Times New Roman"/>
          <w:color w:val="000000"/>
          <w:spacing w:val="-1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8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Calibri" w:eastAsia="Calibri" w:hAnsi="Calibri"/>
          <w:color w:val="000000"/>
          <w:spacing w:val="1"/>
          <w:sz w:val="24"/>
        </w:rPr>
        <w:t>000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Kč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za</w:t>
      </w:r>
    </w:p>
    <w:p w:rsidR="00040ACD" w:rsidRDefault="00100F29">
      <w:pPr>
        <w:wordWrap w:val="0"/>
        <w:autoSpaceDE w:val="0"/>
        <w:autoSpaceDN w:val="0"/>
        <w:spacing w:before="96" w:after="4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školní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rok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za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každého</w:t>
      </w:r>
      <w:r>
        <w:rPr>
          <w:rFonts w:ascii="Times New Roman" w:eastAsia="SimSun" w:hAnsi="Times New Roman"/>
          <w:color w:val="000000"/>
          <w:spacing w:val="1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žáka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trvalým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pobytem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pacing w:val="4"/>
          <w:sz w:val="24"/>
        </w:rPr>
        <w:t>v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územním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obvodu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obce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Kojetice</w:t>
      </w:r>
      <w:r>
        <w:rPr>
          <w:rFonts w:ascii="Calibri" w:eastAsia="Calibri" w:hAnsi="Calibri"/>
          <w:color w:val="000000"/>
          <w:spacing w:val="-2"/>
          <w:sz w:val="24"/>
        </w:rPr>
        <w:t>,</w:t>
      </w:r>
    </w:p>
    <w:p w:rsidR="00040ACD" w:rsidRDefault="00100F29">
      <w:pPr>
        <w:wordWrap w:val="0"/>
        <w:autoSpaceDE w:val="0"/>
        <w:autoSpaceDN w:val="0"/>
        <w:spacing w:before="98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počínaje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školním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rokem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2023</w:t>
      </w:r>
      <w:r>
        <w:rPr>
          <w:rFonts w:ascii="Calibri" w:eastAsia="Calibri" w:hAnsi="Calibri"/>
          <w:color w:val="000000"/>
          <w:spacing w:val="1"/>
          <w:sz w:val="24"/>
        </w:rPr>
        <w:t>/2024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Výše</w:t>
      </w:r>
      <w:r>
        <w:rPr>
          <w:rFonts w:ascii="Times New Roman" w:eastAsia="SimSun" w:hAnsi="Times New Roman"/>
          <w:color w:val="000000"/>
          <w:spacing w:val="3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tohoto</w:t>
      </w:r>
      <w:r>
        <w:rPr>
          <w:rFonts w:ascii="Times New Roman" w:eastAsia="SimSun" w:hAnsi="Times New Roman"/>
          <w:color w:val="000000"/>
          <w:spacing w:val="3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příspěvku</w:t>
      </w:r>
      <w:r>
        <w:rPr>
          <w:rFonts w:ascii="Times New Roman" w:eastAsia="SimSun" w:hAnsi="Times New Roman"/>
          <w:color w:val="000000"/>
          <w:spacing w:val="4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byla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stanovena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základě</w:t>
      </w:r>
    </w:p>
    <w:p w:rsidR="00040ACD" w:rsidRDefault="00100F29">
      <w:pPr>
        <w:wordWrap w:val="0"/>
        <w:autoSpaceDE w:val="0"/>
        <w:autoSpaceDN w:val="0"/>
        <w:spacing w:before="96" w:after="10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projednání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mezi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smluvními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stranami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2"/>
          <w:sz w:val="24"/>
        </w:rPr>
        <w:t>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zřizovatelem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školy,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městem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Neratovice.</w:t>
      </w:r>
    </w:p>
    <w:p w:rsidR="00040ACD" w:rsidRDefault="00100F29">
      <w:pPr>
        <w:wordWrap w:val="0"/>
        <w:autoSpaceDE w:val="0"/>
        <w:autoSpaceDN w:val="0"/>
        <w:spacing w:before="218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3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Obec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bude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i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nadále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hradit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částku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ve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výši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</w:t>
      </w:r>
      <w:r>
        <w:rPr>
          <w:rFonts w:ascii="Calibri" w:eastAsia="Calibri" w:hAnsi="Calibri"/>
          <w:color w:val="000000"/>
          <w:sz w:val="24"/>
        </w:rPr>
        <w:t>.000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Kč</w:t>
      </w:r>
      <w:r>
        <w:rPr>
          <w:rFonts w:ascii="Times New Roman" w:eastAsia="SimSun" w:hAnsi="Times New Roman"/>
          <w:color w:val="000000"/>
          <w:spacing w:val="2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rok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-2"/>
          <w:sz w:val="24"/>
        </w:rPr>
        <w:t>a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za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každého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žáka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</w:p>
    <w:p w:rsidR="00040ACD" w:rsidRDefault="00100F29">
      <w:pPr>
        <w:wordWrap w:val="0"/>
        <w:autoSpaceDE w:val="0"/>
        <w:autoSpaceDN w:val="0"/>
        <w:spacing w:before="96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trvalým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pobytem</w:t>
      </w:r>
      <w:r>
        <w:rPr>
          <w:rFonts w:ascii="Times New Roman" w:eastAsia="SimSun" w:hAnsi="Times New Roman"/>
          <w:color w:val="000000"/>
          <w:spacing w:val="2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územním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obvodu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obce</w:t>
      </w:r>
      <w:r>
        <w:rPr>
          <w:rFonts w:ascii="Times New Roman" w:eastAsia="SimSun" w:hAnsi="Times New Roman"/>
          <w:color w:val="000000"/>
          <w:spacing w:val="2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Kojetice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přijatého</w:t>
      </w:r>
      <w:r>
        <w:rPr>
          <w:rFonts w:ascii="Times New Roman" w:eastAsia="SimSun" w:hAnsi="Times New Roman"/>
          <w:color w:val="000000"/>
          <w:spacing w:val="2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době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platnosti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smlouvy</w:t>
      </w:r>
    </w:p>
    <w:p w:rsidR="00040ACD" w:rsidRDefault="00100F29">
      <w:pPr>
        <w:wordWrap w:val="0"/>
        <w:autoSpaceDE w:val="0"/>
        <w:autoSpaceDN w:val="0"/>
        <w:spacing w:before="96" w:after="109" w:line="240" w:lineRule="exact"/>
        <w:ind w:left="323"/>
      </w:pPr>
      <w:r>
        <w:rPr>
          <w:rFonts w:ascii="Calibri" w:eastAsia="Calibri" w:hAnsi="Calibri"/>
          <w:color w:val="000000"/>
          <w:spacing w:val="1"/>
          <w:sz w:val="24"/>
        </w:rPr>
        <w:t>ze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dne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28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Calibri" w:eastAsia="Calibri" w:hAnsi="Calibri"/>
          <w:color w:val="000000"/>
          <w:sz w:val="24"/>
        </w:rPr>
        <w:t>4</w:t>
      </w:r>
      <w:r>
        <w:rPr>
          <w:rFonts w:ascii="Calibri" w:eastAsia="Calibri" w:hAnsi="Calibri"/>
          <w:color w:val="000000"/>
          <w:sz w:val="24"/>
        </w:rPr>
        <w:t>.2021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4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dne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22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Calibri" w:eastAsia="Calibri" w:hAnsi="Calibri"/>
          <w:color w:val="000000"/>
          <w:spacing w:val="1"/>
          <w:sz w:val="24"/>
        </w:rPr>
        <w:t>4</w:t>
      </w:r>
      <w:r>
        <w:rPr>
          <w:rFonts w:ascii="Calibri" w:eastAsia="Calibri" w:hAnsi="Calibri"/>
          <w:color w:val="000000"/>
          <w:sz w:val="24"/>
        </w:rPr>
        <w:t>.2022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uzavřené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mezi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školou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2"/>
          <w:sz w:val="24"/>
        </w:rPr>
        <w:t>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obcí.</w:t>
      </w:r>
    </w:p>
    <w:p w:rsidR="00040ACD" w:rsidRDefault="00100F29">
      <w:pPr>
        <w:wordWrap w:val="0"/>
        <w:autoSpaceDE w:val="0"/>
        <w:autoSpaceDN w:val="0"/>
        <w:spacing w:before="218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4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Finanční</w:t>
      </w:r>
      <w:r>
        <w:rPr>
          <w:rFonts w:ascii="Times New Roman" w:eastAsia="SimSun" w:hAnsi="Times New Roman"/>
          <w:color w:val="000000"/>
          <w:spacing w:val="9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příspěvek</w:t>
      </w:r>
      <w:r>
        <w:rPr>
          <w:rFonts w:ascii="Times New Roman" w:eastAsia="SimSun" w:hAnsi="Times New Roman"/>
          <w:color w:val="000000"/>
          <w:spacing w:val="9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je</w:t>
      </w:r>
      <w:r>
        <w:rPr>
          <w:rFonts w:ascii="Times New Roman" w:eastAsia="SimSun" w:hAnsi="Times New Roman"/>
          <w:color w:val="000000"/>
          <w:spacing w:val="9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škola</w:t>
      </w:r>
      <w:r>
        <w:rPr>
          <w:rFonts w:ascii="Times New Roman" w:eastAsia="SimSun" w:hAnsi="Times New Roman"/>
          <w:color w:val="000000"/>
          <w:spacing w:val="9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povinna</w:t>
      </w:r>
      <w:r>
        <w:rPr>
          <w:rFonts w:ascii="Times New Roman" w:eastAsia="SimSun" w:hAnsi="Times New Roman"/>
          <w:color w:val="000000"/>
          <w:spacing w:val="9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použít</w:t>
      </w:r>
      <w:r>
        <w:rPr>
          <w:rFonts w:ascii="Times New Roman" w:eastAsia="SimSun" w:hAnsi="Times New Roman"/>
          <w:color w:val="000000"/>
          <w:spacing w:val="9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za</w:t>
      </w:r>
      <w:r>
        <w:rPr>
          <w:rFonts w:ascii="Times New Roman" w:eastAsia="SimSun" w:hAnsi="Times New Roman"/>
          <w:color w:val="000000"/>
          <w:spacing w:val="9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účelem</w:t>
      </w:r>
      <w:r>
        <w:rPr>
          <w:rFonts w:ascii="Times New Roman" w:eastAsia="SimSun" w:hAnsi="Times New Roman"/>
          <w:color w:val="000000"/>
          <w:spacing w:val="9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zkvalitnění</w:t>
      </w:r>
      <w:r>
        <w:rPr>
          <w:rFonts w:ascii="Times New Roman" w:eastAsia="SimSun" w:hAnsi="Times New Roman"/>
          <w:color w:val="000000"/>
          <w:spacing w:val="9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výuky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9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Použitím</w:t>
      </w:r>
    </w:p>
    <w:p w:rsidR="00040ACD" w:rsidRDefault="00100F29">
      <w:pPr>
        <w:wordWrap w:val="0"/>
        <w:autoSpaceDE w:val="0"/>
        <w:autoSpaceDN w:val="0"/>
        <w:spacing w:before="96" w:after="4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příspěvku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účelem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zkvalitnění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výuky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se</w:t>
      </w:r>
      <w:r>
        <w:rPr>
          <w:rFonts w:ascii="Times New Roman" w:eastAsia="SimSun" w:hAnsi="Times New Roman"/>
          <w:color w:val="000000"/>
          <w:spacing w:val="4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rozumí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zejména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nákup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učebních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pomůcek</w:t>
      </w:r>
      <w:r>
        <w:rPr>
          <w:rFonts w:ascii="Times New Roman" w:eastAsia="SimSun" w:hAnsi="Times New Roman"/>
          <w:color w:val="000000"/>
          <w:spacing w:val="45"/>
          <w:sz w:val="24"/>
        </w:rPr>
        <w:t xml:space="preserve"> </w:t>
      </w:r>
      <w:r>
        <w:rPr>
          <w:rFonts w:ascii="Calibri" w:eastAsia="Calibri" w:hAnsi="Calibri"/>
          <w:color w:val="000000"/>
          <w:spacing w:val="-2"/>
          <w:sz w:val="24"/>
        </w:rPr>
        <w:t>a</w:t>
      </w:r>
    </w:p>
    <w:p w:rsidR="00040ACD" w:rsidRDefault="00100F29">
      <w:pPr>
        <w:wordWrap w:val="0"/>
        <w:autoSpaceDE w:val="0"/>
        <w:autoSpaceDN w:val="0"/>
        <w:spacing w:before="98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vybavení,</w:t>
      </w:r>
      <w:r>
        <w:rPr>
          <w:rFonts w:ascii="Times New Roman" w:eastAsia="SimSun" w:hAnsi="Times New Roman"/>
          <w:color w:val="000000"/>
          <w:spacing w:val="3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nákup</w:t>
      </w:r>
      <w:r>
        <w:rPr>
          <w:rFonts w:ascii="Times New Roman" w:eastAsia="SimSun" w:hAnsi="Times New Roman"/>
          <w:color w:val="000000"/>
          <w:spacing w:val="3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pomůcek</w:t>
      </w:r>
      <w:r>
        <w:rPr>
          <w:rFonts w:ascii="Times New Roman" w:eastAsia="SimSun" w:hAnsi="Times New Roman"/>
          <w:color w:val="000000"/>
          <w:spacing w:val="3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pro</w:t>
      </w:r>
      <w:r>
        <w:rPr>
          <w:rFonts w:ascii="Times New Roman" w:eastAsia="SimSun" w:hAnsi="Times New Roman"/>
          <w:color w:val="000000"/>
          <w:spacing w:val="3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trávení</w:t>
      </w:r>
      <w:r>
        <w:rPr>
          <w:rFonts w:ascii="Times New Roman" w:eastAsia="SimSun" w:hAnsi="Times New Roman"/>
          <w:color w:val="000000"/>
          <w:spacing w:val="3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volného</w:t>
      </w:r>
      <w:r>
        <w:rPr>
          <w:rFonts w:ascii="Times New Roman" w:eastAsia="SimSun" w:hAnsi="Times New Roman"/>
          <w:color w:val="000000"/>
          <w:spacing w:val="3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času</w:t>
      </w:r>
      <w:r>
        <w:rPr>
          <w:rFonts w:ascii="Times New Roman" w:eastAsia="SimSun" w:hAnsi="Times New Roman"/>
          <w:color w:val="000000"/>
          <w:spacing w:val="3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žáků</w:t>
      </w:r>
      <w:r>
        <w:rPr>
          <w:rFonts w:ascii="Calibri" w:eastAsia="Calibri" w:hAnsi="Calibri"/>
          <w:color w:val="000000"/>
          <w:spacing w:val="-2"/>
          <w:sz w:val="24"/>
        </w:rPr>
        <w:t>,</w:t>
      </w:r>
      <w:r>
        <w:rPr>
          <w:rFonts w:ascii="Times New Roman" w:eastAsia="SimSun" w:hAnsi="Times New Roman"/>
          <w:color w:val="000000"/>
          <w:spacing w:val="3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nákup</w:t>
      </w:r>
      <w:r>
        <w:rPr>
          <w:rFonts w:ascii="Times New Roman" w:eastAsia="SimSun" w:hAnsi="Times New Roman"/>
          <w:color w:val="000000"/>
          <w:spacing w:val="3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sportovních</w:t>
      </w:r>
      <w:r>
        <w:rPr>
          <w:rFonts w:ascii="Times New Roman" w:eastAsia="SimSun" w:hAnsi="Times New Roman"/>
          <w:color w:val="000000"/>
          <w:spacing w:val="33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pomůcek</w:t>
      </w:r>
    </w:p>
    <w:p w:rsidR="00040ACD" w:rsidRDefault="00100F29">
      <w:pPr>
        <w:wordWrap w:val="0"/>
        <w:autoSpaceDE w:val="0"/>
        <w:autoSpaceDN w:val="0"/>
        <w:spacing w:before="96" w:after="108" w:line="240" w:lineRule="exact"/>
        <w:ind w:left="323"/>
      </w:pPr>
      <w:r>
        <w:rPr>
          <w:rFonts w:ascii="Calibri" w:eastAsia="Calibri" w:hAnsi="Calibri"/>
          <w:color w:val="000000"/>
          <w:spacing w:val="1"/>
          <w:sz w:val="24"/>
        </w:rPr>
        <w:t>atd</w:t>
      </w:r>
      <w:r>
        <w:rPr>
          <w:rFonts w:ascii="Calibri" w:eastAsia="Calibri" w:hAnsi="Calibri"/>
          <w:color w:val="000000"/>
          <w:sz w:val="24"/>
        </w:rPr>
        <w:t>.</w:t>
      </w:r>
    </w:p>
    <w:p w:rsidR="00040ACD" w:rsidRDefault="00100F29">
      <w:pPr>
        <w:wordWrap w:val="0"/>
        <w:autoSpaceDE w:val="0"/>
        <w:autoSpaceDN w:val="0"/>
        <w:spacing w:before="216" w:after="49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5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Finanční</w:t>
      </w:r>
      <w:r>
        <w:rPr>
          <w:rFonts w:ascii="Times New Roman" w:eastAsia="SimSun" w:hAnsi="Times New Roman"/>
          <w:color w:val="000000"/>
          <w:spacing w:val="1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příspěvek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bude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poskytnut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škole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vždy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k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pacing w:val="3"/>
          <w:sz w:val="24"/>
        </w:rPr>
        <w:t>30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6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každého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kalendářního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roku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podle</w:t>
      </w:r>
    </w:p>
    <w:p w:rsidR="00040ACD" w:rsidRDefault="00100F29">
      <w:pPr>
        <w:wordWrap w:val="0"/>
        <w:autoSpaceDE w:val="0"/>
        <w:autoSpaceDN w:val="0"/>
        <w:spacing w:before="98" w:after="10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počtu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žáků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zapsaných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pro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následující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rok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-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podle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aktuálního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počtu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žáků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1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1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-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9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tříd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</w:p>
    <w:p w:rsidR="00040ACD" w:rsidRDefault="00100F29">
      <w:pPr>
        <w:wordWrap w:val="0"/>
        <w:autoSpaceDE w:val="0"/>
        <w:autoSpaceDN w:val="0"/>
        <w:spacing w:before="216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6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Finanční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příspěvek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podle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předchozích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ustanovení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bude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poskytován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pacing w:val="-2"/>
          <w:sz w:val="24"/>
        </w:rPr>
        <w:t>i</w:t>
      </w:r>
      <w:r>
        <w:rPr>
          <w:rFonts w:ascii="Times New Roman" w:eastAsia="SimSun" w:hAnsi="Times New Roman"/>
          <w:color w:val="000000"/>
          <w:spacing w:val="38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po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ukončení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této</w:t>
      </w:r>
    </w:p>
    <w:p w:rsidR="00040ACD" w:rsidRDefault="00100F29">
      <w:pPr>
        <w:wordWrap w:val="0"/>
        <w:autoSpaceDE w:val="0"/>
        <w:autoSpaceDN w:val="0"/>
        <w:spacing w:before="96" w:after="4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smlouvy</w:t>
      </w:r>
      <w:r>
        <w:rPr>
          <w:rFonts w:ascii="Times New Roman" w:eastAsia="SimSun" w:hAnsi="Times New Roman"/>
          <w:color w:val="000000"/>
          <w:spacing w:val="7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</w:t>
      </w:r>
      <w:r>
        <w:rPr>
          <w:rFonts w:ascii="Times New Roman" w:eastAsia="SimSun" w:hAnsi="Times New Roman"/>
          <w:color w:val="000000"/>
          <w:spacing w:val="7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ukončení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docházky</w:t>
      </w:r>
      <w:r>
        <w:rPr>
          <w:rFonts w:ascii="Times New Roman" w:eastAsia="SimSun" w:hAnsi="Times New Roman"/>
          <w:color w:val="000000"/>
          <w:spacing w:val="7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žáků</w:t>
      </w:r>
      <w:r>
        <w:rPr>
          <w:rFonts w:ascii="Times New Roman" w:eastAsia="SimSun" w:hAnsi="Times New Roman"/>
          <w:color w:val="000000"/>
          <w:spacing w:val="7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</w:t>
      </w:r>
      <w:r>
        <w:rPr>
          <w:rFonts w:ascii="Times New Roman" w:eastAsia="SimSun" w:hAnsi="Times New Roman"/>
          <w:color w:val="000000"/>
          <w:spacing w:val="75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Základní</w:t>
      </w:r>
      <w:r>
        <w:rPr>
          <w:rFonts w:ascii="Times New Roman" w:eastAsia="SimSun" w:hAnsi="Times New Roman"/>
          <w:color w:val="000000"/>
          <w:spacing w:val="7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  <w:r>
        <w:rPr>
          <w:rFonts w:ascii="Times New Roman" w:eastAsia="SimSun" w:hAnsi="Times New Roman"/>
          <w:color w:val="000000"/>
          <w:spacing w:val="74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Ing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73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M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7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Plesingera</w:t>
      </w:r>
      <w:r>
        <w:rPr>
          <w:rFonts w:ascii="Calibri" w:eastAsia="Calibri" w:hAnsi="Calibri"/>
          <w:color w:val="000000"/>
          <w:spacing w:val="1"/>
          <w:sz w:val="24"/>
        </w:rPr>
        <w:t>-</w:t>
      </w:r>
      <w:r>
        <w:rPr>
          <w:rFonts w:ascii="Calibri" w:eastAsia="Calibri" w:hAnsi="Calibri"/>
          <w:color w:val="000000"/>
          <w:spacing w:val="-1"/>
          <w:sz w:val="24"/>
        </w:rPr>
        <w:t>Božinova</w:t>
      </w:r>
    </w:p>
    <w:p w:rsidR="00040ACD" w:rsidRDefault="00100F29">
      <w:pPr>
        <w:wordWrap w:val="0"/>
        <w:autoSpaceDE w:val="0"/>
        <w:autoSpaceDN w:val="0"/>
        <w:spacing w:before="98" w:after="10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Neratovice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přijatých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dle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této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smlouvy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</w:p>
    <w:p w:rsidR="00040ACD" w:rsidRDefault="00100F29">
      <w:pPr>
        <w:wordWrap w:val="0"/>
        <w:autoSpaceDE w:val="0"/>
        <w:autoSpaceDN w:val="0"/>
        <w:spacing w:before="216" w:after="49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7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Veškeré</w:t>
      </w:r>
      <w:r>
        <w:rPr>
          <w:rFonts w:ascii="Times New Roman" w:eastAsia="SimSun" w:hAnsi="Times New Roman"/>
          <w:color w:val="000000"/>
          <w:spacing w:val="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finanční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příspěvky</w:t>
      </w:r>
      <w:r>
        <w:rPr>
          <w:rFonts w:ascii="Times New Roman" w:eastAsia="SimSun" w:hAnsi="Times New Roman"/>
          <w:color w:val="000000"/>
          <w:spacing w:val="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poskytnuté</w:t>
      </w:r>
      <w:r>
        <w:rPr>
          <w:rFonts w:ascii="Times New Roman" w:eastAsia="SimSun" w:hAnsi="Times New Roman"/>
          <w:color w:val="000000"/>
          <w:spacing w:val="3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obcí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škole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musí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škola</w:t>
      </w:r>
      <w:r>
        <w:rPr>
          <w:rFonts w:ascii="Times New Roman" w:eastAsia="SimSun" w:hAnsi="Times New Roman"/>
          <w:color w:val="00000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použít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souladu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se</w:t>
      </w:r>
      <w:r>
        <w:rPr>
          <w:rFonts w:ascii="Times New Roman" w:eastAsia="SimSun" w:hAnsi="Times New Roman"/>
          <w:color w:val="000000"/>
          <w:spacing w:val="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zákonem</w:t>
      </w:r>
    </w:p>
    <w:p w:rsidR="00040ACD" w:rsidRDefault="00100F29">
      <w:pPr>
        <w:wordWrap w:val="0"/>
        <w:autoSpaceDE w:val="0"/>
        <w:autoSpaceDN w:val="0"/>
        <w:spacing w:before="98" w:after="48" w:line="240" w:lineRule="exact"/>
        <w:ind w:left="323"/>
      </w:pPr>
      <w:r>
        <w:rPr>
          <w:rFonts w:ascii="Calibri" w:eastAsia="Calibri" w:hAnsi="Calibri"/>
          <w:color w:val="000000"/>
          <w:spacing w:val="-1"/>
          <w:sz w:val="24"/>
        </w:rPr>
        <w:t>č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2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250</w:t>
      </w:r>
      <w:r>
        <w:rPr>
          <w:rFonts w:ascii="Calibri" w:eastAsia="Calibri" w:hAnsi="Calibri"/>
          <w:color w:val="000000"/>
          <w:spacing w:val="1"/>
          <w:sz w:val="24"/>
        </w:rPr>
        <w:t>/</w:t>
      </w:r>
      <w:r>
        <w:rPr>
          <w:rFonts w:ascii="Calibri" w:eastAsia="Calibri" w:hAnsi="Calibri"/>
          <w:color w:val="000000"/>
          <w:sz w:val="24"/>
        </w:rPr>
        <w:t>2000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Sb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2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rozpočtových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pravidlech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územních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rozpočtů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Times New Roman" w:eastAsia="SimSun" w:hAnsi="Times New Roman"/>
          <w:color w:val="000000"/>
          <w:spacing w:val="2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účinném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znění.</w:t>
      </w:r>
      <w:r>
        <w:rPr>
          <w:rFonts w:ascii="Times New Roman" w:eastAsia="SimSun" w:hAnsi="Times New Roman"/>
          <w:color w:val="000000"/>
          <w:spacing w:val="23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Použití</w:t>
      </w:r>
    </w:p>
    <w:p w:rsidR="00040ACD" w:rsidRDefault="00100F29">
      <w:pPr>
        <w:wordWrap w:val="0"/>
        <w:autoSpaceDE w:val="0"/>
        <w:autoSpaceDN w:val="0"/>
        <w:spacing w:before="96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finančních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prostředků</w:t>
      </w:r>
      <w:r>
        <w:rPr>
          <w:rFonts w:ascii="Times New Roman" w:eastAsia="SimSun" w:hAnsi="Times New Roman"/>
          <w:color w:val="000000"/>
          <w:spacing w:val="6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musí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škola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obci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oznámit</w:t>
      </w:r>
      <w:r>
        <w:rPr>
          <w:rFonts w:ascii="Times New Roman" w:eastAsia="SimSun" w:hAnsi="Times New Roman"/>
          <w:color w:val="000000"/>
          <w:spacing w:val="6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formou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vyúčtování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vždy</w:t>
      </w:r>
      <w:r>
        <w:rPr>
          <w:rFonts w:ascii="Times New Roman" w:eastAsia="SimSun" w:hAnsi="Times New Roman"/>
          <w:color w:val="000000"/>
          <w:spacing w:val="6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za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uplynulý</w:t>
      </w:r>
    </w:p>
    <w:p w:rsidR="00040ACD" w:rsidRDefault="00100F29">
      <w:pPr>
        <w:wordWrap w:val="0"/>
        <w:autoSpaceDE w:val="0"/>
        <w:autoSpaceDN w:val="0"/>
        <w:spacing w:before="96" w:after="4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kalendářní</w:t>
      </w:r>
      <w:r>
        <w:rPr>
          <w:rFonts w:ascii="Times New Roman" w:eastAsia="SimSun" w:hAnsi="Times New Roman"/>
          <w:color w:val="000000"/>
          <w:spacing w:val="8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rok</w:t>
      </w:r>
      <w:r>
        <w:rPr>
          <w:rFonts w:ascii="Times New Roman" w:eastAsia="SimSun" w:hAnsi="Times New Roman"/>
          <w:color w:val="000000"/>
          <w:spacing w:val="8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nejpozději</w:t>
      </w:r>
      <w:r>
        <w:rPr>
          <w:rFonts w:ascii="Times New Roman" w:eastAsia="SimSun" w:hAnsi="Times New Roman"/>
          <w:color w:val="000000"/>
          <w:spacing w:val="8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</w:t>
      </w:r>
      <w:r>
        <w:rPr>
          <w:rFonts w:ascii="Times New Roman" w:eastAsia="SimSun" w:hAnsi="Times New Roman"/>
          <w:color w:val="000000"/>
          <w:spacing w:val="8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konce</w:t>
      </w:r>
      <w:r>
        <w:rPr>
          <w:rFonts w:ascii="Times New Roman" w:eastAsia="SimSun" w:hAnsi="Times New Roman"/>
          <w:color w:val="000000"/>
          <w:spacing w:val="9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ledna</w:t>
      </w:r>
      <w:r>
        <w:rPr>
          <w:rFonts w:ascii="Times New Roman" w:eastAsia="SimSun" w:hAnsi="Times New Roman"/>
          <w:color w:val="000000"/>
          <w:spacing w:val="8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následujícího</w:t>
      </w:r>
      <w:r>
        <w:rPr>
          <w:rFonts w:ascii="Times New Roman" w:eastAsia="SimSun" w:hAnsi="Times New Roman"/>
          <w:color w:val="000000"/>
          <w:spacing w:val="8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roku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  <w:r>
        <w:rPr>
          <w:rFonts w:ascii="Times New Roman" w:eastAsia="SimSun" w:hAnsi="Times New Roman"/>
          <w:color w:val="000000"/>
          <w:spacing w:val="8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Times New Roman" w:eastAsia="SimSun" w:hAnsi="Times New Roman"/>
          <w:color w:val="000000"/>
          <w:spacing w:val="8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případě</w:t>
      </w:r>
      <w:r>
        <w:rPr>
          <w:rFonts w:ascii="Calibri" w:eastAsia="Calibri" w:hAnsi="Calibri"/>
          <w:color w:val="000000"/>
          <w:spacing w:val="-2"/>
          <w:sz w:val="24"/>
        </w:rPr>
        <w:t>,</w:t>
      </w:r>
      <w:r>
        <w:rPr>
          <w:rFonts w:ascii="Times New Roman" w:eastAsia="SimSun" w:hAnsi="Times New Roman"/>
          <w:color w:val="000000"/>
          <w:spacing w:val="8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že</w:t>
      </w:r>
      <w:r>
        <w:rPr>
          <w:rFonts w:ascii="Times New Roman" w:eastAsia="SimSun" w:hAnsi="Times New Roman"/>
          <w:color w:val="000000"/>
          <w:spacing w:val="8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škola</w:t>
      </w:r>
    </w:p>
    <w:p w:rsidR="00040ACD" w:rsidRDefault="00100F29">
      <w:pPr>
        <w:wordWrap w:val="0"/>
        <w:autoSpaceDE w:val="0"/>
        <w:autoSpaceDN w:val="0"/>
        <w:spacing w:before="98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prostředky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nevyužije</w:t>
      </w:r>
      <w:r>
        <w:rPr>
          <w:rFonts w:ascii="Calibri" w:eastAsia="Calibri" w:hAnsi="Calibri"/>
          <w:color w:val="000000"/>
          <w:spacing w:val="-2"/>
          <w:sz w:val="24"/>
        </w:rPr>
        <w:t>,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případně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je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využije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2"/>
          <w:sz w:val="24"/>
        </w:rPr>
        <w:t>v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rozporu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touto</w:t>
      </w:r>
      <w:r>
        <w:rPr>
          <w:rFonts w:ascii="Times New Roman" w:eastAsia="SimSun" w:hAnsi="Times New Roman"/>
          <w:color w:val="000000"/>
          <w:spacing w:val="2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smlouvou</w:t>
      </w:r>
      <w:r>
        <w:rPr>
          <w:rFonts w:ascii="Calibri" w:eastAsia="Calibri" w:hAnsi="Calibri"/>
          <w:color w:val="000000"/>
          <w:spacing w:val="-2"/>
          <w:sz w:val="24"/>
        </w:rPr>
        <w:t>,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je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povinna</w:t>
      </w:r>
      <w:r>
        <w:rPr>
          <w:rFonts w:ascii="Times New Roman" w:eastAsia="SimSun" w:hAnsi="Times New Roman"/>
          <w:color w:val="000000"/>
          <w:spacing w:val="19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je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obci</w:t>
      </w:r>
    </w:p>
    <w:p w:rsidR="00040ACD" w:rsidRDefault="00100F29">
      <w:pPr>
        <w:wordWrap w:val="0"/>
        <w:autoSpaceDE w:val="0"/>
        <w:autoSpaceDN w:val="0"/>
        <w:spacing w:before="96" w:after="108" w:line="240" w:lineRule="exact"/>
        <w:ind w:left="323"/>
      </w:pPr>
      <w:r>
        <w:rPr>
          <w:rFonts w:ascii="Calibri" w:eastAsia="Calibri" w:hAnsi="Calibri"/>
          <w:color w:val="000000"/>
          <w:spacing w:val="1"/>
          <w:sz w:val="24"/>
        </w:rPr>
        <w:t>vrátit</w:t>
      </w:r>
      <w:r>
        <w:rPr>
          <w:rFonts w:ascii="Calibri" w:eastAsia="Calibri" w:hAnsi="Calibri"/>
          <w:color w:val="000000"/>
          <w:sz w:val="24"/>
        </w:rPr>
        <w:t>.</w:t>
      </w:r>
    </w:p>
    <w:p w:rsidR="00040ACD" w:rsidRDefault="00100F29">
      <w:pPr>
        <w:wordWrap w:val="0"/>
        <w:autoSpaceDE w:val="0"/>
        <w:autoSpaceDN w:val="0"/>
        <w:spacing w:before="216" w:after="27" w:line="240" w:lineRule="exact"/>
        <w:ind w:left="4447"/>
      </w:pPr>
      <w:r>
        <w:rPr>
          <w:rFonts w:ascii="Calibri" w:eastAsia="Calibri" w:hAnsi="Calibri"/>
          <w:b/>
          <w:color w:val="000000"/>
          <w:spacing w:val="1"/>
          <w:sz w:val="24"/>
        </w:rPr>
        <w:t>III</w:t>
      </w:r>
      <w:r>
        <w:rPr>
          <w:rFonts w:ascii="Calibri" w:eastAsia="Calibri" w:hAnsi="Calibri"/>
          <w:b/>
          <w:color w:val="000000"/>
          <w:spacing w:val="-2"/>
          <w:sz w:val="24"/>
        </w:rPr>
        <w:t>.</w:t>
      </w:r>
    </w:p>
    <w:p w:rsidR="00040ACD" w:rsidRDefault="00100F29">
      <w:pPr>
        <w:wordWrap w:val="0"/>
        <w:autoSpaceDE w:val="0"/>
        <w:autoSpaceDN w:val="0"/>
        <w:spacing w:before="55" w:after="86" w:line="240" w:lineRule="exact"/>
        <w:ind w:left="3545"/>
      </w:pPr>
      <w:r>
        <w:rPr>
          <w:rFonts w:ascii="Calibri" w:eastAsia="Calibri" w:hAnsi="Calibri"/>
          <w:b/>
          <w:color w:val="000000"/>
          <w:sz w:val="24"/>
        </w:rPr>
        <w:t>Doba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trvání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smlouvy</w:t>
      </w:r>
    </w:p>
    <w:p w:rsidR="00040ACD" w:rsidRDefault="00100F29">
      <w:pPr>
        <w:wordWrap w:val="0"/>
        <w:autoSpaceDE w:val="0"/>
        <w:autoSpaceDN w:val="0"/>
        <w:spacing w:before="173" w:after="293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1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Smluvní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strany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se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dohodly</w:t>
      </w:r>
      <w:r>
        <w:rPr>
          <w:rFonts w:ascii="Calibri" w:eastAsia="Calibri" w:hAnsi="Calibri"/>
          <w:color w:val="000000"/>
          <w:sz w:val="24"/>
        </w:rPr>
        <w:t>,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že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tuto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smlouvou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uzavírají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dobu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určitou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31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Calibri" w:eastAsia="Calibri" w:hAnsi="Calibri"/>
          <w:color w:val="000000"/>
          <w:sz w:val="24"/>
        </w:rPr>
        <w:t>8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Calibri" w:eastAsia="Calibri" w:hAnsi="Calibri"/>
          <w:color w:val="000000"/>
          <w:spacing w:val="2"/>
          <w:sz w:val="24"/>
        </w:rPr>
        <w:t>2024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</w:p>
    <w:p w:rsidR="00040ACD" w:rsidRDefault="00100F29">
      <w:pPr>
        <w:wordWrap w:val="0"/>
        <w:autoSpaceDE w:val="0"/>
        <w:autoSpaceDN w:val="0"/>
        <w:spacing w:before="585" w:after="26" w:line="240" w:lineRule="exact"/>
        <w:ind w:left="4440"/>
      </w:pPr>
      <w:r>
        <w:rPr>
          <w:rFonts w:ascii="Calibri" w:eastAsia="Calibri" w:hAnsi="Calibri"/>
          <w:b/>
          <w:color w:val="000000"/>
          <w:sz w:val="24"/>
        </w:rPr>
        <w:t>IV</w:t>
      </w:r>
      <w:r>
        <w:rPr>
          <w:rFonts w:ascii="Calibri" w:eastAsia="Calibri" w:hAnsi="Calibri"/>
          <w:b/>
          <w:color w:val="000000"/>
          <w:spacing w:val="1"/>
          <w:sz w:val="24"/>
        </w:rPr>
        <w:t>.</w:t>
      </w:r>
    </w:p>
    <w:p w:rsidR="00040ACD" w:rsidRDefault="00100F29">
      <w:pPr>
        <w:wordWrap w:val="0"/>
        <w:autoSpaceDE w:val="0"/>
        <w:autoSpaceDN w:val="0"/>
        <w:spacing w:before="53" w:after="86" w:line="240" w:lineRule="exact"/>
        <w:ind w:left="3485"/>
      </w:pPr>
      <w:r>
        <w:rPr>
          <w:rFonts w:ascii="Calibri" w:eastAsia="Calibri" w:hAnsi="Calibri"/>
          <w:b/>
          <w:color w:val="000000"/>
          <w:sz w:val="24"/>
        </w:rPr>
        <w:t>Závěrečná</w:t>
      </w:r>
      <w:r>
        <w:rPr>
          <w:rFonts w:ascii="Times New Roman" w:eastAsia="SimSun" w:hAnsi="Times New Roman"/>
          <w:b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b/>
          <w:color w:val="000000"/>
          <w:sz w:val="24"/>
        </w:rPr>
        <w:t>ustanovení</w:t>
      </w:r>
    </w:p>
    <w:p w:rsidR="00040ACD" w:rsidRDefault="00100F29">
      <w:pPr>
        <w:wordWrap w:val="0"/>
        <w:autoSpaceDE w:val="0"/>
        <w:autoSpaceDN w:val="0"/>
        <w:spacing w:before="173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1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Ustanovení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čl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II.</w:t>
      </w:r>
      <w:r>
        <w:rPr>
          <w:rFonts w:ascii="Times New Roman" w:eastAsia="SimSun" w:hAnsi="Times New Roman"/>
          <w:color w:val="000000"/>
          <w:spacing w:val="4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odst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2</w:t>
      </w:r>
      <w:r>
        <w:rPr>
          <w:rFonts w:ascii="Calibri" w:eastAsia="Calibri" w:hAnsi="Calibri"/>
          <w:color w:val="000000"/>
          <w:sz w:val="24"/>
        </w:rPr>
        <w:t>,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3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pacing w:val="-2"/>
          <w:sz w:val="24"/>
        </w:rPr>
        <w:t>a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pacing w:val="-2"/>
          <w:sz w:val="24"/>
        </w:rPr>
        <w:t>6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se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nevztahuje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na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žáky</w:t>
      </w:r>
      <w:r>
        <w:rPr>
          <w:rFonts w:ascii="Times New Roman" w:eastAsia="SimSun" w:hAnsi="Times New Roman"/>
          <w:color w:val="000000"/>
          <w:spacing w:val="42"/>
          <w:sz w:val="24"/>
        </w:rPr>
        <w:t xml:space="preserve"> </w:t>
      </w:r>
      <w:r>
        <w:rPr>
          <w:rFonts w:ascii="Calibri" w:eastAsia="Calibri" w:hAnsi="Calibri"/>
          <w:color w:val="000000"/>
          <w:spacing w:val="-3"/>
          <w:sz w:val="24"/>
        </w:rPr>
        <w:t>s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trvalým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pobytem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pacing w:val="5"/>
          <w:sz w:val="24"/>
        </w:rPr>
        <w:t>v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územním</w:t>
      </w:r>
    </w:p>
    <w:p w:rsidR="00040ACD" w:rsidRDefault="00100F29">
      <w:pPr>
        <w:wordWrap w:val="0"/>
        <w:autoSpaceDE w:val="0"/>
        <w:autoSpaceDN w:val="0"/>
        <w:spacing w:before="96" w:after="10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obvodu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obce</w:t>
      </w:r>
      <w:r>
        <w:rPr>
          <w:rFonts w:ascii="Times New Roman" w:eastAsia="SimSun" w:hAnsi="Times New Roman"/>
          <w:color w:val="000000"/>
          <w:spacing w:val="-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Kojetice</w:t>
      </w:r>
      <w:r>
        <w:rPr>
          <w:rFonts w:ascii="Calibri" w:eastAsia="Calibri" w:hAnsi="Calibri"/>
          <w:color w:val="000000"/>
          <w:spacing w:val="-2"/>
          <w:sz w:val="24"/>
        </w:rPr>
        <w:t>,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kteří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byli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přijati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před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účinnosti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smlouvy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č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2021</w:t>
      </w:r>
      <w:r>
        <w:rPr>
          <w:rFonts w:ascii="Calibri" w:eastAsia="Calibri" w:hAnsi="Calibri"/>
          <w:color w:val="000000"/>
          <w:spacing w:val="-1"/>
          <w:sz w:val="24"/>
        </w:rPr>
        <w:t>/</w:t>
      </w:r>
      <w:r>
        <w:rPr>
          <w:rFonts w:ascii="Calibri" w:eastAsia="Calibri" w:hAnsi="Calibri"/>
          <w:color w:val="000000"/>
          <w:sz w:val="24"/>
        </w:rPr>
        <w:t>0134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</w:p>
    <w:p w:rsidR="00040ACD" w:rsidRDefault="00100F29">
      <w:pPr>
        <w:wordWrap w:val="0"/>
        <w:autoSpaceDE w:val="0"/>
        <w:autoSpaceDN w:val="0"/>
        <w:spacing w:before="218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2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Ustanovení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čl.</w:t>
      </w:r>
      <w:r>
        <w:rPr>
          <w:rFonts w:ascii="Times New Roman" w:eastAsia="SimSun" w:hAnsi="Times New Roman"/>
          <w:color w:val="000000"/>
          <w:spacing w:val="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II.</w:t>
      </w:r>
      <w:r>
        <w:rPr>
          <w:rFonts w:ascii="Times New Roman" w:eastAsia="SimSun" w:hAnsi="Times New Roman"/>
          <w:color w:val="000000"/>
          <w:spacing w:val="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odst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</w:t>
      </w:r>
      <w:r>
        <w:rPr>
          <w:rFonts w:ascii="Times New Roman" w:eastAsia="SimSun" w:hAnsi="Times New Roman"/>
          <w:color w:val="000000"/>
          <w:spacing w:val="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6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se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nevztahuje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žáky</w:t>
      </w:r>
      <w:r>
        <w:rPr>
          <w:rFonts w:ascii="Times New Roman" w:eastAsia="SimSun" w:hAnsi="Times New Roman"/>
          <w:color w:val="000000"/>
          <w:spacing w:val="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pacing w:val="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trvalým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pobytem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pacing w:val="2"/>
          <w:sz w:val="24"/>
        </w:rPr>
        <w:t>v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územním</w:t>
      </w:r>
      <w:r>
        <w:rPr>
          <w:rFonts w:ascii="Times New Roman" w:eastAsia="SimSun" w:hAnsi="Times New Roman"/>
          <w:color w:val="000000"/>
          <w:spacing w:val="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obvodu</w:t>
      </w:r>
    </w:p>
    <w:p w:rsidR="00040ACD" w:rsidRDefault="00100F29">
      <w:pPr>
        <w:wordWrap w:val="0"/>
        <w:autoSpaceDE w:val="0"/>
        <w:autoSpaceDN w:val="0"/>
        <w:spacing w:before="96" w:after="10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obce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Kojetice</w:t>
      </w:r>
      <w:r>
        <w:rPr>
          <w:rFonts w:ascii="Calibri" w:eastAsia="Calibri" w:hAnsi="Calibri"/>
          <w:color w:val="000000"/>
          <w:spacing w:val="-2"/>
          <w:sz w:val="24"/>
        </w:rPr>
        <w:t>,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kteří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byli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přijati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před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účinnosti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této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smlouvy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</w:p>
    <w:p w:rsidR="00040ACD" w:rsidRDefault="00100F29">
      <w:pPr>
        <w:wordWrap w:val="0"/>
        <w:autoSpaceDE w:val="0"/>
        <w:autoSpaceDN w:val="0"/>
        <w:spacing w:before="216" w:after="49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3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Tato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smlouva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je</w:t>
      </w:r>
      <w:r>
        <w:rPr>
          <w:rFonts w:ascii="Times New Roman" w:eastAsia="SimSun" w:hAnsi="Times New Roman"/>
          <w:color w:val="000000"/>
          <w:spacing w:val="1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uzavírána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základě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čl.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“</w:t>
      </w:r>
      <w:r>
        <w:rPr>
          <w:rFonts w:ascii="Calibri" w:eastAsia="Calibri" w:hAnsi="Calibri"/>
          <w:color w:val="000000"/>
          <w:sz w:val="24"/>
        </w:rPr>
        <w:t>Dohody</w:t>
      </w:r>
      <w:r>
        <w:rPr>
          <w:rFonts w:ascii="Times New Roman" w:eastAsia="SimSun" w:hAnsi="Times New Roman"/>
          <w:color w:val="000000"/>
          <w:spacing w:val="1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spolupráci</w:t>
      </w:r>
      <w:r>
        <w:rPr>
          <w:rFonts w:ascii="Times New Roman" w:eastAsia="SimSun" w:hAnsi="Times New Roman"/>
          <w:color w:val="000000"/>
          <w:spacing w:val="1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při</w:t>
      </w:r>
      <w:r>
        <w:rPr>
          <w:rFonts w:ascii="Times New Roman" w:eastAsia="SimSun" w:hAnsi="Times New Roman"/>
          <w:color w:val="000000"/>
          <w:spacing w:val="1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zajištění</w:t>
      </w:r>
      <w:r>
        <w:rPr>
          <w:rFonts w:ascii="Times New Roman" w:eastAsia="SimSun" w:hAnsi="Times New Roman"/>
          <w:color w:val="000000"/>
          <w:spacing w:val="1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podmínek</w:t>
      </w:r>
    </w:p>
    <w:p w:rsidR="00040ACD" w:rsidRDefault="00100F29">
      <w:pPr>
        <w:wordWrap w:val="0"/>
        <w:autoSpaceDE w:val="0"/>
        <w:autoSpaceDN w:val="0"/>
        <w:spacing w:before="98" w:after="48" w:line="240" w:lineRule="exact"/>
        <w:ind w:left="323"/>
      </w:pPr>
      <w:r>
        <w:rPr>
          <w:rFonts w:ascii="Calibri" w:eastAsia="Calibri" w:hAnsi="Calibri"/>
          <w:color w:val="000000"/>
          <w:spacing w:val="1"/>
          <w:sz w:val="24"/>
        </w:rPr>
        <w:t>pro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plnění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školní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docházky</w:t>
      </w:r>
      <w:r>
        <w:rPr>
          <w:rFonts w:ascii="Times New Roman" w:eastAsia="SimSun" w:hAnsi="Times New Roman"/>
          <w:color w:val="000000"/>
          <w:spacing w:val="42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dětí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místem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trvalého</w:t>
      </w:r>
      <w:r>
        <w:rPr>
          <w:rFonts w:ascii="Times New Roman" w:eastAsia="SimSun" w:hAnsi="Times New Roman"/>
          <w:color w:val="000000"/>
          <w:spacing w:val="4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pobytu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území</w:t>
      </w:r>
      <w:r>
        <w:rPr>
          <w:rFonts w:ascii="Times New Roman" w:eastAsia="SimSun" w:hAnsi="Times New Roman"/>
          <w:color w:val="000000"/>
          <w:spacing w:val="44"/>
          <w:sz w:val="24"/>
        </w:rPr>
        <w:t xml:space="preserve"> </w:t>
      </w:r>
      <w:r>
        <w:rPr>
          <w:rFonts w:ascii="Calibri" w:eastAsia="Calibri" w:hAnsi="Calibri"/>
          <w:color w:val="000000"/>
          <w:spacing w:val="2"/>
          <w:sz w:val="24"/>
        </w:rPr>
        <w:t>obcí</w:t>
      </w:r>
      <w:r>
        <w:rPr>
          <w:rFonts w:ascii="Times New Roman" w:eastAsia="SimSun" w:hAnsi="Times New Roman"/>
          <w:color w:val="000000"/>
          <w:spacing w:val="4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Čakovičky</w:t>
      </w:r>
      <w:r>
        <w:rPr>
          <w:rFonts w:ascii="Times New Roman" w:eastAsia="SimSun" w:hAnsi="Times New Roman"/>
          <w:color w:val="000000"/>
          <w:spacing w:val="42"/>
          <w:sz w:val="24"/>
        </w:rPr>
        <w:t xml:space="preserve"> </w:t>
      </w:r>
      <w:r>
        <w:rPr>
          <w:rFonts w:ascii="Calibri" w:eastAsia="Calibri" w:hAnsi="Calibri"/>
          <w:color w:val="000000"/>
          <w:spacing w:val="2"/>
          <w:sz w:val="24"/>
        </w:rPr>
        <w:t>a</w:t>
      </w:r>
    </w:p>
    <w:p w:rsidR="00040ACD" w:rsidRDefault="00100F29">
      <w:pPr>
        <w:wordWrap w:val="0"/>
        <w:autoSpaceDE w:val="0"/>
        <w:autoSpaceDN w:val="0"/>
        <w:spacing w:before="96" w:after="10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Kojetice</w:t>
      </w:r>
      <w:r>
        <w:rPr>
          <w:rFonts w:ascii="Calibri" w:eastAsia="Calibri" w:hAnsi="Calibri"/>
          <w:color w:val="000000"/>
          <w:spacing w:val="-2"/>
          <w:sz w:val="24"/>
        </w:rPr>
        <w:t>“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č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2022</w:t>
      </w:r>
      <w:r>
        <w:rPr>
          <w:rFonts w:ascii="Calibri" w:eastAsia="Calibri" w:hAnsi="Calibri"/>
          <w:color w:val="000000"/>
          <w:spacing w:val="1"/>
          <w:sz w:val="24"/>
        </w:rPr>
        <w:t>/</w:t>
      </w:r>
      <w:r>
        <w:rPr>
          <w:rFonts w:ascii="Calibri" w:eastAsia="Calibri" w:hAnsi="Calibri"/>
          <w:color w:val="000000"/>
          <w:sz w:val="24"/>
        </w:rPr>
        <w:t>0152</w:t>
      </w:r>
      <w:r>
        <w:rPr>
          <w:rFonts w:ascii="Calibri" w:eastAsia="Calibri" w:hAnsi="Calibri"/>
          <w:color w:val="000000"/>
          <w:spacing w:val="-3"/>
          <w:sz w:val="24"/>
        </w:rPr>
        <w:t>.</w:t>
      </w:r>
    </w:p>
    <w:p w:rsidR="00040ACD" w:rsidRDefault="00100F29">
      <w:pPr>
        <w:wordWrap w:val="0"/>
        <w:autoSpaceDE w:val="0"/>
        <w:autoSpaceDN w:val="0"/>
        <w:spacing w:before="218" w:after="622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4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Tato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bude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podepsána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oběma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smluvními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stranami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elektronicky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</w:p>
    <w:p w:rsidR="00040ACD" w:rsidRDefault="00100F29">
      <w:pPr>
        <w:wordWrap w:val="0"/>
        <w:autoSpaceDE w:val="0"/>
        <w:autoSpaceDN w:val="0"/>
        <w:spacing w:before="1245" w:after="0" w:line="161" w:lineRule="exact"/>
        <w:ind w:left="8574"/>
      </w:pPr>
      <w:r>
        <w:rPr>
          <w:rFonts w:ascii="Calibri" w:eastAsia="Calibri" w:hAnsi="Calibri"/>
          <w:color w:val="000000"/>
          <w:sz w:val="16"/>
        </w:rPr>
        <w:t>Strana</w:t>
      </w:r>
      <w:r>
        <w:rPr>
          <w:rFonts w:ascii="Times New Roman" w:eastAsia="SimSun" w:hAnsi="Times New Roman"/>
          <w:color w:val="000000"/>
          <w:spacing w:val="-4"/>
          <w:sz w:val="16"/>
        </w:rPr>
        <w:t xml:space="preserve"> </w:t>
      </w:r>
      <w:r>
        <w:rPr>
          <w:rFonts w:ascii="Calibri" w:eastAsia="Calibri" w:hAnsi="Calibri"/>
          <w:color w:val="000000"/>
          <w:sz w:val="16"/>
        </w:rPr>
        <w:t>2</w:t>
      </w:r>
    </w:p>
    <w:p w:rsidR="00040ACD" w:rsidRDefault="00040ACD">
      <w:pPr>
        <w:spacing w:after="0"/>
        <w:sectPr w:rsidR="00040ACD">
          <w:pgSz w:w="11906" w:h="16838"/>
          <w:pgMar w:top="681" w:right="1322" w:bottom="326" w:left="1379" w:header="720" w:footer="720" w:gutter="0"/>
          <w:cols w:space="720" w:equalWidth="0">
            <w:col w:w="9205" w:space="0"/>
          </w:cols>
          <w:docGrid w:linePitch="360"/>
        </w:sectPr>
      </w:pPr>
    </w:p>
    <w:p w:rsidR="00040ACD" w:rsidRDefault="00100F29">
      <w:pPr>
        <w:wordWrap w:val="0"/>
        <w:autoSpaceDE w:val="0"/>
        <w:autoSpaceDN w:val="0"/>
        <w:spacing w:after="343" w:line="14" w:lineRule="exact"/>
      </w:pPr>
      <w:r>
        <w:lastRenderedPageBreak/>
        <w:pict>
          <v:shape id="_x0000_s1028" style="position:absolute;margin-left:116.3pt;margin-top:401.25pt;width:47.3pt;height:21.5pt;z-index:251657216;mso-position-horizontal-relative:page;mso-position-vertical-relative:page" coordsize="" o:spt="100" adj="0,,0" path="m,l,1000r1000,l1000,xe" filled="f" stroked="f">
            <v:stroke joinstyle="round"/>
            <v:formulas/>
            <v:path o:connecttype="segments"/>
            <v:textbox style="mso-rotate-with-shape:t" inset="0,0,0,0">
              <w:txbxContent>
                <w:p w:rsidR="00040ACD" w:rsidRDefault="00040ACD">
                  <w:pPr>
                    <w:wordWrap w:val="0"/>
                    <w:autoSpaceDE w:val="0"/>
                    <w:autoSpaceDN w:val="0"/>
                    <w:spacing w:after="0" w:line="410" w:lineRule="exact"/>
                  </w:pPr>
                </w:p>
              </w:txbxContent>
            </v:textbox>
            <w10:wrap anchorx="page" anchory="page"/>
          </v:shape>
        </w:pict>
      </w:r>
      <w:r>
        <w:pict>
          <v:shape id="_x0000_s1027" style="position:absolute;margin-left:191.6pt;margin-top:412.25pt;width:69.2pt;height:11.15pt;z-index:251658240;mso-position-horizontal-relative:page;mso-position-vertical-relative:page" coordsize="" o:spt="100" adj="0,,0" path="m,l,1000r1000,l1000,xe" filled="f" stroked="f">
            <v:stroke joinstyle="round"/>
            <v:formulas/>
            <v:path o:connecttype="segments"/>
            <v:textbox style="mso-rotate-with-shape:t" inset="0,0,0,0">
              <w:txbxContent>
                <w:p w:rsidR="00040ACD" w:rsidRDefault="00040ACD">
                  <w:pPr>
                    <w:wordWrap w:val="0"/>
                    <w:autoSpaceDE w:val="0"/>
                    <w:autoSpaceDN w:val="0"/>
                    <w:spacing w:after="0" w:line="203" w:lineRule="exact"/>
                  </w:pPr>
                </w:p>
              </w:txbxContent>
            </v:textbox>
            <w10:wrap anchorx="page" anchory="page"/>
          </v:shape>
        </w:pict>
      </w:r>
      <w:r>
        <w:pict>
          <v:shape id="_x0000_s1026" style="position:absolute;margin-left:191.6pt;margin-top:400.1pt;width:46.8pt;height:11.15pt;z-index:251659264;mso-position-horizontal-relative:page;mso-position-vertical-relative:page" coordsize="" o:spt="100" adj="0,,0" path="m,l,1000r1000,l1000,xe" filled="f" stroked="f">
            <v:stroke joinstyle="round"/>
            <v:formulas/>
            <v:path o:connecttype="segments"/>
            <v:textbox style="mso-rotate-with-shape:t" inset="0,0,0,0">
              <w:txbxContent>
                <w:p w:rsidR="00040ACD" w:rsidRDefault="00040ACD">
                  <w:pPr>
                    <w:wordWrap w:val="0"/>
                    <w:autoSpaceDE w:val="0"/>
                    <w:autoSpaceDN w:val="0"/>
                    <w:spacing w:after="0" w:line="203" w:lineRule="exact"/>
                  </w:pPr>
                </w:p>
              </w:txbxContent>
            </v:textbox>
            <w10:wrap anchorx="page" anchory="page"/>
          </v:shape>
        </w:pict>
      </w:r>
    </w:p>
    <w:p w:rsidR="00040ACD" w:rsidRDefault="00100F29">
      <w:pPr>
        <w:wordWrap w:val="0"/>
        <w:autoSpaceDE w:val="0"/>
        <w:autoSpaceDN w:val="0"/>
        <w:spacing w:before="714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5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Smluvní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strany</w:t>
      </w:r>
      <w:r>
        <w:rPr>
          <w:rFonts w:ascii="Times New Roman" w:eastAsia="SimSun" w:hAnsi="Times New Roman"/>
          <w:color w:val="000000"/>
          <w:spacing w:val="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výslovně</w:t>
      </w:r>
      <w:r>
        <w:rPr>
          <w:rFonts w:ascii="Times New Roman" w:eastAsia="SimSun" w:hAnsi="Times New Roman"/>
          <w:color w:val="00000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souhlasí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</w:t>
      </w:r>
      <w:r>
        <w:rPr>
          <w:rFonts w:ascii="Times New Roman" w:eastAsia="SimSun" w:hAnsi="Times New Roman"/>
          <w:color w:val="000000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tím</w:t>
      </w:r>
      <w:r>
        <w:rPr>
          <w:rFonts w:ascii="Calibri" w:eastAsia="Calibri" w:hAnsi="Calibri"/>
          <w:color w:val="000000"/>
          <w:sz w:val="24"/>
        </w:rPr>
        <w:t>,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aby</w:t>
      </w:r>
      <w:r>
        <w:rPr>
          <w:rFonts w:ascii="Times New Roman" w:eastAsia="SimSun" w:hAnsi="Times New Roman"/>
          <w:color w:val="000000"/>
          <w:spacing w:val="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tato</w:t>
      </w:r>
      <w:r>
        <w:rPr>
          <w:rFonts w:ascii="Times New Roman" w:eastAsia="SimSun" w:hAnsi="Times New Roman"/>
          <w:color w:val="000000"/>
          <w:spacing w:val="3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smlouva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byla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zveřejněna</w:t>
      </w:r>
      <w:r>
        <w:rPr>
          <w:rFonts w:ascii="Times New Roman" w:eastAsia="SimSun" w:hAnsi="Times New Roman"/>
          <w:color w:val="00000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registru</w:t>
      </w:r>
      <w:r>
        <w:rPr>
          <w:rFonts w:ascii="Times New Roman" w:eastAsia="SimSun" w:hAnsi="Times New Roman"/>
          <w:color w:val="000000"/>
          <w:spacing w:val="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</w:t>
      </w:r>
    </w:p>
    <w:p w:rsidR="00040ACD" w:rsidRDefault="00100F29">
      <w:pPr>
        <w:wordWrap w:val="0"/>
        <w:autoSpaceDE w:val="0"/>
        <w:autoSpaceDN w:val="0"/>
        <w:spacing w:before="96" w:after="49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za</w:t>
      </w:r>
      <w:r>
        <w:rPr>
          <w:rFonts w:ascii="Times New Roman" w:eastAsia="SimSun" w:hAnsi="Times New Roman"/>
          <w:color w:val="000000"/>
          <w:spacing w:val="1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podmínek</w:t>
      </w:r>
      <w:r>
        <w:rPr>
          <w:rFonts w:ascii="Times New Roman" w:eastAsia="SimSun" w:hAnsi="Times New Roman"/>
          <w:color w:val="000000"/>
          <w:spacing w:val="1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zákona</w:t>
      </w:r>
      <w:r>
        <w:rPr>
          <w:rFonts w:ascii="Times New Roman" w:eastAsia="SimSun" w:hAnsi="Times New Roman"/>
          <w:color w:val="000000"/>
          <w:spacing w:val="12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č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1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340</w:t>
      </w:r>
      <w:r>
        <w:rPr>
          <w:rFonts w:ascii="Calibri" w:eastAsia="Calibri" w:hAnsi="Calibri"/>
          <w:color w:val="000000"/>
          <w:spacing w:val="1"/>
          <w:sz w:val="24"/>
        </w:rPr>
        <w:t>/</w:t>
      </w:r>
      <w:r>
        <w:rPr>
          <w:rFonts w:ascii="Calibri" w:eastAsia="Calibri" w:hAnsi="Calibri"/>
          <w:color w:val="000000"/>
          <w:sz w:val="24"/>
        </w:rPr>
        <w:t>2015</w:t>
      </w:r>
      <w:r>
        <w:rPr>
          <w:rFonts w:ascii="Times New Roman" w:eastAsia="SimSun" w:hAnsi="Times New Roman"/>
          <w:color w:val="000000"/>
          <w:spacing w:val="1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Sb</w:t>
      </w:r>
      <w:r>
        <w:rPr>
          <w:rFonts w:ascii="Calibri" w:eastAsia="Calibri" w:hAnsi="Calibri"/>
          <w:color w:val="000000"/>
          <w:sz w:val="24"/>
        </w:rPr>
        <w:t>.,</w:t>
      </w:r>
      <w:r>
        <w:rPr>
          <w:rFonts w:ascii="Times New Roman" w:eastAsia="SimSun" w:hAnsi="Times New Roman"/>
          <w:color w:val="000000"/>
          <w:spacing w:val="1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</w:t>
      </w:r>
      <w:r>
        <w:rPr>
          <w:rFonts w:ascii="Times New Roman" w:eastAsia="SimSun" w:hAnsi="Times New Roman"/>
          <w:color w:val="000000"/>
          <w:spacing w:val="1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zvláštních</w:t>
      </w:r>
      <w:r>
        <w:rPr>
          <w:rFonts w:ascii="Times New Roman" w:eastAsia="SimSun" w:hAnsi="Times New Roman"/>
          <w:color w:val="000000"/>
          <w:spacing w:val="1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podmínkách</w:t>
      </w:r>
      <w:r>
        <w:rPr>
          <w:rFonts w:ascii="Times New Roman" w:eastAsia="SimSun" w:hAnsi="Times New Roman"/>
          <w:color w:val="000000"/>
          <w:spacing w:val="1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činnosti</w:t>
      </w:r>
      <w:r>
        <w:rPr>
          <w:rFonts w:ascii="Times New Roman" w:eastAsia="SimSun" w:hAnsi="Times New Roman"/>
          <w:color w:val="000000"/>
          <w:spacing w:val="9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některých</w:t>
      </w:r>
      <w:r>
        <w:rPr>
          <w:rFonts w:ascii="Times New Roman" w:eastAsia="SimSun" w:hAnsi="Times New Roman"/>
          <w:color w:val="000000"/>
          <w:spacing w:val="12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smluv,</w:t>
      </w:r>
    </w:p>
    <w:p w:rsidR="00040ACD" w:rsidRDefault="00100F29">
      <w:pPr>
        <w:wordWrap w:val="0"/>
        <w:autoSpaceDE w:val="0"/>
        <w:autoSpaceDN w:val="0"/>
        <w:spacing w:before="98" w:after="4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uveřejňování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těchto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a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o</w:t>
      </w:r>
      <w:r>
        <w:rPr>
          <w:rFonts w:ascii="Times New Roman" w:eastAsia="SimSun" w:hAnsi="Times New Roman"/>
          <w:color w:val="000000"/>
          <w:spacing w:val="2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registru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smluv,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ve</w:t>
      </w:r>
      <w:r>
        <w:rPr>
          <w:rFonts w:ascii="Times New Roman" w:eastAsia="SimSun" w:hAnsi="Times New Roman"/>
          <w:color w:val="000000"/>
          <w:spacing w:val="2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znění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pozdějších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předpisů</w:t>
      </w:r>
      <w:r>
        <w:rPr>
          <w:rFonts w:ascii="Calibri" w:eastAsia="Calibri" w:hAnsi="Calibri"/>
          <w:color w:val="000000"/>
          <w:sz w:val="24"/>
        </w:rPr>
        <w:t>,</w:t>
      </w:r>
      <w:r>
        <w:rPr>
          <w:rFonts w:ascii="Times New Roman" w:eastAsia="SimSun" w:hAnsi="Times New Roman"/>
          <w:color w:val="000000"/>
          <w:spacing w:val="24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do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30</w:t>
      </w:r>
      <w:r>
        <w:rPr>
          <w:rFonts w:ascii="Times New Roman" w:eastAsia="SimSun" w:hAnsi="Times New Roman"/>
          <w:color w:val="000000"/>
          <w:spacing w:val="26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dnů</w:t>
      </w:r>
    </w:p>
    <w:p w:rsidR="00040ACD" w:rsidRDefault="00100F29">
      <w:pPr>
        <w:wordWrap w:val="0"/>
        <w:autoSpaceDE w:val="0"/>
        <w:autoSpaceDN w:val="0"/>
        <w:spacing w:before="96" w:after="109" w:line="240" w:lineRule="exact"/>
        <w:ind w:left="323"/>
      </w:pPr>
      <w:r>
        <w:rPr>
          <w:rFonts w:ascii="Calibri" w:eastAsia="Calibri" w:hAnsi="Calibri"/>
          <w:color w:val="000000"/>
          <w:spacing w:val="1"/>
          <w:sz w:val="24"/>
        </w:rPr>
        <w:t>ode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dne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jejího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podpisu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poslední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smluvní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stranou</w:t>
      </w:r>
      <w:r>
        <w:rPr>
          <w:rFonts w:ascii="Calibri" w:eastAsia="Calibri" w:hAnsi="Calibri"/>
          <w:color w:val="000000"/>
          <w:spacing w:val="2"/>
          <w:sz w:val="24"/>
        </w:rPr>
        <w:t>.</w:t>
      </w:r>
    </w:p>
    <w:p w:rsidR="00040ACD" w:rsidRDefault="00100F29">
      <w:pPr>
        <w:wordWrap w:val="0"/>
        <w:autoSpaceDE w:val="0"/>
        <w:autoSpaceDN w:val="0"/>
        <w:spacing w:before="218" w:after="48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6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Smluvní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strany</w:t>
      </w:r>
      <w:r>
        <w:rPr>
          <w:rFonts w:ascii="Times New Roman" w:eastAsia="SimSun" w:hAnsi="Times New Roman"/>
          <w:color w:val="000000"/>
          <w:spacing w:val="6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prohlašují,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že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tato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smlouvy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byla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uzavřena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na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základě</w:t>
      </w:r>
      <w:r>
        <w:rPr>
          <w:rFonts w:ascii="Times New Roman" w:eastAsia="SimSun" w:hAnsi="Times New Roman"/>
          <w:color w:val="000000"/>
          <w:spacing w:val="7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projevů</w:t>
      </w:r>
      <w:r>
        <w:rPr>
          <w:rFonts w:ascii="Times New Roman" w:eastAsia="SimSun" w:hAnsi="Times New Roman"/>
          <w:color w:val="000000"/>
          <w:spacing w:val="69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jejich</w:t>
      </w:r>
    </w:p>
    <w:p w:rsidR="00040ACD" w:rsidRDefault="00100F29">
      <w:pPr>
        <w:wordWrap w:val="0"/>
        <w:autoSpaceDE w:val="0"/>
        <w:autoSpaceDN w:val="0"/>
        <w:spacing w:before="96" w:after="108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svobodné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vůle</w:t>
      </w:r>
      <w:r>
        <w:rPr>
          <w:rFonts w:ascii="Calibri" w:eastAsia="Calibri" w:hAnsi="Calibri"/>
          <w:color w:val="000000"/>
          <w:spacing w:val="-2"/>
          <w:sz w:val="24"/>
        </w:rPr>
        <w:t>.</w:t>
      </w:r>
    </w:p>
    <w:p w:rsidR="00040ACD" w:rsidRDefault="00100F29">
      <w:pPr>
        <w:wordWrap w:val="0"/>
        <w:autoSpaceDE w:val="0"/>
        <w:autoSpaceDN w:val="0"/>
        <w:spacing w:before="216" w:after="49" w:line="240" w:lineRule="exact"/>
        <w:ind w:left="40"/>
      </w:pPr>
      <w:r>
        <w:rPr>
          <w:rFonts w:ascii="Calibri" w:eastAsia="Calibri" w:hAnsi="Calibri"/>
          <w:color w:val="000000"/>
          <w:spacing w:val="1"/>
          <w:sz w:val="24"/>
        </w:rPr>
        <w:t>7</w:t>
      </w:r>
      <w:r>
        <w:rPr>
          <w:rFonts w:ascii="Calibri" w:eastAsia="Calibri" w:hAnsi="Calibri"/>
          <w:color w:val="000000"/>
          <w:spacing w:val="-1"/>
          <w:sz w:val="24"/>
        </w:rPr>
        <w:t>.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Tato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smlouva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nabývá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platnosti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dnem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podpisu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pacing w:val="-2"/>
          <w:sz w:val="24"/>
        </w:rPr>
        <w:t>a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účinnosti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dnem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uveřejnění</w:t>
      </w:r>
      <w:r>
        <w:rPr>
          <w:rFonts w:ascii="Times New Roman" w:eastAsia="SimSun" w:hAnsi="Times New Roman"/>
          <w:color w:val="000000"/>
          <w:spacing w:val="41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</w:t>
      </w:r>
      <w:r>
        <w:rPr>
          <w:rFonts w:ascii="Times New Roman" w:eastAsia="SimSun" w:hAnsi="Times New Roman"/>
          <w:color w:val="000000"/>
          <w:spacing w:val="40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Registru</w:t>
      </w:r>
    </w:p>
    <w:p w:rsidR="00040ACD" w:rsidRDefault="00100F29">
      <w:pPr>
        <w:wordWrap w:val="0"/>
        <w:autoSpaceDE w:val="0"/>
        <w:autoSpaceDN w:val="0"/>
        <w:spacing w:before="98" w:after="1036" w:line="240" w:lineRule="exact"/>
        <w:ind w:left="323"/>
      </w:pPr>
      <w:r>
        <w:rPr>
          <w:rFonts w:ascii="Calibri" w:eastAsia="Calibri" w:hAnsi="Calibri"/>
          <w:color w:val="000000"/>
          <w:sz w:val="24"/>
        </w:rPr>
        <w:t>smluv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vedeného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dle</w:t>
      </w:r>
      <w:r>
        <w:rPr>
          <w:rFonts w:ascii="Times New Roman" w:eastAsia="SimSun" w:hAnsi="Times New Roman"/>
          <w:color w:val="000000"/>
          <w:spacing w:val="-7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zákona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pacing w:val="-1"/>
          <w:sz w:val="24"/>
        </w:rPr>
        <w:t>č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340</w:t>
      </w:r>
      <w:r>
        <w:rPr>
          <w:rFonts w:ascii="Calibri" w:eastAsia="Calibri" w:hAnsi="Calibri"/>
          <w:color w:val="000000"/>
          <w:spacing w:val="1"/>
          <w:sz w:val="24"/>
        </w:rPr>
        <w:t>/</w:t>
      </w:r>
      <w:r>
        <w:rPr>
          <w:rFonts w:ascii="Calibri" w:eastAsia="Calibri" w:hAnsi="Calibri"/>
          <w:color w:val="000000"/>
          <w:spacing w:val="-1"/>
          <w:sz w:val="24"/>
        </w:rPr>
        <w:t>2015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Sb</w:t>
      </w:r>
      <w:r>
        <w:rPr>
          <w:rFonts w:ascii="Calibri" w:eastAsia="Calibri" w:hAnsi="Calibri"/>
          <w:color w:val="000000"/>
          <w:spacing w:val="1"/>
          <w:sz w:val="24"/>
        </w:rPr>
        <w:t>.</w:t>
      </w:r>
    </w:p>
    <w:p w:rsidR="00040ACD" w:rsidRDefault="00040ACD">
      <w:pPr>
        <w:spacing w:after="0"/>
        <w:sectPr w:rsidR="00040ACD">
          <w:pgSz w:w="11906" w:h="16838"/>
          <w:pgMar w:top="681" w:right="1322" w:bottom="326" w:left="1379" w:header="720" w:footer="720" w:gutter="0"/>
          <w:cols w:space="720" w:equalWidth="0">
            <w:col w:w="9205" w:space="0"/>
          </w:cols>
          <w:docGrid w:linePitch="360"/>
        </w:sectPr>
      </w:pPr>
    </w:p>
    <w:p w:rsidR="00040ACD" w:rsidRDefault="00100F29">
      <w:pPr>
        <w:wordWrap w:val="0"/>
        <w:autoSpaceDE w:val="0"/>
        <w:autoSpaceDN w:val="0"/>
        <w:spacing w:before="1036" w:after="234" w:line="240" w:lineRule="exact"/>
        <w:ind w:left="760"/>
      </w:pPr>
      <w:r>
        <w:rPr>
          <w:rFonts w:ascii="Calibri" w:eastAsia="Calibri" w:hAnsi="Calibri"/>
          <w:color w:val="000000"/>
          <w:spacing w:val="1"/>
          <w:sz w:val="24"/>
        </w:rPr>
        <w:t>V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Neratovicích</w:t>
      </w:r>
      <w:r>
        <w:rPr>
          <w:rFonts w:ascii="Times New Roman" w:eastAsia="SimSun" w:hAnsi="Times New Roman"/>
          <w:color w:val="000000"/>
          <w:spacing w:val="-4"/>
          <w:sz w:val="24"/>
        </w:rPr>
        <w:t xml:space="preserve"> </w:t>
      </w:r>
      <w:r>
        <w:rPr>
          <w:rFonts w:ascii="Calibri" w:eastAsia="Calibri" w:hAnsi="Calibri"/>
          <w:color w:val="000000"/>
          <w:spacing w:val="1"/>
          <w:sz w:val="24"/>
        </w:rPr>
        <w:t>21</w:t>
      </w:r>
      <w:r>
        <w:rPr>
          <w:rFonts w:ascii="Calibri" w:eastAsia="Calibri" w:hAnsi="Calibri"/>
          <w:color w:val="000000"/>
          <w:sz w:val="24"/>
        </w:rPr>
        <w:t>.</w:t>
      </w:r>
      <w:r>
        <w:rPr>
          <w:rFonts w:ascii="Times New Roman" w:eastAsia="SimSun" w:hAnsi="Times New Roman"/>
          <w:color w:val="000000"/>
          <w:spacing w:val="-8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dubna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2023</w:t>
      </w:r>
    </w:p>
    <w:p w:rsidR="00040ACD" w:rsidRDefault="00040ACD">
      <w:pPr>
        <w:wordWrap w:val="0"/>
        <w:autoSpaceDE w:val="0"/>
        <w:autoSpaceDN w:val="0"/>
        <w:spacing w:before="454" w:after="0" w:line="14" w:lineRule="exact"/>
      </w:pPr>
    </w:p>
    <w:p w:rsidR="00040ACD" w:rsidRDefault="00100F29">
      <w:pPr>
        <w:wordWrap w:val="0"/>
        <w:autoSpaceDE w:val="0"/>
        <w:autoSpaceDN w:val="0"/>
        <w:spacing w:before="216" w:after="26" w:line="240" w:lineRule="exact"/>
        <w:ind w:left="1250"/>
      </w:pPr>
      <w:r>
        <w:rPr>
          <w:rFonts w:ascii="Calibri" w:eastAsia="Calibri" w:hAnsi="Calibri"/>
          <w:color w:val="000000"/>
          <w:sz w:val="24"/>
        </w:rPr>
        <w:t>M</w:t>
      </w:r>
      <w:r>
        <w:rPr>
          <w:rFonts w:ascii="Calibri" w:eastAsia="Calibri" w:hAnsi="Calibri"/>
          <w:color w:val="000000"/>
          <w:sz w:val="24"/>
        </w:rPr>
        <w:t>gr.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Jaroslav</w:t>
      </w:r>
      <w:r>
        <w:rPr>
          <w:rFonts w:ascii="Times New Roman" w:eastAsia="SimSun" w:hAnsi="Times New Roman"/>
          <w:color w:val="000000"/>
          <w:spacing w:val="-6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Kužel</w:t>
      </w:r>
    </w:p>
    <w:p w:rsidR="00040ACD" w:rsidRDefault="00100F29">
      <w:pPr>
        <w:wordWrap w:val="0"/>
        <w:autoSpaceDE w:val="0"/>
        <w:autoSpaceDN w:val="0"/>
        <w:spacing w:before="53" w:after="0" w:line="240" w:lineRule="exact"/>
        <w:ind w:left="1521"/>
      </w:pPr>
      <w:r>
        <w:rPr>
          <w:rFonts w:ascii="Calibri" w:eastAsia="Calibri" w:hAnsi="Calibri"/>
          <w:color w:val="000000"/>
          <w:sz w:val="24"/>
        </w:rPr>
        <w:t>ředitel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r>
        <w:rPr>
          <w:rFonts w:ascii="Calibri" w:eastAsia="Calibri" w:hAnsi="Calibri"/>
          <w:color w:val="000000"/>
          <w:sz w:val="24"/>
        </w:rPr>
        <w:t>školy</w:t>
      </w:r>
    </w:p>
    <w:p w:rsidR="00040ACD" w:rsidRDefault="00040ACD">
      <w:pPr>
        <w:spacing w:after="0"/>
        <w:sectPr w:rsidR="00040ACD">
          <w:type w:val="continuous"/>
          <w:pgSz w:w="11906" w:h="16838"/>
          <w:pgMar w:top="681" w:right="1322" w:bottom="326" w:left="1379" w:header="720" w:footer="720" w:gutter="0"/>
          <w:cols w:num="2" w:space="720" w:equalWidth="0">
            <w:col w:w="4654" w:space="0"/>
            <w:col w:w="4551" w:space="0"/>
          </w:cols>
          <w:docGrid w:linePitch="360"/>
        </w:sectPr>
      </w:pPr>
    </w:p>
    <w:p w:rsidR="00040ACD" w:rsidRDefault="00100F29" w:rsidP="00100F29">
      <w:pPr>
        <w:wordWrap w:val="0"/>
        <w:autoSpaceDE w:val="0"/>
        <w:autoSpaceDN w:val="0"/>
        <w:spacing w:before="1036" w:after="893" w:line="240" w:lineRule="exact"/>
        <w:ind w:left="474"/>
        <w:rPr>
          <w:rFonts w:ascii="Calibri" w:eastAsia="Calibri" w:hAnsi="Calibri"/>
          <w:color w:val="000000"/>
          <w:sz w:val="24"/>
        </w:rPr>
      </w:pPr>
      <w:r>
        <w:rPr>
          <w:rFonts w:ascii="Calibri" w:eastAsia="Calibri" w:hAnsi="Calibri"/>
          <w:color w:val="000000"/>
          <w:spacing w:val="1"/>
          <w:sz w:val="24"/>
        </w:rPr>
        <w:t>V</w:t>
      </w:r>
      <w:r>
        <w:rPr>
          <w:rFonts w:ascii="Times New Roman" w:eastAsia="SimSun" w:hAns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4"/>
        </w:rPr>
        <w:t>Kojeticích</w:t>
      </w:r>
      <w:proofErr w:type="spellEnd"/>
    </w:p>
    <w:p w:rsidR="00100F29" w:rsidRDefault="00100F29" w:rsidP="00100F29">
      <w:pPr>
        <w:wordWrap w:val="0"/>
        <w:autoSpaceDE w:val="0"/>
        <w:autoSpaceDN w:val="0"/>
        <w:spacing w:before="1036" w:after="893" w:line="240" w:lineRule="exact"/>
        <w:ind w:left="474"/>
        <w:rPr>
          <w:rFonts w:ascii="Calibri" w:eastAsia="Calibri" w:hAnsi="Calibri"/>
          <w:color w:val="000000"/>
          <w:sz w:val="24"/>
        </w:rPr>
      </w:pPr>
      <w:bookmarkStart w:id="0" w:name="_GoBack"/>
      <w:r>
        <w:rPr>
          <w:rFonts w:ascii="Calibri" w:eastAsia="Calibri" w:hAnsi="Calibri"/>
          <w:color w:val="000000"/>
          <w:sz w:val="24"/>
        </w:rPr>
        <w:t xml:space="preserve">František </w:t>
      </w:r>
      <w:proofErr w:type="spellStart"/>
      <w:r>
        <w:rPr>
          <w:rFonts w:ascii="Calibri" w:eastAsia="Calibri" w:hAnsi="Calibri"/>
          <w:color w:val="000000"/>
          <w:sz w:val="24"/>
        </w:rPr>
        <w:t>šedivý</w:t>
      </w:r>
      <w:proofErr w:type="spellEnd"/>
      <w:r>
        <w:rPr>
          <w:rFonts w:ascii="Calibri" w:eastAsia="Calibri" w:hAnsi="Calibri"/>
          <w:color w:val="000000"/>
          <w:sz w:val="24"/>
        </w:rPr>
        <w:t xml:space="preserve"> </w:t>
      </w:r>
    </w:p>
    <w:bookmarkEnd w:id="0"/>
    <w:p w:rsidR="00100F29" w:rsidRPr="00100F29" w:rsidRDefault="00100F29" w:rsidP="00100F29">
      <w:pPr>
        <w:wordWrap w:val="0"/>
        <w:autoSpaceDE w:val="0"/>
        <w:autoSpaceDN w:val="0"/>
        <w:spacing w:before="1036" w:after="893" w:line="240" w:lineRule="exact"/>
        <w:ind w:left="474"/>
        <w:rPr>
          <w:rFonts w:ascii="Calibri" w:eastAsia="Calibri" w:hAnsi="Calibri"/>
          <w:color w:val="000000"/>
          <w:sz w:val="24"/>
        </w:rPr>
      </w:pPr>
      <w:proofErr w:type="spellStart"/>
      <w:proofErr w:type="gramStart"/>
      <w:r>
        <w:rPr>
          <w:rFonts w:ascii="Calibri" w:eastAsia="Calibri" w:hAnsi="Calibri"/>
          <w:color w:val="000000"/>
          <w:sz w:val="24"/>
        </w:rPr>
        <w:t>starosta</w:t>
      </w:r>
      <w:proofErr w:type="spellEnd"/>
      <w:proofErr w:type="gramEnd"/>
      <w:r>
        <w:rPr>
          <w:rFonts w:ascii="Calibri" w:eastAsia="Calibri" w:hAnsi="Calibri"/>
          <w:color w:val="000000"/>
          <w:sz w:val="24"/>
        </w:rPr>
        <w:t xml:space="preserve"> </w:t>
      </w:r>
      <w:proofErr w:type="spellStart"/>
      <w:r>
        <w:rPr>
          <w:rFonts w:ascii="Calibri" w:eastAsia="Calibri" w:hAnsi="Calibri"/>
          <w:color w:val="000000"/>
          <w:sz w:val="24"/>
        </w:rPr>
        <w:t>obce</w:t>
      </w:r>
      <w:proofErr w:type="spellEnd"/>
    </w:p>
    <w:p w:rsidR="00040ACD" w:rsidRDefault="00100F29">
      <w:pPr>
        <w:wordWrap w:val="0"/>
        <w:autoSpaceDE w:val="0"/>
        <w:autoSpaceDN w:val="0"/>
        <w:spacing w:before="6651" w:after="0" w:line="161" w:lineRule="exact"/>
        <w:ind w:left="3899"/>
      </w:pPr>
      <w:proofErr w:type="spellStart"/>
      <w:proofErr w:type="gramStart"/>
      <w:r>
        <w:rPr>
          <w:rFonts w:ascii="Calibri" w:eastAsia="Calibri" w:hAnsi="Calibri"/>
          <w:color w:val="000000"/>
          <w:sz w:val="16"/>
        </w:rPr>
        <w:t>f</w:t>
      </w:r>
      <w:r>
        <w:rPr>
          <w:rFonts w:ascii="Calibri" w:eastAsia="Calibri" w:hAnsi="Calibri"/>
          <w:color w:val="000000"/>
          <w:sz w:val="16"/>
        </w:rPr>
        <w:t>Strana</w:t>
      </w:r>
      <w:proofErr w:type="spellEnd"/>
      <w:proofErr w:type="gramEnd"/>
      <w:r>
        <w:rPr>
          <w:rFonts w:ascii="Times New Roman" w:eastAsia="SimSun" w:hAnsi="Times New Roman"/>
          <w:color w:val="000000"/>
          <w:spacing w:val="-4"/>
          <w:sz w:val="16"/>
        </w:rPr>
        <w:t xml:space="preserve"> </w:t>
      </w:r>
      <w:r>
        <w:rPr>
          <w:rFonts w:ascii="Calibri" w:eastAsia="Calibri" w:hAnsi="Calibri"/>
          <w:color w:val="000000"/>
          <w:sz w:val="16"/>
        </w:rPr>
        <w:t>3</w:t>
      </w:r>
    </w:p>
    <w:sectPr w:rsidR="00040ACD" w:rsidSect="00034616">
      <w:type w:val="nextColumn"/>
      <w:pgSz w:w="11906" w:h="16838"/>
      <w:pgMar w:top="681" w:right="1322" w:bottom="326" w:left="1379" w:header="720" w:footer="720" w:gutter="0"/>
      <w:cols w:num="2" w:space="720" w:equalWidth="0">
        <w:col w:w="4654" w:space="0"/>
        <w:col w:w="4551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1AC4B85-85E8-473C-B555-87A7BD76635E}"/>
    <w:embedBold r:id="rId2" w:fontKey="{05AB0EE4-C1BC-4F01-9564-4F969488BF64}"/>
    <w:embedItalic r:id="rId3" w:fontKey="{6D936962-0AF0-4E5F-AC81-EA70AAC6D92F}"/>
    <w:embedBoldItalic r:id="rId4" w:fontKey="{C6B48E10-AFD1-4E3D-85B5-ECE620945DB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hyphenationZone w:val="425"/>
  <w:noPunctuationKerning/>
  <w:characterSpacingControl w:val="compressPunctuationAndJapaneseKana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40ACD"/>
    <w:rsid w:val="0006063C"/>
    <w:rsid w:val="00100F29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5BCECB09"/>
  <w14:defaultImageDpi w14:val="300"/>
  <w15:docId w15:val="{D04E4880-C1EB-4907-BD65-846F78836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4C2F68-C3F2-430C-9D5B-41785AE52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617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4255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20230331</dc:description>
  <cp:lastModifiedBy>Netuková Martina</cp:lastModifiedBy>
  <cp:revision>2</cp:revision>
  <dcterms:created xsi:type="dcterms:W3CDTF">2023-05-31T07:50:00Z</dcterms:created>
  <dcterms:modified xsi:type="dcterms:W3CDTF">2023-06-01T06:41:00Z</dcterms:modified>
  <cp:category/>
</cp:coreProperties>
</file>